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701748933"/>
        <w:docPartObj>
          <w:docPartGallery w:val="Cover Pages"/>
          <w:docPartUnique/>
        </w:docPartObj>
      </w:sdtPr>
      <w:sdtEndPr>
        <w:rPr>
          <w:rFonts w:ascii="Arial" w:hAnsi="Arial" w:cs="Times New Roman (Headings CS)"/>
          <w:bCs/>
          <w:color w:val="25262A"/>
          <w:sz w:val="28"/>
          <w:szCs w:val="26"/>
        </w:rPr>
      </w:sdtEndPr>
      <w:sdtContent>
        <w:p w14:paraId="6FF21047" w14:textId="0CA070EE" w:rsidR="001A33DD" w:rsidRDefault="001A33DD">
          <w:r>
            <w:rPr>
              <w:noProof/>
              <w:lang w:bidi="iu-Cans-CA"/>
            </w:rPr>
            <mc:AlternateContent>
              <mc:Choice Requires="wpg">
                <w:drawing>
                  <wp:anchor distT="0" distB="0" distL="114300" distR="114300" simplePos="0" relativeHeight="251657727" behindDoc="1" locked="0" layoutInCell="1" allowOverlap="1" wp14:anchorId="346771C0" wp14:editId="60C1D8F2">
                    <wp:simplePos x="0" y="0"/>
                    <wp:positionH relativeFrom="margin">
                      <wp:align>center</wp:align>
                    </wp:positionH>
                    <wp:positionV relativeFrom="margin">
                      <wp:align>center</wp:align>
                    </wp:positionV>
                    <wp:extent cx="7455877" cy="9635100"/>
                    <wp:effectExtent l="0" t="0" r="0" b="4445"/>
                    <wp:wrapNone/>
                    <wp:docPr id="193" name="Group 105"/>
                    <wp:cNvGraphicFramePr/>
                    <a:graphic xmlns:a="http://schemas.openxmlformats.org/drawingml/2006/main">
                      <a:graphicData uri="http://schemas.microsoft.com/office/word/2010/wordprocessingGroup">
                        <wpg:wgp>
                          <wpg:cNvGrpSpPr/>
                          <wpg:grpSpPr>
                            <a:xfrm>
                              <a:off x="0" y="0"/>
                              <a:ext cx="7455877" cy="9635100"/>
                              <a:chOff x="0" y="0"/>
                              <a:chExt cx="6864824" cy="9123528"/>
                            </a:xfrm>
                          </wpg:grpSpPr>
                          <wps:wsp>
                            <wps:cNvPr id="194" name="Rectangle 194"/>
                            <wps:cNvSpPr/>
                            <wps:spPr>
                              <a:xfrm>
                                <a:off x="0" y="0"/>
                                <a:ext cx="6858000" cy="1371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Rectangle 195"/>
                            <wps:cNvSpPr/>
                            <wps:spPr>
                              <a:xfrm>
                                <a:off x="0" y="4094328"/>
                                <a:ext cx="6858000" cy="50292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7723533" w14:textId="171324FB" w:rsidR="001A33DD" w:rsidRPr="00EA473F" w:rsidRDefault="00EA473F" w:rsidP="00EA473F">
                                  <w:pPr>
                                    <w:pStyle w:val="NoSpacing"/>
                                    <w:spacing w:before="120"/>
                                    <w:jc w:val="right"/>
                                    <w:rPr>
                                      <w:color w:val="F6F5F0" w:themeColor="background1"/>
                                      <w:lang w:val="en-CA"/>
                                    </w:rPr>
                                  </w:pPr>
                                  <w:r w:rsidRPr="00D4501F">
                                    <w:rPr>
                                      <w:rFonts w:ascii="Arial" w:eastAsia="Arial" w:hAnsi="Arial" w:cs="Arial"/>
                                      <w:noProof/>
                                      <w:lang w:bidi="iu-Cans-CA"/>
                                    </w:rPr>
                                    <w:drawing>
                                      <wp:inline distT="0" distB="0" distL="0" distR="0" wp14:anchorId="547E5E70" wp14:editId="0EF9E3CE">
                                        <wp:extent cx="1669194" cy="754912"/>
                                        <wp:effectExtent l="0" t="0" r="0" b="0"/>
                                        <wp:docPr id="1252654653" name="Picture 7" descr="A whit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654653" name="Picture 7" descr="A white text on a black background&#10;&#10;AI-generated content may be incorrect."/>
                                                <pic:cNvPicPr/>
                                              </pic:nvPicPr>
                                              <pic:blipFill>
                                                <a:blip r:embed="rId9"/>
                                                <a:stretch>
                                                  <a:fillRect/>
                                                </a:stretch>
                                              </pic:blipFill>
                                              <pic:spPr>
                                                <a:xfrm>
                                                  <a:off x="0" y="0"/>
                                                  <a:ext cx="1674898" cy="757492"/>
                                                </a:xfrm>
                                                <a:prstGeom prst="rect">
                                                  <a:avLst/>
                                                </a:prstGeom>
                                              </pic:spPr>
                                            </pic:pic>
                                          </a:graphicData>
                                        </a:graphic>
                                      </wp:inline>
                                    </w:drawing>
                                  </w:r>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196" name="Text Box 196"/>
                            <wps:cNvSpPr txBox="1"/>
                            <wps:spPr>
                              <a:xfrm>
                                <a:off x="6824" y="1371600"/>
                                <a:ext cx="6858000" cy="2722728"/>
                              </a:xfrm>
                              <a:prstGeom prst="rect">
                                <a:avLst/>
                              </a:prstGeom>
                              <a:solidFill>
                                <a:schemeClr val="bg2"/>
                              </a:solid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Arial" w:eastAsiaTheme="majorEastAsia" w:hAnsi="Arial" w:cs="Arial"/>
                                      <w:b/>
                                      <w:color w:val="7B2881"/>
                                      <w:spacing w:val="5"/>
                                      <w:kern w:val="28"/>
                                      <w:sz w:val="96"/>
                                      <w:szCs w:val="96"/>
                                    </w:rPr>
                                    <w:alias w:val="Title"/>
                                    <w:tag w:val=""/>
                                    <w:id w:val="-9991715"/>
                                    <w:dataBinding w:prefixMappings="xmlns:ns0='http://purl.org/dc/elements/1.1/' xmlns:ns1='http://schemas.openxmlformats.org/package/2006/metadata/core-properties' " w:xpath="/ns1:coreProperties[1]/ns0:title[1]" w:storeItemID="{6C3C8BC8-F283-45AE-878A-BAB7291924A1}"/>
                                    <w:text/>
                                  </w:sdtPr>
                                  <w:sdtContent>
                                    <w:p w14:paraId="26430EE4" w14:textId="0C7C85F2" w:rsidR="001A33DD" w:rsidRPr="00EA473F" w:rsidRDefault="00F13F25">
                                      <w:pPr>
                                        <w:pStyle w:val="NoSpacing"/>
                                        <w:jc w:val="center"/>
                                        <w:rPr>
                                          <w:rFonts w:asciiTheme="majorHAnsi" w:eastAsiaTheme="majorEastAsia" w:hAnsiTheme="majorHAnsi" w:cstheme="majorBidi"/>
                                          <w:caps/>
                                          <w:color w:val="792881" w:themeColor="accent1"/>
                                          <w:sz w:val="96"/>
                                          <w:szCs w:val="96"/>
                                        </w:rPr>
                                      </w:pPr>
                                      <w:r w:rsidRPr="00F13F25">
                                        <w:rPr>
                                          <w:rFonts w:ascii="Gadugi" w:eastAsiaTheme="majorEastAsia" w:hAnsi="Gadugi" w:cs="Gadugi"/>
                                          <w:b/>
                                          <w:color w:val="7B2881"/>
                                          <w:spacing w:val="5"/>
                                          <w:kern w:val="28"/>
                                          <w:sz w:val="96"/>
                                          <w:szCs w:val="96"/>
                                        </w:rPr>
                                        <w:t>ᕿᑐᕐᖓᐃᑦ</w:t>
                                      </w:r>
                                      <w:r w:rsidRPr="00F13F25">
                                        <w:rPr>
                                          <w:rFonts w:ascii="Arial" w:eastAsiaTheme="majorEastAsia" w:hAnsi="Arial" w:cs="Arial"/>
                                          <w:b/>
                                          <w:color w:val="7B2881"/>
                                          <w:spacing w:val="5"/>
                                          <w:kern w:val="28"/>
                                          <w:sz w:val="96"/>
                                          <w:szCs w:val="96"/>
                                        </w:rPr>
                                        <w:t xml:space="preserve"> </w:t>
                                      </w:r>
                                      <w:r w:rsidRPr="00F13F25">
                                        <w:rPr>
                                          <w:rFonts w:ascii="Gadugi" w:eastAsiaTheme="majorEastAsia" w:hAnsi="Gadugi" w:cs="Gadugi"/>
                                          <w:b/>
                                          <w:color w:val="7B2881"/>
                                          <w:spacing w:val="5"/>
                                          <w:kern w:val="28"/>
                                          <w:sz w:val="96"/>
                                          <w:szCs w:val="96"/>
                                        </w:rPr>
                                        <w:t>ᓱᓪᓗᒃᑯᑦ</w:t>
                                      </w:r>
                                      <w:r w:rsidRPr="00F13F25">
                                        <w:rPr>
                                          <w:rFonts w:ascii="Arial" w:eastAsiaTheme="majorEastAsia" w:hAnsi="Arial" w:cs="Arial"/>
                                          <w:b/>
                                          <w:color w:val="7B2881"/>
                                          <w:spacing w:val="5"/>
                                          <w:kern w:val="28"/>
                                          <w:sz w:val="96"/>
                                          <w:szCs w:val="96"/>
                                        </w:rPr>
                                        <w:t xml:space="preserve"> </w:t>
                                      </w:r>
                                      <w:r w:rsidRPr="00F13F25">
                                        <w:rPr>
                                          <w:rFonts w:ascii="Gadugi" w:eastAsiaTheme="majorEastAsia" w:hAnsi="Gadugi" w:cs="Gadugi"/>
                                          <w:b/>
                                          <w:color w:val="7B2881"/>
                                          <w:spacing w:val="5"/>
                                          <w:kern w:val="28"/>
                                          <w:sz w:val="96"/>
                                          <w:szCs w:val="96"/>
                                        </w:rPr>
                                        <w:t>ᓱᓪᓗᓕᖓ</w:t>
                                      </w:r>
                                    </w:p>
                                  </w:sdtContent>
                                </w:sdt>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346771C0" id="Group 105" o:spid="_x0000_s1026" style="position:absolute;margin-left:0;margin-top:0;width:587.1pt;height:758.65pt;z-index:-251658753;mso-position-horizontal:center;mso-position-horizontal-relative:margin;mso-position-vertical:center;mso-position-vertical-relative:margin" coordsize="68648,91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">
                    <v:rect id="Rectangle 194" o:spid="_x0000_s1027" style="position:absolute;width:68580;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" fillcolor="#792881 [3204]" stroked="f" strokeweight="2pt"/>
                    <v:rect id="Rectangle 195" o:spid="_x0000_s1028" style="position:absolute;top:40943;width:68580;height:5029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" fillcolor="#792881 [3204]" stroked="f" strokeweight="2pt">
                      <v:textbox inset="36pt,57.6pt,36pt,36pt">
                        <w:txbxContent>
                          <w:p w14:paraId="77723533" w14:textId="171324FB" w:rsidR="001A33DD" w:rsidRPr="00EA473F" w:rsidRDefault="00EA473F" w:rsidP="00EA473F">
                            <w:pPr>
                              <w:pStyle w:val="NoSpacing"/>
                              <w:spacing w:before="120"/>
                              <w:jc w:val="right"/>
                              <w:rPr>
                                <w:color w:val="F6F5F0" w:themeColor="background1"/>
                                <w:lang w:val="en-CA"/>
                              </w:rPr>
                            </w:pPr>
                            <w:r w:rsidRPr="00D4501F">
                              <w:rPr>
                                <w:rFonts w:ascii="Arial" w:eastAsia="Arial" w:hAnsi="Arial" w:cs="Arial"/>
                                <w:noProof/>
                                <w:lang w:bidi="iu-Cans-CA"/>
                              </w:rPr>
                              <w:drawing>
                                <wp:inline distT="0" distB="0" distL="0" distR="0" wp14:anchorId="547E5E70" wp14:editId="0EF9E3CE">
                                  <wp:extent cx="1669194" cy="754912"/>
                                  <wp:effectExtent l="0" t="0" r="0" b="0"/>
                                  <wp:docPr id="1252654653" name="Picture 7" descr="A whit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654653" name="Picture 7" descr="A white text on a black background&#10;&#10;AI-generated content may be incorrect."/>
                                          <pic:cNvPicPr/>
                                        </pic:nvPicPr>
                                        <pic:blipFill>
                                          <a:blip r:embed="rId10"/>
                                          <a:stretch>
                                            <a:fillRect/>
                                          </a:stretch>
                                        </pic:blipFill>
                                        <pic:spPr>
                                          <a:xfrm>
                                            <a:off x="0" y="0"/>
                                            <a:ext cx="1674898" cy="757492"/>
                                          </a:xfrm>
                                          <a:prstGeom prst="rect">
                                            <a:avLst/>
                                          </a:prstGeom>
                                        </pic:spPr>
                                      </pic:pic>
                                    </a:graphicData>
                                  </a:graphic>
                                </wp:inline>
                              </w:drawing>
                            </w:r>
                          </w:p>
                        </w:txbxContent>
                      </v:textbox>
                    </v:rect>
                    <v:shapetype id="_x0000_t202" coordsize="21600,21600" o:spt="202" path="m,l,21600r21600,l21600,xe">
                      <v:stroke joinstyle="miter"/>
                      <v:path gradientshapeok="t" o:connecttype="rect"/>
                    </v:shapetype>
                    <v:shape id="Text Box 196" o:spid="_x0000_s1029" type="#_x0000_t202" style="position:absolute;left:68;top:13716;width:68580;height:27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" fillcolor="white [3214]" stroked="f" strokeweight=".5pt">
                      <v:textbox inset="36pt,7.2pt,36pt,7.2pt">
                        <w:txbxContent>
                          <w:sdt>
                            <w:sdtPr>
                              <w:rPr>
                                <w:rFonts w:ascii="Arial" w:eastAsiaTheme="majorEastAsia" w:hAnsi="Arial" w:cs="Arial"/>
                                <w:b/>
                                <w:color w:val="7B2881"/>
                                <w:spacing w:val="5"/>
                                <w:kern w:val="28"/>
                                <w:sz w:val="96"/>
                                <w:szCs w:val="96"/>
                              </w:rPr>
                              <w:alias w:val="Title"/>
                              <w:tag w:val=""/>
                              <w:id w:val="-9991715"/>
                              <w:dataBinding w:prefixMappings="xmlns:ns0='http://purl.org/dc/elements/1.1/' xmlns:ns1='http://schemas.openxmlformats.org/package/2006/metadata/core-properties' " w:xpath="/ns1:coreProperties[1]/ns0:title[1]" w:storeItemID="{6C3C8BC8-F283-45AE-878A-BAB7291924A1}"/>
                              <w:text/>
                            </w:sdtPr>
                            <w:sdtContent>
                              <w:p w14:paraId="26430EE4" w14:textId="0C7C85F2" w:rsidR="001A33DD" w:rsidRPr="00EA473F" w:rsidRDefault="00F13F25">
                                <w:pPr>
                                  <w:pStyle w:val="NoSpacing"/>
                                  <w:jc w:val="center"/>
                                  <w:rPr>
                                    <w:rFonts w:asciiTheme="majorHAnsi" w:eastAsiaTheme="majorEastAsia" w:hAnsiTheme="majorHAnsi" w:cstheme="majorBidi"/>
                                    <w:caps/>
                                    <w:color w:val="792881" w:themeColor="accent1"/>
                                    <w:sz w:val="96"/>
                                    <w:szCs w:val="96"/>
                                  </w:rPr>
                                </w:pPr>
                                <w:r w:rsidRPr="00F13F25">
                                  <w:rPr>
                                    <w:rFonts w:ascii="Gadugi" w:eastAsiaTheme="majorEastAsia" w:hAnsi="Gadugi" w:cs="Gadugi"/>
                                    <w:b/>
                                    <w:color w:val="7B2881"/>
                                    <w:spacing w:val="5"/>
                                    <w:kern w:val="28"/>
                                    <w:sz w:val="96"/>
                                    <w:szCs w:val="96"/>
                                  </w:rPr>
                                  <w:t>ᕿᑐᕐᖓᐃᑦ</w:t>
                                </w:r>
                                <w:r w:rsidRPr="00F13F25">
                                  <w:rPr>
                                    <w:rFonts w:ascii="Arial" w:eastAsiaTheme="majorEastAsia" w:hAnsi="Arial" w:cs="Arial"/>
                                    <w:b/>
                                    <w:color w:val="7B2881"/>
                                    <w:spacing w:val="5"/>
                                    <w:kern w:val="28"/>
                                    <w:sz w:val="96"/>
                                    <w:szCs w:val="96"/>
                                  </w:rPr>
                                  <w:t xml:space="preserve"> </w:t>
                                </w:r>
                                <w:r w:rsidRPr="00F13F25">
                                  <w:rPr>
                                    <w:rFonts w:ascii="Gadugi" w:eastAsiaTheme="majorEastAsia" w:hAnsi="Gadugi" w:cs="Gadugi"/>
                                    <w:b/>
                                    <w:color w:val="7B2881"/>
                                    <w:spacing w:val="5"/>
                                    <w:kern w:val="28"/>
                                    <w:sz w:val="96"/>
                                    <w:szCs w:val="96"/>
                                  </w:rPr>
                                  <w:t>ᓱᓪᓗᒃᑯᑦ</w:t>
                                </w:r>
                                <w:r w:rsidRPr="00F13F25">
                                  <w:rPr>
                                    <w:rFonts w:ascii="Arial" w:eastAsiaTheme="majorEastAsia" w:hAnsi="Arial" w:cs="Arial"/>
                                    <w:b/>
                                    <w:color w:val="7B2881"/>
                                    <w:spacing w:val="5"/>
                                    <w:kern w:val="28"/>
                                    <w:sz w:val="96"/>
                                    <w:szCs w:val="96"/>
                                  </w:rPr>
                                  <w:t xml:space="preserve"> </w:t>
                                </w:r>
                                <w:r w:rsidRPr="00F13F25">
                                  <w:rPr>
                                    <w:rFonts w:ascii="Gadugi" w:eastAsiaTheme="majorEastAsia" w:hAnsi="Gadugi" w:cs="Gadugi"/>
                                    <w:b/>
                                    <w:color w:val="7B2881"/>
                                    <w:spacing w:val="5"/>
                                    <w:kern w:val="28"/>
                                    <w:sz w:val="96"/>
                                    <w:szCs w:val="96"/>
                                  </w:rPr>
                                  <w:t>ᓱᓪᓗᓕᖓ</w:t>
                                </w:r>
                              </w:p>
                            </w:sdtContent>
                          </w:sdt>
                        </w:txbxContent>
                      </v:textbox>
                    </v:shape>
                    <w10:wrap anchorx="margin" anchory="margin"/>
                  </v:group>
                </w:pict>
              </mc:Fallback>
            </mc:AlternateContent>
          </w:r>
        </w:p>
        <w:p w14:paraId="09A9C423" w14:textId="5E1B3C1D" w:rsidR="001A33DD" w:rsidRDefault="001A33DD">
          <w:pPr>
            <w:rPr>
              <w:rFonts w:ascii="Arial" w:eastAsiaTheme="majorEastAsia" w:hAnsi="Arial" w:cs="Times New Roman (Headings CS)"/>
              <w:b/>
              <w:bCs/>
              <w:color w:val="25262A"/>
              <w:sz w:val="28"/>
              <w:szCs w:val="26"/>
            </w:rPr>
          </w:pPr>
          <w:r>
            <w:rPr>
              <w:rFonts w:ascii="Arial" w:eastAsia="Arial" w:hAnsi="Arial" w:cs="Times New Roman (Headings CS)"/>
              <w:color w:val="25262A"/>
              <w:sz w:val="28"/>
              <w:szCs w:val="26"/>
              <w:lang w:bidi="iu-Cans-CA"/>
            </w:rPr>
            <w:br w:type="page"/>
          </w:r>
        </w:p>
      </w:sdtContent>
    </w:sdt>
    <w:p w14:paraId="3557A2FA" w14:textId="6D6EE820" w:rsidR="00AB73E7" w:rsidRPr="00D4501F" w:rsidRDefault="005D0276" w:rsidP="001A33DD">
      <w:pPr>
        <w:pStyle w:val="Heading1"/>
      </w:pPr>
      <w:r w:rsidRPr="00D4501F">
        <w:rPr>
          <w:lang w:bidi="iu-Cans-CA"/>
        </w:rPr>
        <w:lastRenderedPageBreak/>
        <w:t>ᐊᖏᕐᕋᒥ ᓂᕆᑎᑦᑎᓂᕐᒧᑦ ᑲᒪᑦᑎᐊᕐᓂᕐᒧᓪᓗ ᒪᓕᒃᑕᐅᕙᓪᓕᐊᕙᒃᑐᑦ</w:t>
      </w:r>
    </w:p>
    <w:p w14:paraId="7E141C45" w14:textId="508E9365" w:rsidR="00AB73E7" w:rsidRPr="00D4501F" w:rsidRDefault="00AB73E7">
      <w:pPr>
        <w:rPr>
          <w:rFonts w:ascii="Arial" w:hAnsi="Arial" w:cs="Arial"/>
        </w:rPr>
      </w:pPr>
    </w:p>
    <w:tbl>
      <w:tblPr>
        <w:tblW w:w="0" w:type="auto"/>
        <w:jc w:val="center"/>
        <w:tblLook w:val="04A0" w:firstRow="1" w:lastRow="0" w:firstColumn="1" w:lastColumn="0" w:noHBand="0" w:noVBand="1"/>
      </w:tblPr>
      <w:tblGrid>
        <w:gridCol w:w="5040"/>
        <w:gridCol w:w="5040"/>
      </w:tblGrid>
      <w:tr w:rsidR="00AB73E7" w:rsidRPr="00D4501F" w14:paraId="29FAB1B6" w14:textId="77777777">
        <w:trPr>
          <w:jc w:val="center"/>
        </w:trPr>
        <w:tc>
          <w:tcPr>
            <w:tcW w:w="5040" w:type="dxa"/>
          </w:tcPr>
          <w:p w14:paraId="648D7FE5" w14:textId="77777777" w:rsidR="00AB73E7" w:rsidRPr="00D4501F" w:rsidRDefault="005D0276">
            <w:pPr>
              <w:rPr>
                <w:rFonts w:ascii="Arial" w:hAnsi="Arial" w:cs="Arial"/>
              </w:rPr>
            </w:pPr>
            <w:r w:rsidRPr="00D4501F">
              <w:rPr>
                <w:rFonts w:ascii="Arial" w:eastAsia="Arial" w:hAnsi="Arial" w:cs="Arial"/>
                <w:lang w:bidi="iu-Cans-CA"/>
              </w:rPr>
              <w:t>ᑖᓐᓇ ᐅᖃᓕᒫᒐᖅ ᑭᓇᒧᑦ ᐱᒋᔭᐅᒻᒪᖔᑦ:</w:t>
            </w:r>
          </w:p>
        </w:tc>
        <w:tc>
          <w:tcPr>
            <w:tcW w:w="5040" w:type="dxa"/>
          </w:tcPr>
          <w:p w14:paraId="237065B6" w14:textId="77777777" w:rsidR="00AB73E7" w:rsidRPr="00D4501F" w:rsidRDefault="005D0276">
            <w:pPr>
              <w:rPr>
                <w:rFonts w:ascii="Arial" w:hAnsi="Arial" w:cs="Arial"/>
              </w:rPr>
            </w:pPr>
            <w:r w:rsidRPr="00D4501F">
              <w:rPr>
                <w:rFonts w:ascii="Arial" w:eastAsia="Arial" w:hAnsi="Arial" w:cs="Arial"/>
                <w:lang w:bidi="iu-Cans-CA"/>
              </w:rPr>
              <w:t>____________________________</w:t>
            </w:r>
          </w:p>
        </w:tc>
      </w:tr>
      <w:tr w:rsidR="00AB73E7" w:rsidRPr="00D4501F" w14:paraId="71F313D4" w14:textId="77777777">
        <w:trPr>
          <w:jc w:val="center"/>
        </w:trPr>
        <w:tc>
          <w:tcPr>
            <w:tcW w:w="5040" w:type="dxa"/>
          </w:tcPr>
          <w:p w14:paraId="69988B09" w14:textId="77777777" w:rsidR="00632B87" w:rsidRPr="00D4501F" w:rsidRDefault="00632B87">
            <w:pPr>
              <w:rPr>
                <w:rFonts w:ascii="Arial" w:hAnsi="Arial" w:cs="Arial"/>
              </w:rPr>
            </w:pPr>
          </w:p>
          <w:p w14:paraId="11806E9C" w14:textId="456C5F80" w:rsidR="00AB73E7" w:rsidRPr="00D4501F" w:rsidRDefault="005D0276">
            <w:pPr>
              <w:rPr>
                <w:rFonts w:ascii="Arial" w:hAnsi="Arial" w:cs="Arial"/>
              </w:rPr>
            </w:pPr>
            <w:r w:rsidRPr="00D4501F">
              <w:rPr>
                <w:rFonts w:ascii="Arial" w:eastAsia="Arial" w:hAnsi="Arial" w:cs="Arial"/>
                <w:lang w:bidi="iu-Cans-CA"/>
              </w:rPr>
              <w:t>ᖃᓄᐃᑦᑑᓂᖓ ᓱᓪᓗᓕᐅᑉ:</w:t>
            </w:r>
          </w:p>
        </w:tc>
        <w:tc>
          <w:tcPr>
            <w:tcW w:w="5040" w:type="dxa"/>
          </w:tcPr>
          <w:p w14:paraId="5BA937D7" w14:textId="77777777" w:rsidR="0083685E" w:rsidRPr="00D4501F" w:rsidRDefault="0083685E">
            <w:pPr>
              <w:rPr>
                <w:rFonts w:ascii="Arial" w:hAnsi="Arial" w:cs="Arial"/>
              </w:rPr>
            </w:pPr>
          </w:p>
          <w:p w14:paraId="072001D6" w14:textId="3538B5F5" w:rsidR="00AB73E7" w:rsidRPr="00D4501F" w:rsidRDefault="005D0276">
            <w:pPr>
              <w:rPr>
                <w:rFonts w:ascii="Arial" w:hAnsi="Arial" w:cs="Arial"/>
              </w:rPr>
            </w:pPr>
            <w:r w:rsidRPr="00D4501F">
              <w:rPr>
                <w:rFonts w:ascii="Arial" w:eastAsia="Arial" w:hAnsi="Arial" w:cs="Arial"/>
                <w:lang w:bidi="iu-Cans-CA"/>
              </w:rPr>
              <w:t>____________________________</w:t>
            </w:r>
          </w:p>
        </w:tc>
      </w:tr>
      <w:tr w:rsidR="00AB73E7" w:rsidRPr="00D4501F" w14:paraId="5D9A3F81" w14:textId="77777777">
        <w:trPr>
          <w:jc w:val="center"/>
        </w:trPr>
        <w:tc>
          <w:tcPr>
            <w:tcW w:w="5040" w:type="dxa"/>
          </w:tcPr>
          <w:p w14:paraId="4D48879F" w14:textId="77777777" w:rsidR="00632B87" w:rsidRPr="00D4501F" w:rsidRDefault="00632B87">
            <w:pPr>
              <w:rPr>
                <w:rFonts w:ascii="Arial" w:hAnsi="Arial" w:cs="Arial"/>
              </w:rPr>
            </w:pPr>
          </w:p>
          <w:p w14:paraId="154CA8D9" w14:textId="1C1ADACC" w:rsidR="00AB73E7" w:rsidRPr="00D4501F" w:rsidRDefault="005D0276">
            <w:pPr>
              <w:rPr>
                <w:rFonts w:ascii="Arial" w:hAnsi="Arial" w:cs="Arial"/>
              </w:rPr>
            </w:pPr>
            <w:r w:rsidRPr="00D4501F">
              <w:rPr>
                <w:rFonts w:ascii="Arial" w:eastAsia="Arial" w:hAnsi="Arial" w:cs="Arial"/>
                <w:lang w:bidi="iu-Cans-CA"/>
              </w:rPr>
              <w:t>ᐊᖏᓂᖓ:</w:t>
            </w:r>
          </w:p>
        </w:tc>
        <w:tc>
          <w:tcPr>
            <w:tcW w:w="5040" w:type="dxa"/>
          </w:tcPr>
          <w:p w14:paraId="1DE8BF69" w14:textId="77777777" w:rsidR="0083685E" w:rsidRPr="00D4501F" w:rsidRDefault="0083685E">
            <w:pPr>
              <w:rPr>
                <w:rFonts w:ascii="Arial" w:hAnsi="Arial" w:cs="Arial"/>
              </w:rPr>
            </w:pPr>
          </w:p>
          <w:p w14:paraId="38F657FC" w14:textId="05D02A05" w:rsidR="00AB73E7" w:rsidRPr="00D4501F" w:rsidRDefault="005D0276">
            <w:pPr>
              <w:rPr>
                <w:rFonts w:ascii="Arial" w:hAnsi="Arial" w:cs="Arial"/>
              </w:rPr>
            </w:pPr>
            <w:r w:rsidRPr="00D4501F">
              <w:rPr>
                <w:rFonts w:ascii="Arial" w:eastAsia="Arial" w:hAnsi="Arial" w:cs="Arial"/>
                <w:lang w:bidi="iu-Cans-CA"/>
              </w:rPr>
              <w:t>____________________________</w:t>
            </w:r>
          </w:p>
        </w:tc>
      </w:tr>
      <w:tr w:rsidR="00AB73E7" w:rsidRPr="00D4501F" w14:paraId="7D2870CB" w14:textId="77777777">
        <w:trPr>
          <w:jc w:val="center"/>
        </w:trPr>
        <w:tc>
          <w:tcPr>
            <w:tcW w:w="5040" w:type="dxa"/>
          </w:tcPr>
          <w:p w14:paraId="59CAB43F" w14:textId="77777777" w:rsidR="00632B87" w:rsidRPr="00D4501F" w:rsidRDefault="00632B87">
            <w:pPr>
              <w:rPr>
                <w:rFonts w:ascii="Arial" w:hAnsi="Arial" w:cs="Arial"/>
              </w:rPr>
            </w:pPr>
          </w:p>
          <w:p w14:paraId="0183135B" w14:textId="7287AB7C" w:rsidR="00AB73E7" w:rsidRPr="00D4501F" w:rsidRDefault="005D0276">
            <w:pPr>
              <w:rPr>
                <w:rFonts w:ascii="Arial" w:hAnsi="Arial" w:cs="Arial"/>
              </w:rPr>
            </w:pPr>
            <w:r w:rsidRPr="00D4501F">
              <w:rPr>
                <w:rFonts w:ascii="Arial" w:eastAsia="Arial" w:hAnsi="Arial" w:cs="Arial"/>
                <w:lang w:bidi="iu-Cans-CA"/>
              </w:rPr>
              <w:t>ᐅᓪᓗᖅ ᐃᓕᔭᐅᔪᖅ:</w:t>
            </w:r>
          </w:p>
        </w:tc>
        <w:tc>
          <w:tcPr>
            <w:tcW w:w="5040" w:type="dxa"/>
          </w:tcPr>
          <w:p w14:paraId="007A1B01" w14:textId="77777777" w:rsidR="0083685E" w:rsidRPr="00D4501F" w:rsidRDefault="0083685E">
            <w:pPr>
              <w:rPr>
                <w:rFonts w:ascii="Arial" w:hAnsi="Arial" w:cs="Arial"/>
              </w:rPr>
            </w:pPr>
          </w:p>
          <w:p w14:paraId="1C8A3538" w14:textId="0503DE76" w:rsidR="00AB73E7" w:rsidRPr="00D4501F" w:rsidRDefault="005D0276">
            <w:pPr>
              <w:rPr>
                <w:rFonts w:ascii="Arial" w:hAnsi="Arial" w:cs="Arial"/>
              </w:rPr>
            </w:pPr>
            <w:r w:rsidRPr="00D4501F">
              <w:rPr>
                <w:rFonts w:ascii="Arial" w:eastAsia="Arial" w:hAnsi="Arial" w:cs="Arial"/>
                <w:lang w:bidi="iu-Cans-CA"/>
              </w:rPr>
              <w:t>____________________________</w:t>
            </w:r>
          </w:p>
        </w:tc>
      </w:tr>
      <w:tr w:rsidR="00AB73E7" w:rsidRPr="00D4501F" w14:paraId="190F36BE" w14:textId="77777777">
        <w:trPr>
          <w:jc w:val="center"/>
        </w:trPr>
        <w:tc>
          <w:tcPr>
            <w:tcW w:w="5040" w:type="dxa"/>
          </w:tcPr>
          <w:p w14:paraId="38D232FF" w14:textId="77777777" w:rsidR="00632B87" w:rsidRPr="00D4501F" w:rsidRDefault="00632B87">
            <w:pPr>
              <w:rPr>
                <w:rFonts w:ascii="Arial" w:hAnsi="Arial" w:cs="Arial"/>
              </w:rPr>
            </w:pPr>
          </w:p>
          <w:p w14:paraId="137C2415" w14:textId="5071CCFF" w:rsidR="00AB73E7" w:rsidRPr="00D4501F" w:rsidRDefault="005D0276">
            <w:pPr>
              <w:rPr>
                <w:rFonts w:ascii="Arial" w:hAnsi="Arial" w:cs="Arial"/>
              </w:rPr>
            </w:pPr>
            <w:r w:rsidRPr="00D4501F">
              <w:rPr>
                <w:rFonts w:ascii="Arial" w:eastAsia="Arial" w:hAnsi="Arial" w:cs="Arial"/>
                <w:lang w:bidi="iu-Cans-CA"/>
              </w:rPr>
              <w:t>ᑕᑭᓂᖓ ᓱᓪᓗᓕᐅᑉ ᑎᒥᐅᑉ ᓯᓚᑖᒍᑦ:</w:t>
            </w:r>
          </w:p>
        </w:tc>
        <w:tc>
          <w:tcPr>
            <w:tcW w:w="5040" w:type="dxa"/>
          </w:tcPr>
          <w:p w14:paraId="01F310BF" w14:textId="77777777" w:rsidR="0083685E" w:rsidRPr="00D4501F" w:rsidRDefault="0083685E">
            <w:pPr>
              <w:rPr>
                <w:rFonts w:ascii="Arial" w:hAnsi="Arial" w:cs="Arial"/>
              </w:rPr>
            </w:pPr>
          </w:p>
          <w:p w14:paraId="1C80ECF5" w14:textId="676AA970" w:rsidR="00AB73E7" w:rsidRPr="00D4501F" w:rsidRDefault="005D0276">
            <w:pPr>
              <w:rPr>
                <w:rFonts w:ascii="Arial" w:hAnsi="Arial" w:cs="Arial"/>
              </w:rPr>
            </w:pPr>
            <w:r w:rsidRPr="00D4501F">
              <w:rPr>
                <w:rFonts w:ascii="Arial" w:eastAsia="Arial" w:hAnsi="Arial" w:cs="Arial"/>
                <w:lang w:bidi="iu-Cans-CA"/>
              </w:rPr>
              <w:t>____________________________</w:t>
            </w:r>
          </w:p>
        </w:tc>
      </w:tr>
      <w:tr w:rsidR="00AB73E7" w:rsidRPr="00D4501F" w14:paraId="709A1026" w14:textId="77777777">
        <w:trPr>
          <w:jc w:val="center"/>
        </w:trPr>
        <w:tc>
          <w:tcPr>
            <w:tcW w:w="5040" w:type="dxa"/>
          </w:tcPr>
          <w:p w14:paraId="28A38727" w14:textId="77777777" w:rsidR="00632B87" w:rsidRPr="00D4501F" w:rsidRDefault="00632B87">
            <w:pPr>
              <w:rPr>
                <w:rFonts w:ascii="Arial" w:hAnsi="Arial" w:cs="Arial"/>
              </w:rPr>
            </w:pPr>
          </w:p>
          <w:p w14:paraId="77B3D24A" w14:textId="72FB2ABD" w:rsidR="00AB73E7" w:rsidRPr="00D4501F" w:rsidRDefault="005D0276">
            <w:pPr>
              <w:rPr>
                <w:rFonts w:ascii="Arial" w:hAnsi="Arial" w:cs="Arial"/>
              </w:rPr>
            </w:pPr>
            <w:r w:rsidRPr="00D4501F">
              <w:rPr>
                <w:rFonts w:ascii="Arial" w:eastAsia="Arial" w:hAnsi="Arial" w:cs="Arial"/>
                <w:lang w:bidi="iu-Cans-CA"/>
              </w:rPr>
              <w:t>ᐅᓪᓗᖓ ᑭᖑᓪᓕᕐᒥᑦ ᓱᓪᓗᓕᐅᑉ ᐊᓯᔾᔨᖅᑕᐅᓂᖓ:</w:t>
            </w:r>
          </w:p>
        </w:tc>
        <w:tc>
          <w:tcPr>
            <w:tcW w:w="5040" w:type="dxa"/>
          </w:tcPr>
          <w:p w14:paraId="0879CDA4" w14:textId="77777777" w:rsidR="0083685E" w:rsidRPr="00D4501F" w:rsidRDefault="0083685E">
            <w:pPr>
              <w:rPr>
                <w:rFonts w:ascii="Arial" w:hAnsi="Arial" w:cs="Arial"/>
              </w:rPr>
            </w:pPr>
          </w:p>
          <w:p w14:paraId="489754B9" w14:textId="64D63345" w:rsidR="00AB73E7" w:rsidRPr="00D4501F" w:rsidRDefault="005D0276">
            <w:pPr>
              <w:rPr>
                <w:rFonts w:ascii="Arial" w:hAnsi="Arial" w:cs="Arial"/>
              </w:rPr>
            </w:pPr>
            <w:r w:rsidRPr="00D4501F">
              <w:rPr>
                <w:rFonts w:ascii="Arial" w:eastAsia="Arial" w:hAnsi="Arial" w:cs="Arial"/>
                <w:lang w:bidi="iu-Cans-CA"/>
              </w:rPr>
              <w:t>____________________________</w:t>
            </w:r>
          </w:p>
        </w:tc>
      </w:tr>
    </w:tbl>
    <w:p w14:paraId="51E29CEA" w14:textId="77777777" w:rsidR="00D4501F" w:rsidRDefault="00D4501F">
      <w:pPr>
        <w:pStyle w:val="CHEOCallout"/>
        <w:rPr>
          <w:rFonts w:ascii="Arial" w:hAnsi="Arial" w:cs="Arial"/>
          <w:b/>
          <w:bCs/>
        </w:rPr>
      </w:pPr>
    </w:p>
    <w:p w14:paraId="784510F4" w14:textId="7DAAA887" w:rsidR="00AB73E7" w:rsidRPr="00D4501F" w:rsidRDefault="005D0276" w:rsidP="00D4501F">
      <w:pPr>
        <w:pStyle w:val="CHEOCallout"/>
        <w:rPr>
          <w:rFonts w:ascii="Arial" w:hAnsi="Arial" w:cs="Arial"/>
        </w:rPr>
      </w:pPr>
      <w:r w:rsidRPr="00D4501F">
        <w:rPr>
          <w:rFonts w:ascii="Arial" w:eastAsia="Arial" w:hAnsi="Arial" w:cs="Arial"/>
          <w:b/>
          <w:lang w:bidi="iu-Cans-CA"/>
        </w:rPr>
        <w:t>ᐃᑲᔫᑎ:</w:t>
      </w:r>
      <w:r w:rsidRPr="00D4501F">
        <w:rPr>
          <w:rFonts w:ascii="Arial" w:eastAsia="Arial" w:hAnsi="Arial" w:cs="Arial"/>
          <w:lang w:bidi="iu-Cans-CA"/>
        </w:rPr>
        <w:t xml:space="preserve"> ᑖᓐᓇ ᐅᖃᓕᒫᒐᖅ ᐱᓯᒪᐃᓐᓇᕐᓗᒍ ᓂᕆᔾᔪᑎᒋᕙᒃᑕᕐᓄᑦ ᖃᐅᔨᒋᐊᑲᐅᖅᑐᕐᓂᐊᕋᕕᑦ.</w:t>
      </w:r>
      <w:r w:rsidR="00670BBA" w:rsidRPr="00D4501F">
        <w:rPr>
          <w:rFonts w:ascii="Arial" w:eastAsia="Arial" w:hAnsi="Arial" w:cs="Arial"/>
          <w:noProof/>
          <w:lang w:bidi="iu-Cans-CA"/>
        </w:rPr>
        <w:drawing>
          <wp:anchor distT="0" distB="0" distL="114300" distR="114300" simplePos="0" relativeHeight="251687424" behindDoc="1" locked="0" layoutInCell="1" allowOverlap="1" wp14:anchorId="078EAA88" wp14:editId="407FDC50">
            <wp:simplePos x="0" y="0"/>
            <wp:positionH relativeFrom="column">
              <wp:posOffset>4662377</wp:posOffset>
            </wp:positionH>
            <wp:positionV relativeFrom="paragraph">
              <wp:posOffset>122245</wp:posOffset>
            </wp:positionV>
            <wp:extent cx="1743075" cy="2614295"/>
            <wp:effectExtent l="0" t="0" r="0" b="0"/>
            <wp:wrapSquare wrapText="bothSides"/>
            <wp:docPr id="3083852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385215" name=""/>
                    <pic:cNvPicPr/>
                  </pic:nvPicPr>
                  <pic:blipFill>
                    <a:blip r:embed="rId11"/>
                    <a:stretch>
                      <a:fillRect/>
                    </a:stretch>
                  </pic:blipFill>
                  <pic:spPr>
                    <a:xfrm flipH="1">
                      <a:off x="0" y="0"/>
                      <a:ext cx="1743075" cy="2614295"/>
                    </a:xfrm>
                    <a:prstGeom prst="rect">
                      <a:avLst/>
                    </a:prstGeom>
                  </pic:spPr>
                </pic:pic>
              </a:graphicData>
            </a:graphic>
            <wp14:sizeRelH relativeFrom="margin">
              <wp14:pctWidth>0</wp14:pctWidth>
            </wp14:sizeRelH>
            <wp14:sizeRelV relativeFrom="margin">
              <wp14:pctHeight>0</wp14:pctHeight>
            </wp14:sizeRelV>
          </wp:anchor>
        </w:drawing>
      </w:r>
    </w:p>
    <w:p w14:paraId="67A50EFF" w14:textId="110EDE91" w:rsidR="00632B87" w:rsidRPr="00D4501F" w:rsidRDefault="00632B87" w:rsidP="00A14182">
      <w:pPr>
        <w:rPr>
          <w:rFonts w:ascii="Arial" w:hAnsi="Arial" w:cs="Arial"/>
          <w:noProof/>
        </w:rPr>
      </w:pPr>
    </w:p>
    <w:p w14:paraId="7821C92C" w14:textId="2B1F6371" w:rsidR="00A14182" w:rsidRPr="00D4501F" w:rsidRDefault="00A14182" w:rsidP="00304CEC">
      <w:pPr>
        <w:pStyle w:val="Heading3"/>
      </w:pPr>
      <w:r w:rsidRPr="00D4501F">
        <w:rPr>
          <w:lang w:bidi="iu-Cans-CA"/>
        </w:rPr>
        <w:t>ᕿᱸᖓᒍᑦ ᓱᓪᓗᓕᒃ ᐃᕐᔫᑎᒃᑯᑦ</w:t>
      </w:r>
    </w:p>
    <w:p w14:paraId="432F9F96" w14:textId="168489A6" w:rsidR="00A14182" w:rsidRPr="00D4501F" w:rsidRDefault="00A14182" w:rsidP="00A14182">
      <w:pPr>
        <w:rPr>
          <w:rFonts w:ascii="Arial" w:hAnsi="Arial" w:cs="Arial"/>
        </w:rPr>
      </w:pPr>
      <w:r w:rsidRPr="00D4501F">
        <w:rPr>
          <w:rFonts w:ascii="Arial" w:eastAsia="Arial" w:hAnsi="Arial" w:cs="Arial"/>
          <w:lang w:bidi="iu-Cans-CA"/>
        </w:rPr>
        <w:t>ᐃᒡᕕᑦ ᐃᓗᐊᖅᓴᐃᔨᓪᓗ ᐋᖅᑭᒃᓯᒪᓕᖅᑎᑦᑎᓯᒪᕗᓯ ᕿᑐᕐᖓᐃᑦ ᐱᕚᓪᓕᕈᑎᖃᕐᓂᐊᕐᓂᖓᓂᒃ ᕿᱸᖓᒍᑦ ᓱᓪᓗᓕᖕᒥᒃ ᐃᕐᔫᑎᒃᑯᑦ. ᑐᕌᒐᖓ ᓱᓪᓗᓕᐅᑉ ᐃᑲᔪᕈᒪᓂᐅᕗᖅ ᐃᓕᖕᓂᒃ ᐊᑦᑕᕐᓇᙱᑦᑐᒃᑯᑦ ᓂᕆᑎᑦᑎᔪᓐᓇᕐᓂᕐᒥᒃ ᕿᑐᕐᖓᕐᓂᒃ ᐊᖏᕐᕋᕐᓂ ᐃᑲᔫᑕᐅᓂᐊᖅᑐᒥᒃ ᖃᓄᐃᙱᑦᑎᐊᕐᓂᖓᓄᑦ ᐱᕈᖅᐸᓪᓕᐊᓂᖓᓄᓪᓗ. ᑖᓐᓇ ᐊᑐᖅᑕᐅᔪᓐᓇᖅᑐᖅ ᐋᖅᑭᒃᓱᖅᑕᐅᓯᒪᕗᖅ ᐱᑎᑦᑎᓗᓂ ᐃᑲᔪᖅᑐᐃᓂᕐᒥᒃ, ᑕᓯᐅᖅᓯᓂᕐᒥᒃ ᓇᓗᓇᐃᖅᓯᑦᑎᐊᕐᓂᕐᒥᓪᓗ ᐃᑲᔪᕈᑕᐅᔪᓐᓇᕐᓗᓂᓗ ᒫᓐᓇᐅᓂᖓᓂ.  ᐃᓕᖕᓂᒃ ᖁᓱᙱᑦᑎᐊᖁᕙᑦᑎᒋᑦ ᓴᙱᓂᖅᑖᖅᑎᑕᐅᓗᑎᓪᓗ ᐃᑲᔪᖅᑐᐃᔪᓐᓇᕐᓂᕐᒥᒃ ᕿᑐᕐᙵᕐᓂᒃ, ᖃᐅᔨᒪᕗᒍᑦ ᑕᒪᓐᓇ ᐊᖏᔪᒻᒪᕆᖕᒥᒃ ᐊᓯᔾᔨᕐᓂᐅᑐᐃᓐᓇᕆᐊᖃᕐᓂᖓᓂᒃ ᐃᓕᖕᓄᑦ ᕿᑐᕐᙵᕐᓄᓪᓗ.</w:t>
      </w:r>
    </w:p>
    <w:p w14:paraId="2F35E982" w14:textId="77777777" w:rsidR="00A14182" w:rsidRPr="00D4501F" w:rsidRDefault="00A14182">
      <w:pPr>
        <w:rPr>
          <w:rFonts w:ascii="Arial" w:hAnsi="Arial" w:cs="Arial"/>
        </w:rPr>
      </w:pPr>
    </w:p>
    <w:p w14:paraId="4E7A7381" w14:textId="77777777" w:rsidR="00632B87" w:rsidRPr="00D4501F" w:rsidRDefault="00632B87">
      <w:pPr>
        <w:rPr>
          <w:rFonts w:ascii="Arial" w:hAnsi="Arial" w:cs="Arial"/>
        </w:rPr>
        <w:sectPr w:rsidR="00632B87" w:rsidRPr="00D4501F" w:rsidSect="001A33DD">
          <w:footerReference w:type="default" r:id="rId12"/>
          <w:pgSz w:w="12240" w:h="15840"/>
          <w:pgMar w:top="1008" w:right="1080" w:bottom="1008" w:left="1080" w:header="576" w:footer="576" w:gutter="0"/>
          <w:pgNumType w:start="0"/>
          <w:cols w:space="720"/>
          <w:titlePg/>
          <w:docGrid w:linePitch="360"/>
        </w:sectPr>
      </w:pPr>
    </w:p>
    <w:p w14:paraId="4AADFBEC" w14:textId="77777777" w:rsidR="00AB73E7" w:rsidRPr="00D4501F" w:rsidRDefault="005D0276">
      <w:pPr>
        <w:pStyle w:val="Heading1"/>
        <w:rPr>
          <w:rFonts w:cs="Arial"/>
        </w:rPr>
      </w:pPr>
      <w:r w:rsidRPr="00D4501F">
        <w:rPr>
          <w:rFonts w:cs="Arial"/>
          <w:lang w:bidi="iu-Cans-CA"/>
        </w:rPr>
        <w:lastRenderedPageBreak/>
        <w:t>ᐃᓗᓕᖏᑦ</w:t>
      </w:r>
    </w:p>
    <w:p w14:paraId="708C9A83" w14:textId="2D3F688B" w:rsidR="00A14182" w:rsidRPr="00D4501F" w:rsidRDefault="00A14182">
      <w:pPr>
        <w:pStyle w:val="TOC2"/>
        <w:tabs>
          <w:tab w:val="right" w:leader="dot" w:pos="10070"/>
        </w:tabs>
        <w:rPr>
          <w:rFonts w:ascii="Arial" w:hAnsi="Arial" w:cs="Arial"/>
          <w:noProof/>
        </w:rPr>
      </w:pPr>
      <w:r w:rsidRPr="00CF5809">
        <w:rPr>
          <w:rFonts w:ascii="Arial" w:eastAsia="Arial" w:hAnsi="Arial" w:cs="Arial"/>
          <w:noProof/>
          <w:lang w:bidi="iu-Cans-CA"/>
        </w:rPr>
        <w:t>ᐊᖏᕐᕋᒥ ᕿᒥᕆᓂᕐᒧᑦ ᑲᒪᑦᑎᐊᕐᓂᕐᒧᓪᓗ ᒪᓕᒃᑕᐅᕙᓪᓕᐊᕙᒃᑐᖅ</w:t>
      </w:r>
      <w:r w:rsidRPr="00CF5809">
        <w:rPr>
          <w:rFonts w:ascii="Arial" w:eastAsia="Arial" w:hAnsi="Arial" w:cs="Arial"/>
          <w:noProof/>
          <w:lang w:bidi="iu-Cans-CA"/>
        </w:rPr>
        <w:tab/>
      </w:r>
      <w:r w:rsidR="00E24A94">
        <w:rPr>
          <w:rFonts w:ascii="Arial" w:eastAsia="Arial" w:hAnsi="Arial" w:cs="Arial"/>
          <w:noProof/>
          <w:webHidden/>
          <w:lang w:bidi="iu-Cans-CA"/>
        </w:rPr>
        <w:t>1</w:t>
      </w:r>
    </w:p>
    <w:p w14:paraId="5D108182" w14:textId="6D06EF57" w:rsidR="00A14182" w:rsidRPr="00D4501F" w:rsidRDefault="00A14182">
      <w:pPr>
        <w:pStyle w:val="TOC1"/>
        <w:tabs>
          <w:tab w:val="right" w:leader="dot" w:pos="10070"/>
        </w:tabs>
        <w:rPr>
          <w:rFonts w:ascii="Arial" w:hAnsi="Arial" w:cs="Arial"/>
          <w:noProof/>
        </w:rPr>
      </w:pPr>
      <w:r w:rsidRPr="00CF5809">
        <w:rPr>
          <w:rFonts w:ascii="Arial" w:eastAsia="Arial" w:hAnsi="Arial" w:cs="Arial"/>
          <w:noProof/>
          <w:lang w:bidi="iu-Cans-CA"/>
        </w:rPr>
        <w:t>ᐃᓗᓕᖏᑦ</w:t>
      </w:r>
      <w:r w:rsidRPr="00CF5809">
        <w:rPr>
          <w:rFonts w:ascii="Arial" w:eastAsia="Arial" w:hAnsi="Arial" w:cs="Arial"/>
          <w:noProof/>
          <w:lang w:bidi="iu-Cans-CA"/>
        </w:rPr>
        <w:tab/>
      </w:r>
      <w:r w:rsidR="00E24A94">
        <w:rPr>
          <w:rFonts w:ascii="Arial" w:eastAsia="Arial" w:hAnsi="Arial" w:cs="Arial"/>
          <w:noProof/>
          <w:webHidden/>
          <w:lang w:bidi="iu-Cans-CA"/>
        </w:rPr>
        <w:t>2</w:t>
      </w:r>
    </w:p>
    <w:p w14:paraId="5D454F96" w14:textId="0FB93431" w:rsidR="00A14182" w:rsidRPr="00D4501F" w:rsidRDefault="00A14182">
      <w:pPr>
        <w:pStyle w:val="TOC1"/>
        <w:tabs>
          <w:tab w:val="right" w:leader="dot" w:pos="10070"/>
        </w:tabs>
        <w:rPr>
          <w:rFonts w:ascii="Arial" w:hAnsi="Arial" w:cs="Arial"/>
          <w:noProof/>
        </w:rPr>
      </w:pPr>
      <w:r w:rsidRPr="00CF5809">
        <w:rPr>
          <w:rFonts w:ascii="Arial" w:eastAsia="Arial" w:hAnsi="Arial" w:cs="Arial"/>
          <w:noProof/>
          <w:lang w:bidi="iu-Cans-CA"/>
        </w:rPr>
        <w:t>ᓂᕆᔾᔪᓯᖏᑦ</w:t>
      </w:r>
      <w:r w:rsidRPr="00CF5809">
        <w:rPr>
          <w:rFonts w:ascii="Arial" w:eastAsia="Arial" w:hAnsi="Arial" w:cs="Arial"/>
          <w:noProof/>
          <w:lang w:bidi="iu-Cans-CA"/>
        </w:rPr>
        <w:tab/>
      </w:r>
      <w:r w:rsidR="00E24A94">
        <w:rPr>
          <w:rFonts w:ascii="Arial" w:eastAsia="Arial" w:hAnsi="Arial" w:cs="Arial"/>
          <w:noProof/>
          <w:webHidden/>
          <w:lang w:bidi="iu-Cans-CA"/>
        </w:rPr>
        <w:t>3</w:t>
      </w:r>
    </w:p>
    <w:p w14:paraId="470B14E5" w14:textId="7545B0CB" w:rsidR="00A14182" w:rsidRPr="00D4501F" w:rsidRDefault="00A14182">
      <w:pPr>
        <w:pStyle w:val="TOC2"/>
        <w:tabs>
          <w:tab w:val="right" w:leader="dot" w:pos="10070"/>
        </w:tabs>
        <w:rPr>
          <w:rFonts w:ascii="Arial" w:hAnsi="Arial" w:cs="Arial"/>
          <w:noProof/>
        </w:rPr>
      </w:pPr>
      <w:r w:rsidRPr="00CF5809">
        <w:rPr>
          <w:rFonts w:ascii="Arial" w:eastAsia="Arial" w:hAnsi="Arial" w:cs="Arial"/>
          <w:noProof/>
          <w:lang w:bidi="iu-Cans-CA"/>
        </w:rPr>
        <w:t>ᖃᓄᐃᑦᑐᓂᖏᑦ ᓂᕆᑎᑦᑎᔾᔪᑎᒃᓴᑦ ᐸᕐᓇᒃᑕᐅᓯᒪᔪᑦ:</w:t>
      </w:r>
      <w:r w:rsidRPr="00CF5809">
        <w:rPr>
          <w:rFonts w:ascii="Arial" w:eastAsia="Arial" w:hAnsi="Arial" w:cs="Arial"/>
          <w:noProof/>
          <w:lang w:bidi="iu-Cans-CA"/>
        </w:rPr>
        <w:tab/>
      </w:r>
      <w:r w:rsidR="00E24A94">
        <w:rPr>
          <w:rFonts w:ascii="Arial" w:eastAsia="Arial" w:hAnsi="Arial" w:cs="Arial"/>
          <w:noProof/>
          <w:webHidden/>
          <w:lang w:bidi="iu-Cans-CA"/>
        </w:rPr>
        <w:t>3</w:t>
      </w:r>
    </w:p>
    <w:p w14:paraId="0F2D6225" w14:textId="2D81BC30" w:rsidR="00A14182" w:rsidRPr="00D4501F" w:rsidRDefault="00A14182">
      <w:pPr>
        <w:pStyle w:val="TOC1"/>
        <w:tabs>
          <w:tab w:val="right" w:leader="dot" w:pos="10070"/>
        </w:tabs>
        <w:rPr>
          <w:rFonts w:ascii="Arial" w:hAnsi="Arial" w:cs="Arial"/>
          <w:noProof/>
        </w:rPr>
      </w:pPr>
      <w:r w:rsidRPr="00CF5809">
        <w:rPr>
          <w:rFonts w:ascii="Arial" w:eastAsia="Arial" w:hAnsi="Arial" w:cs="Arial"/>
          <w:noProof/>
          <w:lang w:bidi="iu-Cans-CA"/>
        </w:rPr>
        <w:t>ᐊᑐᖅᑕᐅᕙᓪᓕᐊᔪᒃᓴᑦ ᕿᑐᕐᖓᕐᓂᒃ ᓂᕆᑎᑦᑎᓂᕐᒧᑦ ᐆᒻᒪᑎᙳᐊᒃᑯᑦ/ᐳᒻᐳᒃᑯᑦ:</w:t>
      </w:r>
      <w:r w:rsidRPr="00CF5809">
        <w:rPr>
          <w:rFonts w:ascii="Arial" w:eastAsia="Arial" w:hAnsi="Arial" w:cs="Arial"/>
          <w:noProof/>
          <w:lang w:bidi="iu-Cans-CA"/>
        </w:rPr>
        <w:tab/>
      </w:r>
      <w:r w:rsidR="00E24A94">
        <w:rPr>
          <w:rFonts w:ascii="Arial" w:eastAsia="Arial" w:hAnsi="Arial" w:cs="Arial"/>
          <w:noProof/>
          <w:webHidden/>
          <w:lang w:bidi="iu-Cans-CA"/>
        </w:rPr>
        <w:t>5</w:t>
      </w:r>
    </w:p>
    <w:p w14:paraId="5B1AEDD2" w14:textId="53D16B93" w:rsidR="00A14182" w:rsidRPr="00D4501F" w:rsidRDefault="00A14182">
      <w:pPr>
        <w:pStyle w:val="TOC1"/>
        <w:tabs>
          <w:tab w:val="right" w:leader="dot" w:pos="10070"/>
        </w:tabs>
        <w:rPr>
          <w:rFonts w:ascii="Arial" w:hAnsi="Arial" w:cs="Arial"/>
          <w:noProof/>
        </w:rPr>
      </w:pPr>
      <w:r w:rsidRPr="00CF5809">
        <w:rPr>
          <w:rFonts w:ascii="Arial" w:eastAsia="Arial" w:hAnsi="Arial" w:cs="Arial"/>
          <w:noProof/>
          <w:lang w:bidi="iu-Cans-CA"/>
        </w:rPr>
        <w:t>ᐊᑐᖅᑕᐅᕙᓪᓕᐊᔪᒃᓴᑦ ᕿᑐᕐᖓᕐᓂᒃ ᓂᕆᑎᑦᑎᓂᕐᒧᑦ ᐅᓐᓂᑯ / ᐅᖁᒪᐃᓐᓂᒃᑯᑦ:</w:t>
      </w:r>
      <w:r w:rsidRPr="00CF5809">
        <w:rPr>
          <w:rFonts w:ascii="Arial" w:eastAsia="Arial" w:hAnsi="Arial" w:cs="Arial"/>
          <w:noProof/>
          <w:lang w:bidi="iu-Cans-CA"/>
        </w:rPr>
        <w:tab/>
      </w:r>
      <w:r w:rsidR="00E24A94">
        <w:rPr>
          <w:rFonts w:ascii="Arial" w:eastAsia="Arial" w:hAnsi="Arial" w:cs="Arial"/>
          <w:noProof/>
          <w:webHidden/>
          <w:lang w:bidi="iu-Cans-CA"/>
        </w:rPr>
        <w:t>6</w:t>
      </w:r>
    </w:p>
    <w:p w14:paraId="33227CF6" w14:textId="4F6991B5" w:rsidR="00A14182" w:rsidRPr="00D4501F" w:rsidRDefault="00A14182">
      <w:pPr>
        <w:pStyle w:val="TOC1"/>
        <w:tabs>
          <w:tab w:val="right" w:leader="dot" w:pos="10070"/>
        </w:tabs>
        <w:rPr>
          <w:rFonts w:ascii="Arial" w:hAnsi="Arial" w:cs="Arial"/>
          <w:noProof/>
        </w:rPr>
      </w:pPr>
      <w:r w:rsidRPr="00CF5809">
        <w:rPr>
          <w:rFonts w:ascii="Arial" w:eastAsia="Arial" w:hAnsi="Arial" w:cs="Arial"/>
          <w:noProof/>
          <w:lang w:bidi="iu-Cans-CA"/>
        </w:rPr>
        <w:t>ᓴᓗᒪᑎᑦᑎᓂᖅ NG ᓱᓇᒃᑯᑖᓂᒃ ᐊᖏᕐᕋᒥ</w:t>
      </w:r>
      <w:r w:rsidRPr="00CF5809">
        <w:rPr>
          <w:rFonts w:ascii="Arial" w:eastAsia="Arial" w:hAnsi="Arial" w:cs="Arial"/>
          <w:noProof/>
          <w:lang w:bidi="iu-Cans-CA"/>
        </w:rPr>
        <w:tab/>
      </w:r>
      <w:r w:rsidR="00E24A94">
        <w:rPr>
          <w:rFonts w:ascii="Arial" w:eastAsia="Arial" w:hAnsi="Arial" w:cs="Arial"/>
          <w:noProof/>
          <w:webHidden/>
          <w:lang w:bidi="iu-Cans-CA"/>
        </w:rPr>
        <w:t>7</w:t>
      </w:r>
    </w:p>
    <w:p w14:paraId="4D20C3E1" w14:textId="1D878808" w:rsidR="00A14182" w:rsidRPr="00D4501F" w:rsidRDefault="00A14182">
      <w:pPr>
        <w:pStyle w:val="TOC2"/>
        <w:tabs>
          <w:tab w:val="right" w:leader="dot" w:pos="10070"/>
        </w:tabs>
        <w:rPr>
          <w:rFonts w:ascii="Arial" w:hAnsi="Arial" w:cs="Arial"/>
          <w:noProof/>
        </w:rPr>
      </w:pPr>
      <w:r w:rsidRPr="00CF5809">
        <w:rPr>
          <w:rFonts w:ascii="Arial" w:eastAsia="Arial" w:hAnsi="Arial" w:cs="Arial"/>
          <w:noProof/>
          <w:lang w:bidi="iu-Cans-CA"/>
        </w:rPr>
        <w:t>ᓱᓪᓗᓕᖕᓂᒃ ᓴᓗᒻᒪᖅᓴᐃᓂᖅ</w:t>
      </w:r>
      <w:r w:rsidRPr="00CF5809">
        <w:rPr>
          <w:rFonts w:ascii="Arial" w:eastAsia="Arial" w:hAnsi="Arial" w:cs="Arial"/>
          <w:noProof/>
          <w:lang w:bidi="iu-Cans-CA"/>
        </w:rPr>
        <w:tab/>
      </w:r>
      <w:r w:rsidR="00E24A94">
        <w:rPr>
          <w:rFonts w:ascii="Arial" w:eastAsia="Arial" w:hAnsi="Arial" w:cs="Arial"/>
          <w:noProof/>
          <w:webHidden/>
          <w:lang w:bidi="iu-Cans-CA"/>
        </w:rPr>
        <w:t>7</w:t>
      </w:r>
    </w:p>
    <w:p w14:paraId="7D0778C2" w14:textId="1F673EC2" w:rsidR="00A14182" w:rsidRPr="00D4501F" w:rsidRDefault="00A14182">
      <w:pPr>
        <w:pStyle w:val="TOC1"/>
        <w:tabs>
          <w:tab w:val="right" w:leader="dot" w:pos="10070"/>
        </w:tabs>
        <w:rPr>
          <w:rFonts w:ascii="Arial" w:hAnsi="Arial" w:cs="Arial"/>
          <w:noProof/>
        </w:rPr>
      </w:pPr>
      <w:r w:rsidRPr="00CF5809">
        <w:rPr>
          <w:rFonts w:ascii="Arial" w:eastAsia="Arial" w:hAnsi="Arial" w:cs="Arial"/>
          <w:noProof/>
          <w:lang w:bidi="iu-Cans-CA"/>
        </w:rPr>
        <w:t>ᐃᓕᔭᐅᓂᖓ:</w:t>
      </w:r>
      <w:r w:rsidRPr="00CF5809">
        <w:rPr>
          <w:rFonts w:ascii="Arial" w:eastAsia="Arial" w:hAnsi="Arial" w:cs="Arial"/>
          <w:noProof/>
          <w:lang w:bidi="iu-Cans-CA"/>
        </w:rPr>
        <w:tab/>
      </w:r>
      <w:r w:rsidR="00E24A94">
        <w:rPr>
          <w:rFonts w:ascii="Arial" w:eastAsia="Arial" w:hAnsi="Arial" w:cs="Arial"/>
          <w:noProof/>
          <w:webHidden/>
          <w:lang w:bidi="iu-Cans-CA"/>
        </w:rPr>
        <w:t>7</w:t>
      </w:r>
    </w:p>
    <w:p w14:paraId="22B0AB81" w14:textId="5015A193" w:rsidR="00A14182" w:rsidRPr="00D4501F" w:rsidRDefault="00A14182">
      <w:pPr>
        <w:pStyle w:val="TOC1"/>
        <w:tabs>
          <w:tab w:val="right" w:leader="dot" w:pos="10070"/>
        </w:tabs>
        <w:rPr>
          <w:rFonts w:ascii="Arial" w:hAnsi="Arial" w:cs="Arial"/>
          <w:noProof/>
        </w:rPr>
      </w:pPr>
      <w:r w:rsidRPr="00CF5809">
        <w:rPr>
          <w:rFonts w:ascii="Arial" w:eastAsia="Arial" w:hAnsi="Arial" w:cs="Arial"/>
          <w:noProof/>
          <w:lang w:bidi="iu-Cans-CA"/>
        </w:rPr>
        <w:t>ᓱᓪᓗᓕᐅᑉ ᐃᓂᒋᑎᑕᐅᓂᖓᓂᒃ ᓇᓗᓇᐃᖅᓯᓂᖅ</w:t>
      </w:r>
      <w:r w:rsidRPr="00CF5809">
        <w:rPr>
          <w:rFonts w:ascii="Arial" w:eastAsia="Arial" w:hAnsi="Arial" w:cs="Arial"/>
          <w:noProof/>
          <w:lang w:bidi="iu-Cans-CA"/>
        </w:rPr>
        <w:tab/>
      </w:r>
      <w:r w:rsidR="00E24A94">
        <w:rPr>
          <w:rFonts w:ascii="Arial" w:eastAsia="Arial" w:hAnsi="Arial" w:cs="Arial"/>
          <w:noProof/>
          <w:webHidden/>
          <w:lang w:bidi="iu-Cans-CA"/>
        </w:rPr>
        <w:t>9</w:t>
      </w:r>
    </w:p>
    <w:p w14:paraId="6EB0459C" w14:textId="2A2CCCE2" w:rsidR="00A14182" w:rsidRPr="00D4501F" w:rsidRDefault="00A14182">
      <w:pPr>
        <w:pStyle w:val="TOC1"/>
        <w:tabs>
          <w:tab w:val="right" w:leader="dot" w:pos="10070"/>
        </w:tabs>
        <w:rPr>
          <w:rFonts w:ascii="Arial" w:hAnsi="Arial" w:cs="Arial"/>
          <w:noProof/>
        </w:rPr>
      </w:pPr>
      <w:r w:rsidRPr="00CF5809">
        <w:rPr>
          <w:rFonts w:ascii="Arial" w:eastAsia="Arial" w:hAnsi="Arial" w:cs="Arial"/>
          <w:noProof/>
          <w:lang w:bidi="iu-Cans-CA"/>
        </w:rPr>
        <w:t>ᐃᕐᒧᖅᓯᓂᖅ or ᑯᕕᓯᓂᖅ:</w:t>
      </w:r>
      <w:r w:rsidRPr="00CF5809">
        <w:rPr>
          <w:rFonts w:ascii="Arial" w:eastAsia="Arial" w:hAnsi="Arial" w:cs="Arial"/>
          <w:noProof/>
          <w:lang w:bidi="iu-Cans-CA"/>
        </w:rPr>
        <w:tab/>
      </w:r>
      <w:r w:rsidR="00E24A94">
        <w:rPr>
          <w:rFonts w:ascii="Arial" w:eastAsia="Arial" w:hAnsi="Arial" w:cs="Arial"/>
          <w:noProof/>
          <w:webHidden/>
          <w:lang w:bidi="iu-Cans-CA"/>
        </w:rPr>
        <w:t>10</w:t>
      </w:r>
    </w:p>
    <w:p w14:paraId="7B6B5207" w14:textId="23C18150" w:rsidR="00A14182" w:rsidRPr="00D4501F" w:rsidRDefault="00A14182">
      <w:pPr>
        <w:pStyle w:val="TOC1"/>
        <w:tabs>
          <w:tab w:val="right" w:leader="dot" w:pos="10070"/>
        </w:tabs>
        <w:rPr>
          <w:rFonts w:ascii="Arial" w:hAnsi="Arial" w:cs="Arial"/>
          <w:noProof/>
        </w:rPr>
      </w:pPr>
      <w:r w:rsidRPr="00CF5809">
        <w:rPr>
          <w:rFonts w:ascii="Arial" w:eastAsia="Arial" w:hAnsi="Arial" w:cs="Arial"/>
          <w:noProof/>
          <w:lang w:bidi="iu-Cans-CA"/>
        </w:rPr>
        <w:t>ᐃᓅᓕᓴᐅᑎᓂᒃ ᑐᓂᓯᓂᖅ</w:t>
      </w:r>
      <w:r w:rsidRPr="00CF5809">
        <w:rPr>
          <w:rFonts w:ascii="Arial" w:eastAsia="Arial" w:hAnsi="Arial" w:cs="Arial"/>
          <w:noProof/>
          <w:lang w:bidi="iu-Cans-CA"/>
        </w:rPr>
        <w:tab/>
      </w:r>
      <w:r w:rsidR="00E24A94">
        <w:rPr>
          <w:rFonts w:ascii="Arial" w:eastAsia="Arial" w:hAnsi="Arial" w:cs="Arial"/>
          <w:noProof/>
          <w:webHidden/>
          <w:lang w:bidi="iu-Cans-CA"/>
        </w:rPr>
        <w:t>10</w:t>
      </w:r>
    </w:p>
    <w:p w14:paraId="5F36C729" w14:textId="373DADD2" w:rsidR="00A14182" w:rsidRPr="00D4501F" w:rsidRDefault="00A14182">
      <w:pPr>
        <w:pStyle w:val="TOC2"/>
        <w:tabs>
          <w:tab w:val="right" w:leader="dot" w:pos="10070"/>
        </w:tabs>
        <w:rPr>
          <w:rFonts w:ascii="Arial" w:hAnsi="Arial" w:cs="Arial"/>
          <w:noProof/>
        </w:rPr>
      </w:pPr>
      <w:r w:rsidRPr="00CF5809">
        <w:rPr>
          <w:rFonts w:ascii="Arial" w:eastAsia="Arial" w:hAnsi="Arial" w:cs="Arial"/>
          <w:noProof/>
          <w:lang w:bidi="iu-Cans-CA"/>
        </w:rPr>
        <w:t>ᐊᓐᓄᕌᑦ:</w:t>
      </w:r>
      <w:r w:rsidRPr="00CF5809">
        <w:rPr>
          <w:rFonts w:ascii="Arial" w:eastAsia="Arial" w:hAnsi="Arial" w:cs="Arial"/>
          <w:noProof/>
          <w:lang w:bidi="iu-Cans-CA"/>
        </w:rPr>
        <w:tab/>
      </w:r>
      <w:r w:rsidR="00E24A94">
        <w:rPr>
          <w:rFonts w:ascii="Arial" w:eastAsia="Arial" w:hAnsi="Arial" w:cs="Arial"/>
          <w:noProof/>
          <w:webHidden/>
          <w:lang w:bidi="iu-Cans-CA"/>
        </w:rPr>
        <w:t>11</w:t>
      </w:r>
    </w:p>
    <w:p w14:paraId="53834A08" w14:textId="1A65E580" w:rsidR="00A14182" w:rsidRPr="00D4501F" w:rsidRDefault="00A14182">
      <w:pPr>
        <w:pStyle w:val="TOC2"/>
        <w:tabs>
          <w:tab w:val="right" w:leader="dot" w:pos="10070"/>
        </w:tabs>
        <w:rPr>
          <w:rFonts w:ascii="Arial" w:hAnsi="Arial" w:cs="Arial"/>
          <w:noProof/>
        </w:rPr>
      </w:pPr>
      <w:r w:rsidRPr="00CF5809">
        <w:rPr>
          <w:rFonts w:ascii="Arial" w:eastAsia="Arial" w:hAnsi="Arial" w:cs="Arial"/>
          <w:noProof/>
          <w:lang w:bidi="iu-Cans-CA"/>
        </w:rPr>
        <w:t>ᐱᓕᕆᐊᒃᓴᑦ:</w:t>
      </w:r>
      <w:r w:rsidRPr="00CF5809">
        <w:rPr>
          <w:rFonts w:ascii="Arial" w:eastAsia="Arial" w:hAnsi="Arial" w:cs="Arial"/>
          <w:noProof/>
          <w:lang w:bidi="iu-Cans-CA"/>
        </w:rPr>
        <w:tab/>
      </w:r>
      <w:r w:rsidR="00E24A94">
        <w:rPr>
          <w:rFonts w:ascii="Arial" w:eastAsia="Arial" w:hAnsi="Arial" w:cs="Arial"/>
          <w:noProof/>
          <w:webHidden/>
          <w:lang w:bidi="iu-Cans-CA"/>
        </w:rPr>
        <w:t>11</w:t>
      </w:r>
    </w:p>
    <w:p w14:paraId="6EBC0273" w14:textId="767C549F" w:rsidR="00A14182" w:rsidRPr="00D4501F" w:rsidRDefault="00A14182">
      <w:pPr>
        <w:pStyle w:val="TOC2"/>
        <w:tabs>
          <w:tab w:val="right" w:leader="dot" w:pos="10070"/>
        </w:tabs>
        <w:rPr>
          <w:rFonts w:ascii="Arial" w:hAnsi="Arial" w:cs="Arial"/>
          <w:noProof/>
        </w:rPr>
      </w:pPr>
      <w:r w:rsidRPr="00CF5809">
        <w:rPr>
          <w:rFonts w:ascii="Arial" w:eastAsia="Arial" w:hAnsi="Arial" w:cs="Arial"/>
          <w:noProof/>
          <w:lang w:bidi="iu-Cans-CA"/>
        </w:rPr>
        <w:t>ᐊᐅᓪᓛᕐᓂᖅ:</w:t>
      </w:r>
      <w:r w:rsidRPr="00CF5809">
        <w:rPr>
          <w:rFonts w:ascii="Arial" w:eastAsia="Arial" w:hAnsi="Arial" w:cs="Arial"/>
          <w:noProof/>
          <w:lang w:bidi="iu-Cans-CA"/>
        </w:rPr>
        <w:tab/>
      </w:r>
      <w:r w:rsidR="00E24A94">
        <w:rPr>
          <w:rFonts w:ascii="Arial" w:eastAsia="Arial" w:hAnsi="Arial" w:cs="Arial"/>
          <w:noProof/>
          <w:webHidden/>
          <w:lang w:bidi="iu-Cans-CA"/>
        </w:rPr>
        <w:t>12</w:t>
      </w:r>
    </w:p>
    <w:p w14:paraId="3DB6E50C" w14:textId="1385CF2D" w:rsidR="00A14182" w:rsidRPr="00D4501F" w:rsidRDefault="00A14182">
      <w:pPr>
        <w:pStyle w:val="TOC2"/>
        <w:tabs>
          <w:tab w:val="right" w:leader="dot" w:pos="10070"/>
        </w:tabs>
        <w:rPr>
          <w:rFonts w:ascii="Arial" w:hAnsi="Arial" w:cs="Arial"/>
          <w:noProof/>
        </w:rPr>
      </w:pPr>
      <w:r w:rsidRPr="00CF5809">
        <w:rPr>
          <w:rFonts w:ascii="Arial" w:eastAsia="Arial" w:hAnsi="Arial" w:cs="Arial"/>
          <w:noProof/>
          <w:lang w:bidi="iu-Cans-CA"/>
        </w:rPr>
        <w:t>ᖃᓂᒃᑯᑦ ᑲᒪᑦᑎᐊᕐᓂᖅ:</w:t>
      </w:r>
      <w:r w:rsidRPr="00CF5809">
        <w:rPr>
          <w:rFonts w:ascii="Arial" w:eastAsia="Arial" w:hAnsi="Arial" w:cs="Arial"/>
          <w:noProof/>
          <w:lang w:bidi="iu-Cans-CA"/>
        </w:rPr>
        <w:tab/>
      </w:r>
      <w:r w:rsidR="00E24A94">
        <w:rPr>
          <w:rFonts w:ascii="Arial" w:eastAsia="Arial" w:hAnsi="Arial" w:cs="Arial"/>
          <w:noProof/>
          <w:webHidden/>
          <w:lang w:bidi="iu-Cans-CA"/>
        </w:rPr>
        <w:t>12</w:t>
      </w:r>
    </w:p>
    <w:p w14:paraId="2C7DCD29" w14:textId="7D82F713" w:rsidR="00A14182" w:rsidRPr="00D4501F" w:rsidRDefault="00A14182">
      <w:pPr>
        <w:pStyle w:val="TOC2"/>
        <w:tabs>
          <w:tab w:val="right" w:leader="dot" w:pos="10070"/>
        </w:tabs>
        <w:rPr>
          <w:rFonts w:ascii="Arial" w:hAnsi="Arial" w:cs="Arial"/>
          <w:noProof/>
        </w:rPr>
      </w:pPr>
      <w:r w:rsidRPr="00CF5809">
        <w:rPr>
          <w:rFonts w:ascii="Arial" w:eastAsia="Arial" w:hAnsi="Arial" w:cs="Arial"/>
          <w:noProof/>
          <w:lang w:bidi="iu-Cans-CA"/>
        </w:rPr>
        <w:t>ᐅᕕᓂᒃᑯᑦ ᑲᒪᒋᔭᐅᓂᖅ:</w:t>
      </w:r>
      <w:r w:rsidRPr="00CF5809">
        <w:rPr>
          <w:rFonts w:ascii="Arial" w:eastAsia="Arial" w:hAnsi="Arial" w:cs="Arial"/>
          <w:noProof/>
          <w:lang w:bidi="iu-Cans-CA"/>
        </w:rPr>
        <w:tab/>
      </w:r>
      <w:r w:rsidR="00E24A94">
        <w:rPr>
          <w:rFonts w:ascii="Arial" w:eastAsia="Arial" w:hAnsi="Arial" w:cs="Arial"/>
          <w:noProof/>
          <w:webHidden/>
          <w:lang w:bidi="iu-Cans-CA"/>
        </w:rPr>
        <w:t>12</w:t>
      </w:r>
    </w:p>
    <w:p w14:paraId="71346287" w14:textId="21F79B16" w:rsidR="00A14182" w:rsidRPr="00D4501F" w:rsidRDefault="00A14182">
      <w:pPr>
        <w:pStyle w:val="TOC2"/>
        <w:tabs>
          <w:tab w:val="right" w:leader="dot" w:pos="10070"/>
        </w:tabs>
        <w:rPr>
          <w:rFonts w:ascii="Arial" w:hAnsi="Arial" w:cs="Arial"/>
          <w:noProof/>
        </w:rPr>
      </w:pPr>
      <w:r w:rsidRPr="00CF5809">
        <w:rPr>
          <w:rFonts w:ascii="Arial" w:eastAsia="Arial" w:hAnsi="Arial" w:cs="Arial"/>
          <w:noProof/>
          <w:lang w:bidi="iu-Cans-CA"/>
        </w:rPr>
        <w:t>ᖃᑕᙳᑎᒌᑦ</w:t>
      </w:r>
      <w:r w:rsidRPr="00CF5809">
        <w:rPr>
          <w:rFonts w:ascii="Arial" w:eastAsia="Arial" w:hAnsi="Arial" w:cs="Arial"/>
          <w:noProof/>
          <w:lang w:bidi="iu-Cans-CA"/>
        </w:rPr>
        <w:tab/>
      </w:r>
      <w:r w:rsidR="00E24A94">
        <w:rPr>
          <w:rFonts w:ascii="Arial" w:eastAsia="Arial" w:hAnsi="Arial" w:cs="Arial"/>
          <w:noProof/>
          <w:webHidden/>
          <w:lang w:bidi="iu-Cans-CA"/>
        </w:rPr>
        <w:t>13</w:t>
      </w:r>
    </w:p>
    <w:p w14:paraId="01B4BD92" w14:textId="72F57CE8" w:rsidR="00A14182" w:rsidRPr="00D4501F" w:rsidRDefault="00A14182">
      <w:pPr>
        <w:pStyle w:val="TOC1"/>
        <w:tabs>
          <w:tab w:val="right" w:leader="dot" w:pos="10070"/>
        </w:tabs>
        <w:rPr>
          <w:rFonts w:ascii="Arial" w:hAnsi="Arial" w:cs="Arial"/>
          <w:noProof/>
        </w:rPr>
      </w:pPr>
      <w:r w:rsidRPr="00CF5809">
        <w:rPr>
          <w:rFonts w:ascii="Arial" w:eastAsia="Arial" w:hAnsi="Arial" w:cs="Arial"/>
          <w:noProof/>
          <w:lang w:bidi="iu-Cans-CA"/>
        </w:rPr>
        <w:t>ᖃᐅᔨᓇᓱᖕᓂᖅ</w:t>
      </w:r>
      <w:r w:rsidRPr="00CF5809">
        <w:rPr>
          <w:rFonts w:ascii="Arial" w:eastAsia="Arial" w:hAnsi="Arial" w:cs="Arial"/>
          <w:noProof/>
          <w:lang w:bidi="iu-Cans-CA"/>
        </w:rPr>
        <w:tab/>
      </w:r>
      <w:r w:rsidR="00E24A94">
        <w:rPr>
          <w:rFonts w:ascii="Arial" w:eastAsia="Arial" w:hAnsi="Arial" w:cs="Arial"/>
          <w:noProof/>
          <w:webHidden/>
          <w:lang w:bidi="iu-Cans-CA"/>
        </w:rPr>
        <w:t>15</w:t>
      </w:r>
    </w:p>
    <w:p w14:paraId="0DD94C81" w14:textId="5360AF99" w:rsidR="00A14182" w:rsidRPr="00D4501F" w:rsidRDefault="00A14182">
      <w:pPr>
        <w:pStyle w:val="TOC2"/>
        <w:tabs>
          <w:tab w:val="right" w:leader="dot" w:pos="10070"/>
        </w:tabs>
        <w:rPr>
          <w:rFonts w:ascii="Arial" w:hAnsi="Arial" w:cs="Arial"/>
          <w:noProof/>
        </w:rPr>
      </w:pPr>
      <w:r w:rsidRPr="00CF5809">
        <w:rPr>
          <w:rFonts w:ascii="Arial" w:eastAsia="Arial" w:hAnsi="Arial" w:cs="Arial"/>
          <w:noProof/>
          <w:lang w:bidi="iu-Cans-CA"/>
        </w:rPr>
        <w:t>ᒥᓪᓗᐊᕈᑎᒧᑦ ᐊᒃᑐᐊᓂᓖᑦ ᐊᑲᐅᙱᓕᐅᕈᑕᐅᔪᑦ</w:t>
      </w:r>
      <w:r w:rsidRPr="00CF5809">
        <w:rPr>
          <w:rFonts w:ascii="Arial" w:eastAsia="Arial" w:hAnsi="Arial" w:cs="Arial"/>
          <w:noProof/>
          <w:lang w:bidi="iu-Cans-CA"/>
        </w:rPr>
        <w:tab/>
      </w:r>
      <w:r w:rsidR="00E24A94">
        <w:rPr>
          <w:rFonts w:ascii="Arial" w:eastAsia="Arial" w:hAnsi="Arial" w:cs="Arial"/>
          <w:noProof/>
          <w:webHidden/>
          <w:lang w:bidi="iu-Cans-CA"/>
        </w:rPr>
        <w:t>15</w:t>
      </w:r>
    </w:p>
    <w:p w14:paraId="6458A8C3" w14:textId="117C663C" w:rsidR="00A14182" w:rsidRPr="00D4501F" w:rsidRDefault="00A14182">
      <w:pPr>
        <w:pStyle w:val="TOC2"/>
        <w:tabs>
          <w:tab w:val="right" w:leader="dot" w:pos="10070"/>
        </w:tabs>
        <w:rPr>
          <w:rFonts w:ascii="Arial" w:hAnsi="Arial" w:cs="Arial"/>
          <w:noProof/>
        </w:rPr>
      </w:pPr>
      <w:r w:rsidRPr="00CF5809">
        <w:rPr>
          <w:rFonts w:ascii="Arial" w:eastAsia="Arial" w:hAnsi="Arial" w:cs="Arial"/>
          <w:noProof/>
          <w:lang w:bidi="iu-Cans-CA"/>
        </w:rPr>
        <w:t>ᐅᖁᒪᐃᓐᓂᖓᓄᑦ ᐊᒃᑐᐊᓂᓖᑦ ᐊᑲᐅᙱᓕᐅᕈᑕᐅᔪᑦ</w:t>
      </w:r>
      <w:r w:rsidRPr="00CF5809">
        <w:rPr>
          <w:rFonts w:ascii="Arial" w:eastAsia="Arial" w:hAnsi="Arial" w:cs="Arial"/>
          <w:noProof/>
          <w:lang w:bidi="iu-Cans-CA"/>
        </w:rPr>
        <w:tab/>
      </w:r>
      <w:r w:rsidR="00E24A94">
        <w:rPr>
          <w:rFonts w:ascii="Arial" w:eastAsia="Arial" w:hAnsi="Arial" w:cs="Arial"/>
          <w:noProof/>
          <w:webHidden/>
          <w:lang w:bidi="iu-Cans-CA"/>
        </w:rPr>
        <w:t>15</w:t>
      </w:r>
    </w:p>
    <w:p w14:paraId="384F1EA7" w14:textId="21C34236" w:rsidR="00A14182" w:rsidRPr="00D4501F" w:rsidRDefault="00A14182">
      <w:pPr>
        <w:pStyle w:val="TOC2"/>
        <w:tabs>
          <w:tab w:val="right" w:leader="dot" w:pos="10070"/>
        </w:tabs>
        <w:rPr>
          <w:rFonts w:ascii="Arial" w:hAnsi="Arial" w:cs="Arial"/>
          <w:noProof/>
        </w:rPr>
      </w:pPr>
      <w:r w:rsidRPr="00CF5809">
        <w:rPr>
          <w:rFonts w:ascii="Arial" w:eastAsia="Arial" w:hAnsi="Arial" w:cs="Arial"/>
          <w:noProof/>
          <w:lang w:bidi="iu-Cans-CA"/>
        </w:rPr>
        <w:t>ᓯᒥᒃᓯᒪᓇᓱᒋᔭᐅᔪᖅ/ᓄᖅᑲᖓᑎᑦᑎᓇᓱᒋᔭᐅᔪᖅ</w:t>
      </w:r>
      <w:r w:rsidRPr="00CF5809">
        <w:rPr>
          <w:rFonts w:ascii="Arial" w:eastAsia="Arial" w:hAnsi="Arial" w:cs="Arial"/>
          <w:noProof/>
          <w:lang w:bidi="iu-Cans-CA"/>
        </w:rPr>
        <w:tab/>
      </w:r>
      <w:r w:rsidR="00E24A94">
        <w:rPr>
          <w:rFonts w:ascii="Arial" w:eastAsia="Arial" w:hAnsi="Arial" w:cs="Arial"/>
          <w:noProof/>
          <w:webHidden/>
          <w:lang w:bidi="iu-Cans-CA"/>
        </w:rPr>
        <w:t>15</w:t>
      </w:r>
    </w:p>
    <w:p w14:paraId="4E57B007" w14:textId="7EDB1724" w:rsidR="00A14182" w:rsidRPr="00D4501F" w:rsidRDefault="00A14182">
      <w:pPr>
        <w:pStyle w:val="TOC2"/>
        <w:tabs>
          <w:tab w:val="right" w:leader="dot" w:pos="10070"/>
        </w:tabs>
        <w:rPr>
          <w:rFonts w:ascii="Arial" w:hAnsi="Arial" w:cs="Arial"/>
          <w:noProof/>
        </w:rPr>
      </w:pPr>
      <w:r w:rsidRPr="00CF5809">
        <w:rPr>
          <w:rFonts w:ascii="Arial" w:eastAsia="Arial" w:hAnsi="Arial" w:cs="Arial"/>
          <w:noProof/>
          <w:lang w:bidi="iu-Cans-CA"/>
        </w:rPr>
        <w:t>ᓄᑕᕋᖅ ᐊᕿᑦᑐᖅᓱᖅᐸᑦ:</w:t>
      </w:r>
      <w:r w:rsidRPr="00CF5809">
        <w:rPr>
          <w:rFonts w:ascii="Arial" w:eastAsia="Arial" w:hAnsi="Arial" w:cs="Arial"/>
          <w:noProof/>
          <w:lang w:bidi="iu-Cans-CA"/>
        </w:rPr>
        <w:tab/>
      </w:r>
      <w:r w:rsidR="00E24A94">
        <w:rPr>
          <w:rFonts w:ascii="Arial" w:eastAsia="Arial" w:hAnsi="Arial" w:cs="Arial"/>
          <w:noProof/>
          <w:webHidden/>
          <w:lang w:bidi="iu-Cans-CA"/>
        </w:rPr>
        <w:t>15</w:t>
      </w:r>
    </w:p>
    <w:p w14:paraId="1508E1B3" w14:textId="1CBDE78A" w:rsidR="00A14182" w:rsidRPr="00D4501F" w:rsidRDefault="00A14182">
      <w:pPr>
        <w:pStyle w:val="TOC2"/>
        <w:tabs>
          <w:tab w:val="right" w:leader="dot" w:pos="10070"/>
        </w:tabs>
        <w:rPr>
          <w:rFonts w:ascii="Arial" w:hAnsi="Arial" w:cs="Arial"/>
          <w:noProof/>
        </w:rPr>
      </w:pPr>
      <w:r w:rsidRPr="00CF5809">
        <w:rPr>
          <w:rFonts w:ascii="Arial" w:eastAsia="Arial" w:hAnsi="Arial" w:cs="Arial"/>
          <w:noProof/>
          <w:lang w:bidi="iu-Cans-CA"/>
        </w:rPr>
        <w:t>ᓄᑕᕋᖅ ᒥᕆᐊᑲᑕᒃᐸᑦ/ᒥᕆᐊᙳᑲᑕᒃᐸᑦ:</w:t>
      </w:r>
      <w:r w:rsidRPr="00CF5809">
        <w:rPr>
          <w:rFonts w:ascii="Arial" w:eastAsia="Arial" w:hAnsi="Arial" w:cs="Arial"/>
          <w:noProof/>
          <w:lang w:bidi="iu-Cans-CA"/>
        </w:rPr>
        <w:tab/>
      </w:r>
      <w:r w:rsidR="00E24A94">
        <w:rPr>
          <w:rFonts w:ascii="Arial" w:eastAsia="Arial" w:hAnsi="Arial" w:cs="Arial"/>
          <w:noProof/>
          <w:webHidden/>
          <w:lang w:bidi="iu-Cans-CA"/>
        </w:rPr>
        <w:t>15</w:t>
      </w:r>
    </w:p>
    <w:p w14:paraId="10C74BC0" w14:textId="76DB6EA7" w:rsidR="00A14182" w:rsidRPr="00D4501F" w:rsidRDefault="00A14182">
      <w:pPr>
        <w:pStyle w:val="TOC2"/>
        <w:tabs>
          <w:tab w:val="right" w:leader="dot" w:pos="10070"/>
        </w:tabs>
        <w:rPr>
          <w:rFonts w:ascii="Arial" w:hAnsi="Arial" w:cs="Arial"/>
          <w:noProof/>
        </w:rPr>
      </w:pPr>
      <w:r w:rsidRPr="00CF5809">
        <w:rPr>
          <w:rFonts w:ascii="Arial" w:eastAsia="Arial" w:hAnsi="Arial" w:cs="Arial"/>
          <w:noProof/>
          <w:lang w:bidi="iu-Cans-CA"/>
        </w:rPr>
        <w:t>ᓱᓪᓗᑯᑖᒃ ᑯᑐᒃᑐᖅ:</w:t>
      </w:r>
      <w:r w:rsidRPr="00CF5809">
        <w:rPr>
          <w:rFonts w:ascii="Arial" w:eastAsia="Arial" w:hAnsi="Arial" w:cs="Arial"/>
          <w:noProof/>
          <w:lang w:bidi="iu-Cans-CA"/>
        </w:rPr>
        <w:tab/>
      </w:r>
      <w:r w:rsidR="00E24A94">
        <w:rPr>
          <w:rFonts w:ascii="Arial" w:eastAsia="Arial" w:hAnsi="Arial" w:cs="Arial"/>
          <w:noProof/>
          <w:webHidden/>
          <w:lang w:bidi="iu-Cans-CA"/>
        </w:rPr>
        <w:t>16</w:t>
      </w:r>
    </w:p>
    <w:p w14:paraId="48B1AF4F" w14:textId="2235D413" w:rsidR="00A14182" w:rsidRPr="00D4501F" w:rsidRDefault="00A14182">
      <w:pPr>
        <w:pStyle w:val="TOC2"/>
        <w:tabs>
          <w:tab w:val="right" w:leader="dot" w:pos="10070"/>
        </w:tabs>
        <w:rPr>
          <w:rFonts w:ascii="Arial" w:hAnsi="Arial" w:cs="Arial"/>
          <w:noProof/>
        </w:rPr>
      </w:pPr>
      <w:r w:rsidRPr="00CF5809">
        <w:rPr>
          <w:rFonts w:ascii="Arial" w:eastAsia="Arial" w:hAnsi="Arial" w:cs="Arial"/>
          <w:noProof/>
          <w:lang w:bidi="iu-Cans-CA"/>
        </w:rPr>
        <w:t>ᐅᕕᓂᖓ ᐅᓗᐊᒃᑯᑦ ᕿᖓᒃᑯᓪᓘᓐᓃᑦ ᐊᐅᐸᖅᓯᒃᐸᑦ ᐳᕕᓕᕐᓗᓂᓘᓐᓃᑦ:</w:t>
      </w:r>
      <w:r w:rsidRPr="00CF5809">
        <w:rPr>
          <w:rFonts w:ascii="Arial" w:eastAsia="Arial" w:hAnsi="Arial" w:cs="Arial"/>
          <w:noProof/>
          <w:lang w:bidi="iu-Cans-CA"/>
        </w:rPr>
        <w:tab/>
      </w:r>
      <w:r w:rsidR="00E24A94">
        <w:rPr>
          <w:rFonts w:ascii="Arial" w:eastAsia="Arial" w:hAnsi="Arial" w:cs="Arial"/>
          <w:noProof/>
          <w:webHidden/>
          <w:lang w:bidi="iu-Cans-CA"/>
        </w:rPr>
        <w:t>16</w:t>
      </w:r>
    </w:p>
    <w:p w14:paraId="639F4A21" w14:textId="761528C6" w:rsidR="00A14182" w:rsidRPr="00D4501F" w:rsidRDefault="00A14182">
      <w:pPr>
        <w:pStyle w:val="TOC2"/>
        <w:tabs>
          <w:tab w:val="right" w:leader="dot" w:pos="10070"/>
        </w:tabs>
        <w:rPr>
          <w:rFonts w:ascii="Arial" w:hAnsi="Arial" w:cs="Arial"/>
          <w:noProof/>
        </w:rPr>
      </w:pPr>
      <w:r w:rsidRPr="00CF5809">
        <w:rPr>
          <w:rFonts w:ascii="Arial" w:eastAsia="Arial" w:hAnsi="Arial" w:cs="Arial"/>
          <w:noProof/>
          <w:lang w:bidi="iu-Cans-CA"/>
        </w:rPr>
        <w:t>ᐃᒪᕐᒥᒃ ᐅᑎᖅᑎᑦᑎᔪᓐᓇᙱᖦᖢᓂ ᖃᐅᔨᓴᕐᓂᐊᕐᓗᒍ pH-ᖓ</w:t>
      </w:r>
      <w:r w:rsidRPr="00CF5809">
        <w:rPr>
          <w:rFonts w:ascii="Arial" w:eastAsia="Arial" w:hAnsi="Arial" w:cs="Arial"/>
          <w:noProof/>
          <w:lang w:bidi="iu-Cans-CA"/>
        </w:rPr>
        <w:tab/>
      </w:r>
      <w:r w:rsidR="00E24A94">
        <w:rPr>
          <w:rFonts w:ascii="Arial" w:eastAsia="Arial" w:hAnsi="Arial" w:cs="Arial"/>
          <w:noProof/>
          <w:webHidden/>
          <w:lang w:bidi="iu-Cans-CA"/>
        </w:rPr>
        <w:t>16</w:t>
      </w:r>
    </w:p>
    <w:p w14:paraId="70EBCB6C" w14:textId="42F492E8" w:rsidR="00A14182" w:rsidRPr="00D4501F" w:rsidRDefault="00A14182">
      <w:pPr>
        <w:pStyle w:val="TOC2"/>
        <w:tabs>
          <w:tab w:val="right" w:leader="dot" w:pos="10070"/>
        </w:tabs>
        <w:rPr>
          <w:rFonts w:ascii="Arial" w:hAnsi="Arial" w:cs="Arial"/>
          <w:noProof/>
        </w:rPr>
      </w:pPr>
      <w:r w:rsidRPr="00CF5809">
        <w:rPr>
          <w:rFonts w:ascii="Arial" w:eastAsia="Arial" w:hAnsi="Arial" w:cs="Arial"/>
          <w:noProof/>
          <w:lang w:bidi="iu-Cans-CA"/>
        </w:rPr>
        <w:t>pH-ᖓ 5.5 ᑐᖔᓃᙱᓚᖅ</w:t>
      </w:r>
      <w:r w:rsidRPr="00CF5809">
        <w:rPr>
          <w:rFonts w:ascii="Arial" w:eastAsia="Arial" w:hAnsi="Arial" w:cs="Arial"/>
          <w:noProof/>
          <w:lang w:bidi="iu-Cans-CA"/>
        </w:rPr>
        <w:tab/>
      </w:r>
      <w:r w:rsidR="00E24A94">
        <w:rPr>
          <w:rFonts w:ascii="Arial" w:eastAsia="Arial" w:hAnsi="Arial" w:cs="Arial"/>
          <w:noProof/>
          <w:webHidden/>
          <w:lang w:bidi="iu-Cans-CA"/>
        </w:rPr>
        <w:t>16</w:t>
      </w:r>
    </w:p>
    <w:p w14:paraId="20E7DC9B" w14:textId="07DDECD1" w:rsidR="00A14182" w:rsidRPr="00D4501F" w:rsidRDefault="00A14182">
      <w:pPr>
        <w:pStyle w:val="TOC2"/>
        <w:tabs>
          <w:tab w:val="right" w:leader="dot" w:pos="10070"/>
        </w:tabs>
        <w:rPr>
          <w:rFonts w:ascii="Arial" w:hAnsi="Arial" w:cs="Arial"/>
          <w:noProof/>
        </w:rPr>
      </w:pPr>
      <w:r w:rsidRPr="00CF5809">
        <w:rPr>
          <w:rFonts w:ascii="Arial" w:eastAsia="Arial" w:hAnsi="Arial" w:cs="Arial"/>
          <w:noProof/>
          <w:lang w:bidi="iu-Cans-CA"/>
        </w:rPr>
        <w:t>ᑮᓇᐅᔭᓕᕆᓂᕐᒧᑦ ᐃᓱᒪᒋᔭᒃᓴᑦ ᔮᓄᐊᕆ 2026−ᒥ ᐱᒋᐊᖅᖢᓂ</w:t>
      </w:r>
      <w:r w:rsidRPr="00CF5809">
        <w:rPr>
          <w:rFonts w:ascii="Arial" w:eastAsia="Arial" w:hAnsi="Arial" w:cs="Arial"/>
          <w:noProof/>
          <w:lang w:bidi="iu-Cans-CA"/>
        </w:rPr>
        <w:tab/>
      </w:r>
      <w:r w:rsidR="00E24A94">
        <w:rPr>
          <w:rFonts w:ascii="Arial" w:eastAsia="Arial" w:hAnsi="Arial" w:cs="Arial"/>
          <w:noProof/>
          <w:webHidden/>
          <w:lang w:bidi="iu-Cans-CA"/>
        </w:rPr>
        <w:t>17</w:t>
      </w:r>
    </w:p>
    <w:p w14:paraId="0413B5F6" w14:textId="4FD47535" w:rsidR="00535A76" w:rsidRPr="00E2738B" w:rsidRDefault="005D0276" w:rsidP="00E2738B">
      <w:pPr>
        <w:pStyle w:val="Heading1"/>
        <w:rPr>
          <w:rFonts w:cs="Arial"/>
        </w:rPr>
      </w:pPr>
      <w:r w:rsidRPr="00D4501F">
        <w:rPr>
          <w:rFonts w:cs="Arial"/>
          <w:lang w:bidi="iu-Cans-CA"/>
        </w:rPr>
        <w:lastRenderedPageBreak/>
        <w:t>ᓂᕆᔾᔪᓯᖏᑦ</w:t>
      </w:r>
    </w:p>
    <w:p w14:paraId="68CB4468" w14:textId="2C56414B" w:rsidR="00A14182" w:rsidRPr="00D4501F" w:rsidRDefault="00A14182" w:rsidP="00304CEC">
      <w:pPr>
        <w:pStyle w:val="Heading3"/>
        <w:rPr>
          <w:lang w:val="en-CA"/>
        </w:rPr>
      </w:pPr>
      <w:r w:rsidRPr="00D4501F">
        <w:rPr>
          <w:lang w:bidi="iu-Cans-CA"/>
        </w:rPr>
        <w:t>ᖃᓄᐃᑦᑑᓂᖏᑦ ᓂᕆᑎᑦᑎᓃᑦ ᖃᖓᒃᑰᕋᔭᕐᓂᖏᑦ:   </w:t>
      </w:r>
    </w:p>
    <w:p w14:paraId="590C4796" w14:textId="77777777" w:rsidR="00A14182" w:rsidRPr="00D4501F" w:rsidRDefault="00A14182" w:rsidP="00A14182">
      <w:pPr>
        <w:rPr>
          <w:rFonts w:ascii="Arial" w:hAnsi="Arial" w:cs="Arial"/>
          <w:lang w:val="en-CA"/>
        </w:rPr>
      </w:pPr>
      <w:r w:rsidRPr="00D4501F">
        <w:rPr>
          <w:rFonts w:ascii="Arial" w:eastAsia="Arial" w:hAnsi="Arial" w:cs="Arial"/>
          <w:lang w:bidi="iu-Cans-CA"/>
        </w:rPr>
        <w:t>ᒪᕐᕉᓐᓂᒃ ᐊᔾᔨᒌᙱᑦᑑᓐᓂᒃ ᓂᕆᑎᑦᑎᔪᓐᓇᖅᐳᑎᑦ ᕿᱸᖓᒍᑦ ᓱᓪᓗᓕᒃᑯᑦ ᐃᕐᔫᑎᒃᑯᑦ: ᑲᔪᓰᓐᓇᖅᑐᒃᑯᑦ ᐊᒻᒪ ᖃᑯᑎᒃᑯᑦ. ᓂᕿᑦᑎᐊᕙᓕᕆᔨ ᐅᖃᐅᓯᖃᕐᓂᐊᖅᐳᖅ ᕿᑐᕐᖓᐃᑦ ᓂᕆᑎᑕᐅᓂᕆᕙᒃᑕᖓᓂᒃ ᐱᓕᕆᖃᑎᒋᓗᒍᓗ ᐃᓕᖕᓂᒃ ᐋᖅᑭᒃᓱᐃᖃᑎᒋᓗᒍ ᓂᕆᑎᑦᑎᓂᕐᒧᑦ ᐱᕙᕇᔭᐅᑎᒥᒃ. ᑖᓐᓇ ᐱᕙᒌᔭᖅᑕᐅᓯᒪᔪᖅ ᐋᖅᑭᒋᐊᖅᑕᐅᔪᓐᓇᖅᐳᖅ ᕿᑐᕐᙵᖅᐱᑦ ᓂᕿᑦᑎᐊᕙᒋᔭᕆᐊᖃᖅᑕᖏᑦ ᐊᓯᔾᔨᖅᐸᑕ ᖃᖓᙳᖅᐸᓪᓕᐊᑎᓪᓗᒍ.  </w:t>
      </w:r>
    </w:p>
    <w:p w14:paraId="47231E5B" w14:textId="77777777" w:rsidR="00A14182" w:rsidRPr="00D4501F" w:rsidRDefault="00A14182" w:rsidP="00A14182">
      <w:pPr>
        <w:rPr>
          <w:rFonts w:ascii="Arial" w:hAnsi="Arial" w:cs="Arial"/>
          <w:lang w:val="en-CA"/>
        </w:rPr>
      </w:pPr>
      <w:r w:rsidRPr="00D4501F">
        <w:rPr>
          <w:rFonts w:ascii="Arial" w:eastAsia="Arial" w:hAnsi="Arial" w:cs="Arial"/>
          <w:b/>
          <w:lang w:bidi="iu-Cans-CA"/>
        </w:rPr>
        <w:t xml:space="preserve">ᑲᔪᓰᓐᓇᖅᑐᒃᑯᑦ ᓂᕆᑎᑦᑎᓂᖅ: </w:t>
      </w:r>
      <w:r w:rsidRPr="00D4501F">
        <w:rPr>
          <w:rFonts w:ascii="Arial" w:eastAsia="Arial" w:hAnsi="Arial" w:cs="Arial"/>
          <w:lang w:bidi="iu-Cans-CA"/>
        </w:rPr>
        <w:t>ᐱᑎᑕᐅᕗᑦ ᑕᐃᒪᐃᓐᓇᖅᑐᒃᑯᑦ, ᑕᐃᒪᐃᖏᓐᓇᖅᑐᒃᑯᑦ ᐅᓪᓗᓕᒫᖅ (16-24 ᐃᑲᕐᕋᓂᑦ). ᓂᕆᑎᑦᑎᔾᔪᑎ ᑐᓂᔭᐅᕗᖅ ᐃᕐᔫᑎᒧᑦ/ᐊᑭᐊᕈᕐᒧᑦ ᐊᑐᖅᑐᖃᕐᓗᓂ ᐳᒻᐳᒥᒃ ᓂᕆᑎᑦᑎᔾᔪᑎᒥᒃ ᐊᒫᒪᒃᑎᑦᑎᔪᒪᓪᓗᓂ ᖃᔅᓯᐊᕐᔪᖕᓄᑦ ᐃᑲᕐᕋᓄᑦ. </w:t>
      </w:r>
    </w:p>
    <w:p w14:paraId="2950733C" w14:textId="2CEEB826" w:rsidR="00A14182" w:rsidRPr="00D4501F" w:rsidRDefault="00A14182" w:rsidP="00A14182">
      <w:pPr>
        <w:rPr>
          <w:rFonts w:ascii="Arial" w:hAnsi="Arial" w:cs="Arial"/>
          <w:lang w:val="en-CA"/>
        </w:rPr>
      </w:pPr>
      <w:r w:rsidRPr="00D4501F">
        <w:rPr>
          <w:rFonts w:ascii="Arial" w:eastAsia="Arial" w:hAnsi="Arial" w:cs="Arial"/>
          <w:b/>
          <w:lang w:bidi="iu-Cans-CA"/>
        </w:rPr>
        <w:t>ᐊᒫᒪᒃᑎᑦᑎᓚᐅᑲᖕᓂᖅ/ᐊᒫᒪᒃᑎᑦᑎᓂᖅ:</w:t>
      </w:r>
      <w:r w:rsidRPr="00D4501F">
        <w:rPr>
          <w:rFonts w:ascii="Arial" w:eastAsia="Arial" w:hAnsi="Arial" w:cs="Arial"/>
          <w:lang w:bidi="iu-Cans-CA"/>
        </w:rPr>
        <w:t xml:space="preserve"> ᐊᖏᓂᖅᓴᒥᒃ ᐃᒻᒧᖕᒥᒃ ᐱᑎᑕᐅᕙᒃᐳᑦ ᐅᓪᓗᒃᑯᑦ ᓂᕆᓐᓇᐅᑎᓪᓗᒍ. ᐅᓐdLᐃᓐᓂᒃᑯᑦ ᐋᖅᑭᒃᓯᒪᔪᑦ, ᐊᒻᒪᒻᑎᑦᑎᔾᔪᑏᑦ ᐅᕝᕙᓘᓐᓃᑦ ᑲᔫᑏᑦ ᐊᑐᖅᑕᐅᕗᑦ CLᒃᑯᓄᖓ ᐊᒻᒪᒻᑎᑦᑎᓂᕐᓄᑦ.   </w:t>
      </w:r>
    </w:p>
    <w:p w14:paraId="2D9E6EF8" w14:textId="77777777" w:rsidR="00AB73E7" w:rsidRPr="00D4501F" w:rsidRDefault="005D0276">
      <w:pPr>
        <w:pStyle w:val="Heading2"/>
        <w:rPr>
          <w:rFonts w:cs="Arial"/>
        </w:rPr>
      </w:pPr>
      <w:r w:rsidRPr="00D4501F">
        <w:rPr>
          <w:rFonts w:cs="Arial"/>
          <w:lang w:bidi="iu-Cans-CA"/>
        </w:rPr>
        <w:t>ᖃᓄᐃᑦᑐᓂᖏᑦ ᓂᕆᑎᑦᑎᔾᔪᑎᒃᓴᑦ ᐸᕐᓇᒃᑕᐅᓯᒪᔪᑦ:</w:t>
      </w:r>
    </w:p>
    <w:p w14:paraId="3213FB95" w14:textId="77777777" w:rsidR="00AB73E7" w:rsidRPr="00D4501F" w:rsidRDefault="005D0276" w:rsidP="00304CEC">
      <w:pPr>
        <w:pStyle w:val="Heading3"/>
      </w:pPr>
      <w:r w:rsidRPr="00D4501F">
        <w:rPr>
          <w:lang w:bidi="iu-Cans-CA"/>
        </w:rPr>
        <w:t>ᐸᐅᑐᖅ ᓂᕆᑎᑦᑎᔾᔪᑎᒃᓴᖅ NG-ᑯᑦ:</w:t>
      </w:r>
    </w:p>
    <w:p w14:paraId="43A754A7" w14:textId="77777777" w:rsidR="00AB73E7" w:rsidRPr="00D4501F" w:rsidRDefault="005D0276">
      <w:pPr>
        <w:rPr>
          <w:rFonts w:ascii="Arial" w:hAnsi="Arial" w:cs="Arial"/>
        </w:rPr>
      </w:pPr>
      <w:r w:rsidRPr="00D4501F">
        <w:rPr>
          <w:rFonts w:ascii="Arial" w:eastAsia="Arial" w:hAnsi="Arial" w:cs="Arial"/>
          <w:lang w:bidi="iu-Cans-CA"/>
        </w:rPr>
        <w:t>ᒪᑐᐃᖅᓯᒪᙱᑦᑐᑦ ᐳᖅᑕᐅᓯᒪᔪᑦ ᐸᓂᖅᑐᒦᑎᓪᓗᒋᑦ ᐃᒡᓗᕈᓯᐅᑉ ᐅᓇᕐᓂᖓᓂ</w:t>
      </w:r>
    </w:p>
    <w:p w14:paraId="05675620" w14:textId="77777777" w:rsidR="00AB73E7" w:rsidRPr="00D4501F" w:rsidRDefault="005D0276">
      <w:pPr>
        <w:rPr>
          <w:rFonts w:ascii="Arial" w:hAnsi="Arial" w:cs="Arial"/>
        </w:rPr>
      </w:pPr>
      <w:r w:rsidRPr="00D4501F">
        <w:rPr>
          <w:rFonts w:ascii="Arial" w:eastAsia="Arial" w:hAnsi="Arial" w:cs="Arial"/>
          <w:lang w:bidi="iu-Cans-CA"/>
        </w:rPr>
        <w:t>ᖃᐅᔨᒋᐊᕐᓗᒍ ᐱᐅᔪᖅ ᑎᑭᓚᐅᙱᑎᓪᓗᒍ ᐊᒻᒪ ᐃᓱᓕᕝᕕᒃᓴᖓᑕ ᐅᓪᓗᖓ</w:t>
      </w:r>
    </w:p>
    <w:p w14:paraId="685FB9BA" w14:textId="77777777" w:rsidR="00AB73E7" w:rsidRPr="00D4501F" w:rsidRDefault="005D0276">
      <w:pPr>
        <w:rPr>
          <w:rFonts w:ascii="Arial" w:hAnsi="Arial" w:cs="Arial"/>
        </w:rPr>
      </w:pPr>
      <w:r w:rsidRPr="00D4501F">
        <w:rPr>
          <w:rFonts w:ascii="Arial" w:eastAsia="Arial" w:hAnsi="Arial" w:cs="Arial"/>
          <w:lang w:bidi="iu-Cans-CA"/>
        </w:rPr>
        <w:t>ᒪᑐᐃᖅᓯᒪᓕᖅᑎᓪᓗᒍ ᐳᖅᑕᐅᓯᒪᔪᖅ:</w:t>
      </w:r>
    </w:p>
    <w:p w14:paraId="3B6505F0" w14:textId="77777777" w:rsidR="00AB73E7" w:rsidRPr="00D4501F" w:rsidRDefault="005D0276" w:rsidP="00A14182">
      <w:pPr>
        <w:pStyle w:val="ListParagraph"/>
        <w:numPr>
          <w:ilvl w:val="0"/>
          <w:numId w:val="10"/>
        </w:numPr>
        <w:rPr>
          <w:rFonts w:ascii="Arial" w:hAnsi="Arial" w:cs="Arial"/>
        </w:rPr>
      </w:pPr>
      <w:r w:rsidRPr="00D4501F">
        <w:rPr>
          <w:rFonts w:ascii="Arial" w:eastAsia="Arial" w:hAnsi="Arial" w:cs="Arial"/>
          <w:lang w:bidi="iu-Cans-CA"/>
        </w:rPr>
        <w:t>ᑎᑎᕋᕐᓗᒍ ᐅᓪᓗᖓ ᖃᔅᓯᒧᐊᖅᑎᓪᓗᒍᓗ ᒪᑐᐃᓚᐅᕐᒪᖔᖅᐱᑦ ᐴᕐᒧᑦ</w:t>
      </w:r>
    </w:p>
    <w:p w14:paraId="2DA19B36" w14:textId="77777777" w:rsidR="00AB73E7" w:rsidRPr="00D4501F" w:rsidRDefault="005D0276" w:rsidP="00A14182">
      <w:pPr>
        <w:pStyle w:val="ListParagraph"/>
        <w:numPr>
          <w:ilvl w:val="0"/>
          <w:numId w:val="10"/>
        </w:numPr>
        <w:rPr>
          <w:rFonts w:ascii="Arial" w:hAnsi="Arial" w:cs="Arial"/>
        </w:rPr>
      </w:pPr>
      <w:r w:rsidRPr="00D4501F">
        <w:rPr>
          <w:rFonts w:ascii="Arial" w:eastAsia="Arial" w:hAnsi="Arial" w:cs="Arial"/>
          <w:lang w:bidi="iu-Cans-CA"/>
        </w:rPr>
        <w:t>ᐴᖅ ᒪᑐᓯᒪᑎᑉᐸᒡᓗᒍ ᐊᑐᙱᒃᑳᖓᕕᐅᒃ.</w:t>
      </w:r>
    </w:p>
    <w:p w14:paraId="2BCC23FC" w14:textId="4B5E25E4" w:rsidR="00AB73E7" w:rsidRPr="00D4501F" w:rsidRDefault="005D0276" w:rsidP="00A14182">
      <w:pPr>
        <w:pStyle w:val="ListParagraph"/>
        <w:numPr>
          <w:ilvl w:val="0"/>
          <w:numId w:val="10"/>
        </w:numPr>
        <w:rPr>
          <w:rFonts w:ascii="Arial" w:hAnsi="Arial" w:cs="Arial"/>
        </w:rPr>
      </w:pPr>
      <w:r w:rsidRPr="00D4501F">
        <w:rPr>
          <w:rFonts w:ascii="Arial" w:eastAsia="Arial" w:hAnsi="Arial" w:cs="Arial"/>
          <w:lang w:bidi="iu-Cans-CA"/>
        </w:rPr>
        <w:t>ᓄᑕᕋᓛᓄᑦ, ᖃᐅᔨᒪᒋᐊᕐᓗᑎᑦ ᖃᓛᖅᑎᓯᒪᔪᒥᒃ ᐃᒪᕐᒥᒃ ᐊᑐᕋᓗᐊᕐᒪᖔᖅᐱᑦ ᓂᒡᓕᓇᖅᓯᓯᒪᔪᒥᒃ ᐊᒫᒪᒃᑎᑦᑎᓂᐊᕐᓗᓂ. ᐅᓪᓗᓕᒫᒧᑦ ᐊᒫᒪᒐᒃᓴᓕᐅᕈᓐᓇᖅᐳᑎᑦ ᓂᒡᓕᓇᖅᑐᒃᑯᕕᖕᒦᑎᑉᐸᒡᓗᒍᓗ ᐊᑐᓚᐅᙱᓐᓂᕐᓂ. ᐅᓪᓗᓕᒫᖅ ᐊᑕᐅᓯᐅᑉ ᐅᖓᑖᓄᑦ ᐱᕙᒌᔭᖅᐸᙱᓪᓗᑎᑦ.</w:t>
      </w:r>
    </w:p>
    <w:p w14:paraId="518D4B52" w14:textId="77777777" w:rsidR="00AB73E7" w:rsidRPr="00D4501F" w:rsidRDefault="005D0276" w:rsidP="00304CEC">
      <w:pPr>
        <w:pStyle w:val="Heading3"/>
      </w:pPr>
      <w:r w:rsidRPr="00D4501F">
        <w:rPr>
          <w:lang w:bidi="iu-Cans-CA"/>
        </w:rPr>
        <w:t>ᐃᒪᐅᔪᖅ ᓂᕆᑎᑦᑎᔾᔪᑎᒃᓴᖅ NG-ᑯᑦ:</w:t>
      </w:r>
    </w:p>
    <w:p w14:paraId="348F5B49" w14:textId="41CC62E8" w:rsidR="00AB73E7" w:rsidRPr="00D4501F" w:rsidRDefault="005D0276">
      <w:pPr>
        <w:rPr>
          <w:rFonts w:ascii="Arial" w:hAnsi="Arial" w:cs="Arial"/>
        </w:rPr>
      </w:pPr>
      <w:r w:rsidRPr="00D4501F">
        <w:rPr>
          <w:rFonts w:ascii="Arial" w:eastAsia="Arial" w:hAnsi="Arial" w:cs="Arial"/>
          <w:lang w:bidi="iu-Cans-CA"/>
        </w:rPr>
        <w:t>ᐃᒡᓗᕈᓯᐅᑉ ᐆᓇᕐᓂᖓᓂ ᐱᓯᒪᔭᐅᔪᓐᓇᖅᐳᖅ ᒪᑐᐃᖅᑕᐅᓚᐅᙱᓐᓂᖓᓂ</w:t>
      </w:r>
    </w:p>
    <w:p w14:paraId="7AADD8D5" w14:textId="46744053" w:rsidR="00AB73E7" w:rsidRPr="00D4501F" w:rsidRDefault="005D0276">
      <w:pPr>
        <w:rPr>
          <w:rFonts w:ascii="Arial" w:hAnsi="Arial" w:cs="Arial"/>
        </w:rPr>
      </w:pPr>
      <w:r w:rsidRPr="00D4501F">
        <w:rPr>
          <w:rFonts w:ascii="Arial" w:eastAsia="Arial" w:hAnsi="Arial" w:cs="Arial"/>
          <w:lang w:bidi="iu-Cans-CA"/>
        </w:rPr>
        <w:t>ᒪᑐᐃᖅᑕᐅᑐᐊᕈᓂ, ᓂᒡᓕᓇᖅᑐᒃᑯᕕᖕᒦᑎᑕᐅᑐᐃᓐᓇᕈᓐᓇᖅᑐᖅ ᐃᑲᕐᕋᓄᑦ 24-ᓄᑦ ᑎᑭᓪᓗᒍ. ᐃᒋᑕᐅᔭᕆᐊᖃᓕᖅᐳᖅ. ᑕᐃᒪᓐᓇᐅᓂᖓᓄᑦ, ᐃᑲᕐᕋᑦ 24 ᐅᖓᑖᓄᑦ ᓂᕆᑎᑦᑎᔾᔪᑎᒃᓴᓕᐅᖅᑕᐃᓕᒋᑦ ᐊᑕᐅᑦᑎᒃᑯᑦ</w:t>
      </w:r>
    </w:p>
    <w:p w14:paraId="7A6450FF" w14:textId="77777777" w:rsidR="00AB73E7" w:rsidRPr="00D4501F" w:rsidRDefault="005D0276">
      <w:pPr>
        <w:rPr>
          <w:rFonts w:ascii="Arial" w:hAnsi="Arial" w:cs="Arial"/>
        </w:rPr>
      </w:pPr>
      <w:r w:rsidRPr="00D4501F">
        <w:rPr>
          <w:rFonts w:ascii="Arial" w:eastAsia="Arial" w:hAnsi="Arial" w:cs="Arial"/>
          <w:lang w:bidi="iu-Cans-CA"/>
        </w:rPr>
        <w:t>ᐃᓛᓐᓂᒃᑯᑦ ᑕᒪᒃᑯᐊ ᐃᒻᒧᐃᑦ ᐃᒪᕐᒥᒃ ᐃᓚᓯᔭᕆᐊᖃᓲᖑᖕᒪᑕ (ᐃᓛᓐᓂᒃᑯᑦ ᑕᐃᔭᐅᓲᑦ ᑲᑎᖅᓱᖅᓯᒪᔪᑦ)− ᓂᕿᑦᑎᐊᕙᓕᕆᔨᒧᑦ ᐅᖃᖃᑎᖃᕐᓗᑎᑦ ᐃᑲᔪᖅᑕᐅᔭᕆᐊᖃᕈᕕᑦ ᑕᒪᒃᑯᓄᖓ ᐱᕙᒌᔭᖅᑕᐅᔪᓄᑦ.</w:t>
      </w:r>
    </w:p>
    <w:p w14:paraId="75843CF2" w14:textId="6C8C8705" w:rsidR="00AB73E7" w:rsidRPr="00D4501F" w:rsidRDefault="005D0276">
      <w:pPr>
        <w:rPr>
          <w:rFonts w:ascii="Arial" w:hAnsi="Arial" w:cs="Arial"/>
        </w:rPr>
      </w:pPr>
      <w:r w:rsidRPr="00D4501F">
        <w:rPr>
          <w:rFonts w:ascii="Arial" w:eastAsia="Arial" w:hAnsi="Arial" w:cs="Arial"/>
          <w:lang w:bidi="iu-Cans-CA"/>
        </w:rPr>
        <w:t>ᐃᓛᖏᑦ ᓂᕆᑎᑦᑎᔾᔪᑎᒃᓴᑦ ᐃᔾᔪᓂᖅᓴᐅᒻᒪᑕ ᒥᓪᓗᐊᕈᒻᒥᒃ/ᐳᒻᐳᒥᒃ ᖁᐊᖅᓵᕈᑎᒥᒃ ᓂᓪᓕᐊᑎᑦᑎᔪᓐᓇᖅᑐᑦ–ᑕᐃᒪᐃᑉᐸᑦ ᓂᕿᑦᑎᐊᕙᓕᕆᔨᒧᑦ ᐅᖃᓪᓚᖃᑎᖃᕐᓗᑎᑦ.</w:t>
      </w:r>
    </w:p>
    <w:p w14:paraId="1C67A93E" w14:textId="1BB1F7E8" w:rsidR="00E2738B" w:rsidRDefault="005D0276">
      <w:pPr>
        <w:rPr>
          <w:rFonts w:ascii="Arial" w:hAnsi="Arial" w:cs="Arial"/>
        </w:rPr>
      </w:pPr>
      <w:r w:rsidRPr="00D4501F">
        <w:rPr>
          <w:rFonts w:ascii="Arial" w:eastAsia="Arial" w:hAnsi="Arial" w:cs="Arial"/>
          <w:lang w:bidi="iu-Cans-CA"/>
        </w:rPr>
        <w:lastRenderedPageBreak/>
        <w:t>ᕿᑐᕐᙵᐃᑦ ᐃᓚᐃᓐᓇᖓᓂ ᖃᓂᒃᑯᑦ ᐊᒫᒪᒃᑎᑉᐸᒍ ᐃᓚᔭᐅᒃᑲᓐᓂᕐᓗᓂ − ᐃᒻᒧᒃ ᕿᑐᕐᙵᖅᐱᑦ ᐊᒫᒪᐅᑎᖓᓃᓚᐅᖅᑐᖅ ᐃᒋᑕᐅᔭᕆᐊᖃᖅᐳᖅ ᐃᑲᕐᕋᖅ ᐊᑕᐅᓯᖅ ᐊᓂᒍᖅᐸᑦ, ᕿᑐᕐᙵᖅᐱᑦ ᓄᕙᖓ ᑲᑎᙵᓕᕐᓗᓂ ᐃᒻᒧᖕᒧᑦ ᐊᒫᒪᐅᑎᒦᑦᑐᒧᑦ ᓱᕋᒃᓴᕋᐃᓐᓂᖅᓴᐅᓕᕐᓗᓂᓗ.</w:t>
      </w:r>
    </w:p>
    <w:p w14:paraId="741A2D0F" w14:textId="15802FEA" w:rsidR="00AB73E7" w:rsidRPr="00D4501F" w:rsidRDefault="00D96E58">
      <w:pPr>
        <w:rPr>
          <w:rFonts w:ascii="Arial" w:hAnsi="Arial" w:cs="Arial"/>
        </w:rPr>
      </w:pPr>
      <w:r>
        <w:rPr>
          <w:rFonts w:ascii="Arial" w:eastAsia="Arial" w:hAnsi="Arial" w:cs="Arial"/>
          <w:noProof/>
          <w:lang w:bidi="iu-Cans-CA"/>
        </w:rPr>
        <w:drawing>
          <wp:anchor distT="0" distB="0" distL="114300" distR="114300" simplePos="0" relativeHeight="251691520" behindDoc="0" locked="0" layoutInCell="1" allowOverlap="1" wp14:anchorId="1A440E50" wp14:editId="5B45E60D">
            <wp:simplePos x="0" y="0"/>
            <wp:positionH relativeFrom="column">
              <wp:posOffset>25400</wp:posOffset>
            </wp:positionH>
            <wp:positionV relativeFrom="paragraph">
              <wp:posOffset>14514</wp:posOffset>
            </wp:positionV>
            <wp:extent cx="755650" cy="755650"/>
            <wp:effectExtent l="0" t="0" r="6350" b="6350"/>
            <wp:wrapSquare wrapText="bothSides"/>
            <wp:docPr id="1383567600"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567600" name="Graphic 1383567600"/>
                    <pic:cNvPicPr/>
                  </pic:nvPicPr>
                  <pic:blipFill>
                    <a:blip r:embed="rId13">
                      <a:extLst>
                        <a:ext uri="{96DAC541-7B7A-43D3-8B79-37D633B846F1}">
                          <asvg:svgBlip xmlns:asvg="http://schemas.microsoft.com/office/drawing/2016/SVG/main" r:embed="rId14"/>
                        </a:ext>
                      </a:extLst>
                    </a:blip>
                    <a:stretch>
                      <a:fillRect/>
                    </a:stretch>
                  </pic:blipFill>
                  <pic:spPr>
                    <a:xfrm>
                      <a:off x="0" y="0"/>
                      <a:ext cx="755650" cy="755650"/>
                    </a:xfrm>
                    <a:prstGeom prst="rect">
                      <a:avLst/>
                    </a:prstGeom>
                  </pic:spPr>
                </pic:pic>
              </a:graphicData>
            </a:graphic>
            <wp14:sizeRelH relativeFrom="page">
              <wp14:pctWidth>0</wp14:pctWidth>
            </wp14:sizeRelH>
            <wp14:sizeRelV relativeFrom="page">
              <wp14:pctHeight>0</wp14:pctHeight>
            </wp14:sizeRelV>
          </wp:anchor>
        </w:drawing>
      </w:r>
      <w:r w:rsidRPr="00D4501F">
        <w:rPr>
          <w:rFonts w:ascii="Arial" w:eastAsia="Arial" w:hAnsi="Arial" w:cs="Arial"/>
          <w:lang w:bidi="iu-Cans-CA"/>
        </w:rPr>
        <w:t>ᑐᑭᓯᒋᐊᒃᑲᓐᓂᕈᒪᒍᕕᑦ ᓄᑕᕋᓛᑦ ᐃᒻᒧᒃᓴᖏᓐᓄᑦ: https://www.canada.ca/en/health-canada/services/milk-infant-formula/preparing-handling-powdered-infant-formula.html</w:t>
      </w:r>
    </w:p>
    <w:p w14:paraId="2B3F84DF" w14:textId="7A04C820" w:rsidR="00AB73E7" w:rsidRPr="00D4501F" w:rsidRDefault="005D0276" w:rsidP="00304CEC">
      <w:pPr>
        <w:pStyle w:val="Heading2"/>
      </w:pPr>
      <w:r w:rsidRPr="00D4501F">
        <w:rPr>
          <w:lang w:bidi="iu-Cans-CA"/>
        </w:rPr>
        <w:t>ᐊᒫᒪᐅᑉ ᐃᒻᒧᖓ NG:</w:t>
      </w:r>
    </w:p>
    <w:p w14:paraId="3ED9328F" w14:textId="1C0F545C" w:rsidR="00AB73E7" w:rsidRPr="00D4501F" w:rsidRDefault="005D0276">
      <w:pPr>
        <w:rPr>
          <w:rFonts w:ascii="Arial" w:hAnsi="Arial" w:cs="Arial"/>
        </w:rPr>
      </w:pPr>
      <w:r w:rsidRPr="00D4501F">
        <w:rPr>
          <w:rFonts w:ascii="Arial" w:eastAsia="Arial" w:hAnsi="Arial" w:cs="Arial"/>
          <w:lang w:bidi="iu-Cans-CA"/>
        </w:rPr>
        <w:t>ᐊᒫᒪᐅᑎᑦ ᐴᒃᓴᓪᓘᓐᓃᑦ ᓂᒡᓕᓇᖅᑐᒃᑯᕕᖕᒦᑎᑉᐸᒡᓗᒋᑦ ᖁᐊᒃᑯᕕᖕᒥᓘᓐᓃᑦ.</w:t>
      </w:r>
    </w:p>
    <w:p w14:paraId="2D755FBB" w14:textId="77777777" w:rsidR="00AB73E7" w:rsidRPr="00D4501F" w:rsidRDefault="005D0276">
      <w:pPr>
        <w:rPr>
          <w:rFonts w:ascii="Arial" w:hAnsi="Arial" w:cs="Arial"/>
        </w:rPr>
      </w:pPr>
      <w:r w:rsidRPr="00D4501F">
        <w:rPr>
          <w:rFonts w:ascii="Arial" w:eastAsia="Arial" w:hAnsi="Arial" w:cs="Arial"/>
          <w:lang w:bidi="iu-Cans-CA"/>
        </w:rPr>
        <w:t>ᐅᓪᓗᖓ ᖃᔅᓯᒧᐊᖅᐸᓪᓗ ᒥᓪᓗᐊᖅᑕᐅᖕᒪᖔᑦ ᐴᕐᒧᑦ ᐊᓕᒍᕐᒧᓪᓘᓐᓃᑦ.</w:t>
      </w:r>
    </w:p>
    <w:p w14:paraId="0AE6633A" w14:textId="77777777" w:rsidR="00AB73E7" w:rsidRPr="00D4501F" w:rsidRDefault="005D0276">
      <w:pPr>
        <w:rPr>
          <w:rFonts w:ascii="Arial" w:hAnsi="Arial" w:cs="Arial"/>
        </w:rPr>
      </w:pPr>
      <w:r w:rsidRPr="00D4501F">
        <w:rPr>
          <w:rFonts w:ascii="Arial" w:eastAsia="Arial" w:hAnsi="Arial" w:cs="Arial"/>
          <w:lang w:bidi="iu-Cans-CA"/>
        </w:rPr>
        <w:t>ᐃᒪᕐᓗᒋᑦ ᐊᓪᓗᐃᑦ ¾-ᖏᓐᓇᕐᓗᒋᑦ ᑕᑕᓗᒋᑦ ᖁᐊᖅᐸᑕ ᐊᖏᒡᓕᒋᐊᕐᓂᐊᕐᒪᑕ.</w:t>
      </w:r>
    </w:p>
    <w:p w14:paraId="437956D3" w14:textId="54FE2B80" w:rsidR="00AB73E7" w:rsidRPr="00D4501F" w:rsidRDefault="005D0276">
      <w:pPr>
        <w:rPr>
          <w:rFonts w:ascii="Arial" w:hAnsi="Arial" w:cs="Arial"/>
        </w:rPr>
      </w:pPr>
      <w:r w:rsidRPr="00D4501F">
        <w:rPr>
          <w:rFonts w:ascii="Arial" w:eastAsia="Arial" w:hAnsi="Arial" w:cs="Arial"/>
          <w:lang w:bidi="iu-Cans-CA"/>
        </w:rPr>
        <w:t>ᒪᙳᒃᓯᕐᓗᒍ ᖁᐊᖅ ᐃᒻᒧᒃ ᓂᒡᓕᓇᖅᑐᒃᑯᕕᖕᒥ ᐃᑲᕐᕋᓄᑦ 24−ᓄᑦ ᑎᑭᓪᓗᒍ. ᐃᑲᔪᕈᓐᓇᖅᑐᖅ ᑎᑎᕋᕐᓗᒍ ᐅᓪᓗᖓ ᖃᔅᓯᒧᐊᖅᐸᓪᓗ ᒪᙳᒃᑎᑕᐅᖕᒪᖔᑦ. ᖁᐊᖅᑎᒃᑲᓐᓂᓚᐅᖅᓯᒪᙱᓪᓗᒍ ᐃᒻᒧᒃ.</w:t>
      </w:r>
    </w:p>
    <w:p w14:paraId="2104C3AE" w14:textId="3FD7CDC7" w:rsidR="00AB73E7" w:rsidRPr="00D4501F" w:rsidRDefault="005D0276">
      <w:pPr>
        <w:rPr>
          <w:rFonts w:ascii="Arial" w:hAnsi="Arial" w:cs="Arial"/>
        </w:rPr>
      </w:pPr>
      <w:r w:rsidRPr="00D4501F">
        <w:rPr>
          <w:rFonts w:ascii="Arial" w:eastAsia="Arial" w:hAnsi="Arial" w:cs="Arial"/>
          <w:lang w:bidi="iu-Cans-CA"/>
        </w:rPr>
        <w:t>ᒥᓪᓗᐊᖅᓯᒪᔪᖅ ᐃᒻᒧᒃ ᐆᓇᖅᓯᑎᑕᐅᕌᓂᒃᐸᑦ ᐊᑐᖅᑕᐅᔪᓐᓇᖅᑐᖅ ᐃᑲᕐᕋᓄᑦ ᑎᓴᒪᓄᑦ ᐃᒋᑕᐅᓕᕐᓗᓂᓗ, ᑖᓐᓇ ᐃᒻᒧᒃ ᓂᒡᓕᓇᖅᑐᒃᑯᕕᖕᒧᐊᒃᑲᓐᓂᖅᑕᐃᓕᓗᒍ ᐆᓇᖅᓯᑎᑕᐅᕌᓂᒃᐸᑦ.</w:t>
      </w:r>
    </w:p>
    <w:p w14:paraId="4ED3BAAF" w14:textId="675434A7" w:rsidR="00AB73E7" w:rsidRPr="00D4501F" w:rsidRDefault="005D0276">
      <w:pPr>
        <w:rPr>
          <w:rFonts w:ascii="Arial" w:hAnsi="Arial" w:cs="Arial"/>
        </w:rPr>
      </w:pPr>
      <w:r w:rsidRPr="00D4501F">
        <w:rPr>
          <w:rFonts w:ascii="Arial" w:eastAsia="Arial" w:hAnsi="Arial" w:cs="Arial"/>
          <w:lang w:bidi="iu-Cans-CA"/>
        </w:rPr>
        <w:t>ᕿᑐᕐᙵᐃᑦ ᐃᓚᐃᓐᓇᖓᓂ ᖃᓂᒃᑯᑦ ᐊᒫᒪᒃᑎᑉᐸᒍ ᐃᓚᔭᐅᒃᑲᓐᓂᕐᓗᓂ − ᐃᒻᒧᒃ ᕿᑐᕐᙵᖅᐱᑦ ᐊᒫᒪᐅᑎᖓᓃᓚᐅᖅᑐᖅ ᐃᒋᑕᐅᔭᕆᐊᖃᖅᐳᖅ ᐃᑲᕐᕋᖅ ᐊᑕᐅᓯᖅ ᐊᓂᒍᖅᐸᑦ, ᕿᑐᕐᙵᖅᐱᑦ ᓄᕙᖓ ᑲᑎᙵᓕᕐᓗᓂ ᐃᒻᒧᖕᒧᑦ ᐊᒫᒪᐅᑎᒦᑦᑐᒧᑦ ᓱᕋᒃᓴᕋᐃᓐᓂᖅᓴᐅᓕᕐᓗᓂᓗ.</w:t>
      </w:r>
    </w:p>
    <w:p w14:paraId="2BADA890" w14:textId="093F2D97" w:rsidR="00AB73E7" w:rsidRPr="00D4501F" w:rsidRDefault="00D96E58">
      <w:pPr>
        <w:rPr>
          <w:rFonts w:ascii="Arial" w:hAnsi="Arial" w:cs="Arial"/>
        </w:rPr>
      </w:pPr>
      <w:r>
        <w:rPr>
          <w:rFonts w:ascii="Arial" w:eastAsia="Arial" w:hAnsi="Arial" w:cs="Arial"/>
          <w:noProof/>
          <w:lang w:bidi="iu-Cans-CA"/>
        </w:rPr>
        <w:drawing>
          <wp:anchor distT="0" distB="0" distL="114300" distR="114300" simplePos="0" relativeHeight="251692544" behindDoc="0" locked="0" layoutInCell="1" allowOverlap="1" wp14:anchorId="313F7FD8" wp14:editId="5CC21E5A">
            <wp:simplePos x="0" y="0"/>
            <wp:positionH relativeFrom="column">
              <wp:posOffset>-5080</wp:posOffset>
            </wp:positionH>
            <wp:positionV relativeFrom="paragraph">
              <wp:posOffset>10322</wp:posOffset>
            </wp:positionV>
            <wp:extent cx="756000" cy="756000"/>
            <wp:effectExtent l="0" t="0" r="6350" b="6350"/>
            <wp:wrapSquare wrapText="bothSides"/>
            <wp:docPr id="1785321663"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321663" name="Graphic 1785321663"/>
                    <pic:cNvPicPr/>
                  </pic:nvPicPr>
                  <pic:blipFill>
                    <a:blip r:embed="rId15">
                      <a:extLst>
                        <a:ext uri="{96DAC541-7B7A-43D3-8B79-37D633B846F1}">
                          <asvg:svgBlip xmlns:asvg="http://schemas.microsoft.com/office/drawing/2016/SVG/main" r:embed="rId16"/>
                        </a:ext>
                      </a:extLst>
                    </a:blip>
                    <a:stretch>
                      <a:fillRect/>
                    </a:stretch>
                  </pic:blipFill>
                  <pic:spPr>
                    <a:xfrm>
                      <a:off x="0" y="0"/>
                      <a:ext cx="756000" cy="756000"/>
                    </a:xfrm>
                    <a:prstGeom prst="rect">
                      <a:avLst/>
                    </a:prstGeom>
                  </pic:spPr>
                </pic:pic>
              </a:graphicData>
            </a:graphic>
            <wp14:sizeRelH relativeFrom="page">
              <wp14:pctWidth>0</wp14:pctWidth>
            </wp14:sizeRelH>
            <wp14:sizeRelV relativeFrom="page">
              <wp14:pctHeight>0</wp14:pctHeight>
            </wp14:sizeRelV>
          </wp:anchor>
        </w:drawing>
      </w:r>
      <w:r w:rsidRPr="00D4501F">
        <w:rPr>
          <w:rFonts w:ascii="Arial" w:eastAsia="Arial" w:hAnsi="Arial" w:cs="Arial"/>
          <w:lang w:bidi="iu-Cans-CA"/>
        </w:rPr>
        <w:t xml:space="preserve">ᑐᖅᑯᖅᓯᓯᒪᓂᕐᒧᑦ ᑐᑭᓯᒋᐊᒃᑲᓐᓂᕈᒪᒍᕕᑦ ᐅᓇ ᓇᖅᐱᓪᓗᒍ: </w:t>
      </w:r>
      <w:hyperlink r:id="rId17" w:history="1">
        <w:r w:rsidR="00AB73E7" w:rsidRPr="00D4501F">
          <w:rPr>
            <w:rStyle w:val="Hyperlink"/>
            <w:rFonts w:ascii="Arial" w:eastAsia="Arial" w:hAnsi="Arial" w:cs="Arial"/>
            <w:lang w:bidi="iu-Cans-CA"/>
          </w:rPr>
          <w:t>https://www.cdc.gov/breastfeeding/breast-milk-preparation-and-storage/handling-breastmilk.html</w:t>
        </w:r>
      </w:hyperlink>
    </w:p>
    <w:p w14:paraId="40285FC0" w14:textId="30C6E017" w:rsidR="00AB73E7" w:rsidRPr="00D4501F" w:rsidRDefault="005D0276">
      <w:pPr>
        <w:rPr>
          <w:rFonts w:ascii="Arial" w:hAnsi="Arial" w:cs="Arial"/>
        </w:rPr>
      </w:pPr>
      <w:r w:rsidRPr="00D4501F">
        <w:rPr>
          <w:rFonts w:ascii="Arial" w:eastAsia="Arial" w:hAnsi="Arial" w:cs="Arial"/>
          <w:lang w:bidi="iu-Cans-CA"/>
        </w:rPr>
        <w:t>ᐊᒥᖅᑳᖃᑎᖃᖅᐸᙱᓪᓗᑎᑦ ᒥᓪᓗᐊᖅᓯᒪᔪᒥᒃ ᐃᒻᒧᖕᒥᒃ.</w:t>
      </w:r>
    </w:p>
    <w:p w14:paraId="67EE0E82" w14:textId="44764712" w:rsidR="00AB73E7" w:rsidRPr="00D4501F" w:rsidRDefault="005D0276" w:rsidP="00A14182">
      <w:pPr>
        <w:pStyle w:val="Heading1"/>
        <w:rPr>
          <w:rFonts w:cs="Arial"/>
        </w:rPr>
      </w:pPr>
      <w:r w:rsidRPr="00D4501F">
        <w:rPr>
          <w:rFonts w:cs="Arial"/>
          <w:lang w:bidi="iu-Cans-CA"/>
        </w:rPr>
        <w:t>ᖃᓄᖅ ᐃᒻᒧᖕᒥᒃ ᒥᓪᓗᐊᖅᑎᑦᑎᔪᓐᓇᕐᒪᖔᑦ NG ᓱᓪᓗᓕᖕᒧᑦ</w:t>
      </w:r>
    </w:p>
    <w:p w14:paraId="32AF6F30" w14:textId="7BF8535F" w:rsidR="00AB73E7" w:rsidRPr="00D4501F" w:rsidRDefault="005D0276">
      <w:pPr>
        <w:rPr>
          <w:rFonts w:ascii="Arial" w:hAnsi="Arial" w:cs="Arial"/>
        </w:rPr>
      </w:pPr>
      <w:r w:rsidRPr="00D4501F">
        <w:rPr>
          <w:rFonts w:ascii="Arial" w:eastAsia="Arial" w:hAnsi="Arial" w:cs="Arial"/>
          <w:lang w:bidi="iu-Cans-CA"/>
        </w:rPr>
        <w:t>ᐃᒻᒧᒃ ᐱᒻᒪᕆᐊᓗᖕᓂᒃ ᐅᖅᓱᖃᖅᐳᖅ ᓄᑕᕋᓛᑦ ᐱᔭᕆᐊᖃᖅᑕᖏᓐᓂᒃ ᐱᕈᖅᐸᓪᓕᐊᖁᓪᓗᒋᑦ ᖃᓄᐃᙱᑦᑎᐊᕐᓗᑎᒡᓗ. ᐃᕕᐊᖏᕐᒥ ᐃᒻᒧᒃ ᐴᕐᒦᑎᓪᓗᒍ, ᐅᖅᓱᖏᑦ ᖁᒻᒧᐊᒍᓐᓇᖅᐳᑦ ᓄᑕᕋᓛᕐᒧᐊᕈᓐᓇᙱᖦᖢᑎᒡᓗ ᐅᔾᔨᖅᓱᑦᑎᐊᙱᒃᑯᑦᑕ. ᑐᕌᕆᔭᐅᔪᖅ ᖃᐅᔨᒪᒋᐊᕐᓗᒋᑦ ᐅᖅᓱᐃᑦ ᓄᑕᕋᕐᒧᐊᕋᓗᐊᕐᒪᖔᑕ ᐊᔪᕐᓂᐊᙱᒻᒪᑕ ᓱᓪᓗᓕᖕᒧᑦ ᐳᖅᒧᓪᓘᓐᓃᑦ.</w:t>
      </w:r>
    </w:p>
    <w:p w14:paraId="0F4955BD" w14:textId="24489CD8" w:rsidR="00AB73E7" w:rsidRPr="00D4501F" w:rsidRDefault="005D0276" w:rsidP="00CB5918">
      <w:pPr>
        <w:pStyle w:val="ListNumber"/>
      </w:pPr>
      <w:r w:rsidRPr="00D4501F">
        <w:rPr>
          <w:lang w:bidi="iu-Cans-CA"/>
        </w:rPr>
        <w:t>ᑲᐳᑎᒃᑯᑦ ᓂᕆᑎᑦᑎᓂᖅ</w:t>
      </w:r>
    </w:p>
    <w:p w14:paraId="0B6AEA36" w14:textId="3CEF4993" w:rsidR="00AB73E7" w:rsidRPr="00D4501F" w:rsidRDefault="005D0276" w:rsidP="001544A3">
      <w:pPr>
        <w:ind w:left="360"/>
        <w:rPr>
          <w:rFonts w:ascii="Arial" w:hAnsi="Arial" w:cs="Arial"/>
        </w:rPr>
      </w:pPr>
      <w:r w:rsidRPr="00D4501F">
        <w:rPr>
          <w:rFonts w:ascii="Arial" w:eastAsia="Arial" w:hAnsi="Arial" w:cs="Arial"/>
          <w:lang w:bidi="iu-Cans-CA"/>
        </w:rPr>
        <w:t>ᐃᒻᒧᒃ ᑲᐴᑎᒧᐊᕐᓗᒍ.</w:t>
      </w:r>
    </w:p>
    <w:p w14:paraId="1FA7D616" w14:textId="7EC0B4B5" w:rsidR="00AB73E7" w:rsidRPr="00D4501F" w:rsidRDefault="005D0276" w:rsidP="001544A3">
      <w:pPr>
        <w:ind w:left="360"/>
        <w:rPr>
          <w:rFonts w:ascii="Arial" w:hAnsi="Arial" w:cs="Arial"/>
        </w:rPr>
      </w:pPr>
      <w:r w:rsidRPr="00D4501F">
        <w:rPr>
          <w:rFonts w:ascii="Arial" w:eastAsia="Arial" w:hAnsi="Arial" w:cs="Arial"/>
          <w:lang w:bidi="iu-Cans-CA"/>
        </w:rPr>
        <w:t>ᐃᒻᒧᒃ ᓱᒃᑲᐃᑦᑐᒥᒃ ᑯᕕᑎᓪᓗᒍ NG ᓱᓪᓗᓕᖕᒧᑦ.</w:t>
      </w:r>
    </w:p>
    <w:p w14:paraId="04CCD3E0" w14:textId="74579866" w:rsidR="00AB73E7" w:rsidRPr="00D4501F" w:rsidRDefault="005D0276" w:rsidP="001544A3">
      <w:pPr>
        <w:ind w:left="360"/>
        <w:rPr>
          <w:rFonts w:ascii="Arial" w:hAnsi="Arial" w:cs="Arial"/>
        </w:rPr>
      </w:pPr>
      <w:r w:rsidRPr="00D4501F">
        <w:rPr>
          <w:rFonts w:ascii="Arial" w:eastAsia="Arial" w:hAnsi="Arial" w:cs="Arial"/>
          <w:lang w:bidi="iu-Cans-CA"/>
        </w:rPr>
        <w:t>ᐊᑐᕐᓗᑎᑦ ᑕᓪᓗᒥᖓᑦᓴᐃᓐᓇᖅ ᑲᐳᑎᒥᒃ ᑯᕕᑎᓐᓂᐊᕐᓗᒍ ᓱᓪᓗᓕᖓ ᓂᕆᑎᑦᑎᓪᓗᑎᑦ ᐅᖅᓱᖏᑦ ᓄᑕᕋᓛᕐᒧᐊᖅᑐᐃᓐᓇᐅᒐᓗᐊᕐᒪᖔᑕ</w:t>
      </w:r>
    </w:p>
    <w:p w14:paraId="40E8EF99" w14:textId="13CBB9D1" w:rsidR="00AB73E7" w:rsidRPr="00D4501F" w:rsidRDefault="005D0276" w:rsidP="00CB5918">
      <w:pPr>
        <w:pStyle w:val="ListNumber"/>
      </w:pPr>
      <w:r w:rsidRPr="00D4501F">
        <w:rPr>
          <w:lang w:bidi="iu-Cans-CA"/>
        </w:rPr>
        <w:t>ᒥᓪᓗᐊᕐᓗᒍ ᐳᖅᒧᑦ ᐅᖁᒪᐃᓐᓂᒃᑯᓪᓘᓐᓃᑦ ᐳᖅᒧᑦ</w:t>
      </w:r>
    </w:p>
    <w:p w14:paraId="433C9567" w14:textId="0F6F68B8" w:rsidR="00AB73E7" w:rsidRPr="00D4501F" w:rsidRDefault="005D0276" w:rsidP="001544A3">
      <w:pPr>
        <w:ind w:left="360"/>
        <w:rPr>
          <w:rFonts w:ascii="Arial" w:hAnsi="Arial" w:cs="Arial"/>
        </w:rPr>
      </w:pPr>
      <w:r w:rsidRPr="00D4501F">
        <w:rPr>
          <w:rFonts w:ascii="Arial" w:eastAsia="Arial" w:hAnsi="Arial" w:cs="Arial"/>
          <w:lang w:bidi="iu-Cans-CA"/>
        </w:rPr>
        <w:lastRenderedPageBreak/>
        <w:t>ᐃᒻᒧᒃ ᓂᕆᑎᑦᑎᔾᔪᑎ ᐳᖅᒥᑎᓪᓗᒍ, ᐅᖅᓱᖏᑦ ᓂᐱᒍᓐᓇᕐᒪᑕ ᓴᓂᖏᓐᓄᑦ ᐳᕐᒧᑦ ᓄᑕᕋᕐᒧᐊᙱᓪᓗᑎᒃ.</w:t>
      </w:r>
    </w:p>
    <w:p w14:paraId="063C5B93" w14:textId="77777777" w:rsidR="00AB73E7" w:rsidRPr="00D4501F" w:rsidRDefault="005D0276" w:rsidP="001544A3">
      <w:pPr>
        <w:ind w:left="360"/>
        <w:rPr>
          <w:rFonts w:ascii="Arial" w:hAnsi="Arial" w:cs="Arial"/>
        </w:rPr>
      </w:pPr>
      <w:r w:rsidRPr="00D4501F">
        <w:rPr>
          <w:rFonts w:ascii="Arial" w:eastAsia="Arial" w:hAnsi="Arial" w:cs="Arial"/>
          <w:lang w:bidi="iu-Cans-CA"/>
        </w:rPr>
        <w:t>ᑕᐃᒪᐃᖁᓇᒍ, ᓱᒃᑲᐃᑦᑐᒥᒃ ᐊᐅᓚᑎᑉᐸᒡᓗᒍ ᐳᖅ ᓂᕆᑎᑦᑎᑎᓪᓗᑎᑦ.</w:t>
      </w:r>
    </w:p>
    <w:p w14:paraId="0FE01105" w14:textId="0B61876A" w:rsidR="001544A3" w:rsidRPr="00304CEC" w:rsidRDefault="005D0276" w:rsidP="00304CEC">
      <w:pPr>
        <w:ind w:left="360"/>
        <w:rPr>
          <w:rFonts w:ascii="Arial" w:hAnsi="Arial" w:cs="Arial"/>
        </w:rPr>
      </w:pPr>
      <w:r w:rsidRPr="00D4501F">
        <w:rPr>
          <w:rFonts w:ascii="Arial" w:eastAsia="Arial" w:hAnsi="Arial" w:cs="Arial"/>
          <w:lang w:bidi="iu-Cans-CA"/>
        </w:rPr>
        <w:t>ᑕᐃᒪᓐᓇ ᐅᖅᓱᖏᑦ ᑲᑎᓐᖓᑎᑉᐸᒡᓗᒋᑦ ᐃᒻᒧᐅᑉ ᐃᓗᐊᒍᑦ ᓄᑕᕋᓛᖅ ᐱᔭᐃᓐᓇᕆᓂᐊᕐᒪᒍ.</w:t>
      </w:r>
    </w:p>
    <w:p w14:paraId="790BA21F" w14:textId="6B96B664" w:rsidR="00AB73E7" w:rsidRPr="00D4501F" w:rsidRDefault="005D0276" w:rsidP="001544A3">
      <w:pPr>
        <w:pStyle w:val="Heading3"/>
      </w:pPr>
      <w:r w:rsidRPr="00D4501F">
        <w:rPr>
          <w:lang w:bidi="iu-Cans-CA"/>
        </w:rPr>
        <w:t>ᖃᓄᐃᒻᒪᑦ ᑖᓐᓇ ᐱᒻᒪᕆᐅᖕᒪᖔᑦ</w:t>
      </w:r>
    </w:p>
    <w:p w14:paraId="2804D38F" w14:textId="6648B0C9" w:rsidR="00304CEC" w:rsidRDefault="005D0276" w:rsidP="00304CEC">
      <w:pPr>
        <w:rPr>
          <w:rFonts w:ascii="Arial" w:hAnsi="Arial" w:cs="Arial"/>
        </w:rPr>
      </w:pPr>
      <w:r w:rsidRPr="00D4501F">
        <w:rPr>
          <w:rFonts w:ascii="Arial" w:eastAsia="Arial" w:hAnsi="Arial" w:cs="Arial"/>
          <w:lang w:bidi="iu-Cans-CA"/>
        </w:rPr>
        <w:t>ᓄᑕᕋᓛᑦ ᐅᖅᓱᖃᕆᐊᖃᖅᐳᑦ ᐃᒻᒧᖓᓐᖔᖅᑐᓂᒃ ᖃᕆᑕᖏᑦ ᑎᒥᖏᓪᓗ ᐱᕈᖅᐸᓪᓕᐊᖁᓪᓗᒋᑦ. ᐅᖅᓱᐃᑦ ᐳᖅᒥᖏᓐᓇᖅᐸᑕ ᓱᓪᓗᓕᖕᒥᓪᓘᓐᓃᑦ, ᓄᑕᕋᓛᖅ ᐱᒻᒪᕆᐅᔪᒥᒃ ᓂᕆᖃᑦᑕᔾᔭᙱᑦᑐᖅ. ᐅᖅᓱᐃᑦ ᑲᑎᙵᑎᑉᐸᒡᓗᒋᑦ ᐊᑦᑕᕐᓇᙱᓐᓂᖅᓴᐅᕗᖅ ᐱᐅᓂᖅᓴᐅᓪᓗᓂᓗ.</w:t>
      </w:r>
    </w:p>
    <w:p w14:paraId="0DB2FDB1" w14:textId="77777777" w:rsidR="00304CEC" w:rsidRDefault="00304CEC">
      <w:pPr>
        <w:rPr>
          <w:rFonts w:ascii="Arial" w:hAnsi="Arial" w:cs="Arial"/>
        </w:rPr>
      </w:pPr>
      <w:r>
        <w:rPr>
          <w:rFonts w:ascii="Arial" w:eastAsia="Arial" w:hAnsi="Arial" w:cs="Arial"/>
          <w:lang w:bidi="iu-Cans-CA"/>
        </w:rPr>
        <w:br w:type="page"/>
      </w:r>
    </w:p>
    <w:p w14:paraId="0C82B843" w14:textId="4742F3F7" w:rsidR="00AB73E7" w:rsidRPr="00D4501F" w:rsidRDefault="004F3D47">
      <w:pPr>
        <w:pStyle w:val="Heading1"/>
        <w:rPr>
          <w:rFonts w:cs="Arial"/>
        </w:rPr>
      </w:pPr>
      <w:r w:rsidRPr="00D4501F">
        <w:rPr>
          <w:rFonts w:cs="Arial"/>
          <w:lang w:bidi="iu-Cans-CA"/>
        </w:rPr>
        <w:lastRenderedPageBreak/>
        <w:t>ᐊᑐᖅᑕᐅᔪᓐᓇᖅᑐᑦ ᕿᑐᕐᖓᐃᑦ ᓂᕆᑎᓐᓂᐊᕐᓗᒍ ᐳᒻᐳᒧᑦ / ᒥᓪᓗᐊᕈᑎᒧᑦ</w:t>
      </w:r>
    </w:p>
    <w:p w14:paraId="0DE39272" w14:textId="3F430451" w:rsidR="00AB73E7" w:rsidRPr="00D4501F" w:rsidRDefault="00CB5918" w:rsidP="00CB5918">
      <w:pPr>
        <w:pStyle w:val="ListNumber2"/>
        <w:numPr>
          <w:ilvl w:val="0"/>
          <w:numId w:val="35"/>
        </w:numPr>
      </w:pPr>
      <w:r w:rsidRPr="00CB5918">
        <w:rPr>
          <w:noProof/>
          <w:lang w:bidi="iu-Cans-CA"/>
        </w:rPr>
        <w:drawing>
          <wp:anchor distT="0" distB="0" distL="114300" distR="114300" simplePos="0" relativeHeight="251631104" behindDoc="0" locked="0" layoutInCell="1" allowOverlap="1" wp14:anchorId="7F7F09EC" wp14:editId="57F67BCD">
            <wp:simplePos x="0" y="0"/>
            <wp:positionH relativeFrom="column">
              <wp:posOffset>5119370</wp:posOffset>
            </wp:positionH>
            <wp:positionV relativeFrom="paragraph">
              <wp:posOffset>147320</wp:posOffset>
            </wp:positionV>
            <wp:extent cx="1485900" cy="2303780"/>
            <wp:effectExtent l="0" t="0" r="0" b="1270"/>
            <wp:wrapThrough wrapText="bothSides">
              <wp:wrapPolygon edited="0">
                <wp:start x="0" y="0"/>
                <wp:lineTo x="0" y="21433"/>
                <wp:lineTo x="21323" y="21433"/>
                <wp:lineTo x="21323" y="0"/>
                <wp:lineTo x="0" y="0"/>
              </wp:wrapPolygon>
            </wp:wrapThrough>
            <wp:docPr id="11818653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8">
                      <a:extLst>
                        <a:ext uri="{28A0092B-C50C-407E-A947-70E740481C1C}">
                          <a14:useLocalDpi xmlns:a14="http://schemas.microsoft.com/office/drawing/2010/main" val="0"/>
                        </a:ext>
                      </a:extLst>
                    </a:blip>
                    <a:srcRect t="412" r="35767"/>
                    <a:stretch>
                      <a:fillRect/>
                    </a:stretch>
                  </pic:blipFill>
                  <pic:spPr bwMode="auto">
                    <a:xfrm>
                      <a:off x="0" y="0"/>
                      <a:ext cx="1485900" cy="23037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B5918">
        <w:rPr>
          <w:lang w:bidi="iu-Cans-CA"/>
        </w:rPr>
        <w:t>ᐊᒡᒐᑎᑦ ᐅᐊᓴᖅᐸᒡᓗᒋᑦ</w:t>
      </w:r>
    </w:p>
    <w:p w14:paraId="77FC70F2" w14:textId="451F87B6" w:rsidR="00CB5918" w:rsidRDefault="005D0276" w:rsidP="00CB5918">
      <w:pPr>
        <w:pStyle w:val="ListNumber2"/>
        <w:numPr>
          <w:ilvl w:val="0"/>
          <w:numId w:val="35"/>
        </w:numPr>
      </w:pPr>
      <w:r w:rsidRPr="00D4501F">
        <w:rPr>
          <w:lang w:bidi="iu-Cans-CA"/>
        </w:rPr>
        <w:t xml:space="preserve">ᖃᐅᔨᒋᐊᕐᓗᒍ ᓱᓪᓗᑯᑖᑉ ᐃᓂᒋᔭᖓ </w:t>
      </w:r>
    </w:p>
    <w:p w14:paraId="29C7DFF4" w14:textId="2D543016" w:rsidR="00CB5918" w:rsidRDefault="005D0276" w:rsidP="00CB5918">
      <w:pPr>
        <w:pStyle w:val="ListNumber2"/>
        <w:numPr>
          <w:ilvl w:val="1"/>
          <w:numId w:val="35"/>
        </w:numPr>
      </w:pPr>
      <w:r w:rsidRPr="00CB5918">
        <w:rPr>
          <w:lang w:bidi="iu-Cans-CA"/>
        </w:rPr>
        <w:t>ᐆᒃᑐᕋᕐᓗᒍ ᓯᓚᑖᒍᑦ ᑕᑭᓂᖓ ᓱᓪᓗᓕᐅᑉ</w:t>
      </w:r>
    </w:p>
    <w:p w14:paraId="1B83578F" w14:textId="1D0AB892" w:rsidR="00AB73E7" w:rsidRPr="00D4501F" w:rsidRDefault="005D0276" w:rsidP="00CB5918">
      <w:pPr>
        <w:pStyle w:val="ListNumber2"/>
        <w:numPr>
          <w:ilvl w:val="1"/>
          <w:numId w:val="35"/>
        </w:numPr>
      </w:pPr>
      <w:r w:rsidRPr="00D4501F">
        <w:rPr>
          <w:lang w:bidi="iu-Cans-CA"/>
        </w:rPr>
        <w:t>ᖃᐅᔨᒋᐊᕐᓗᒍ pH-ᖓ ᐲᖅᓯᓂᒃᑯᑦ ᐊᕿᐊᕈᖓᑕ ᐃᓗᓕᖏᓐᓂᒃ ᑲᐴᑎᒧᑦ ᖃᐅᔨᓴᕐᓗᒋᓪᓗ pH-ᒧᑦ ᖃᐅᔨᓴᕈᑎᓄᑦ</w:t>
      </w:r>
    </w:p>
    <w:p w14:paraId="684A3DA2" w14:textId="77777777" w:rsidR="00CB5918" w:rsidRDefault="005D0276" w:rsidP="00CB5918">
      <w:pPr>
        <w:pStyle w:val="ListNumber2"/>
        <w:numPr>
          <w:ilvl w:val="0"/>
          <w:numId w:val="35"/>
        </w:numPr>
      </w:pPr>
      <w:r w:rsidRPr="00D4501F">
        <w:rPr>
          <w:lang w:bidi="iu-Cans-CA"/>
        </w:rPr>
        <w:t>ᖃᐅᔨᒋᐊᕐᓗᒍ ᐃᓱᓕᕝᕕᒃᓴᖓᑕ ᐅᓪᓗᖓ ᐃᒻᒧᖕᒥᑦ, ᐱᔭᕆᐊᖃᖅᐸᑦ. ᓂᒡᓕᓇᖅᑐᒃᑯᕕᖕᒦᑦᑐᖅ ᐃᒻᒧᒃ ᐆᓇᖅᓯᑎᓪᓗᒍ ᐃᒡᓗᕈᓯᐅᑉ ᐆᓇᕐᓂᖓᓄᑦ</w:t>
      </w:r>
    </w:p>
    <w:p w14:paraId="290914F6" w14:textId="77777777" w:rsidR="00CB5918" w:rsidRDefault="005D0276" w:rsidP="00CB5918">
      <w:pPr>
        <w:pStyle w:val="ListNumber2"/>
        <w:numPr>
          <w:ilvl w:val="0"/>
          <w:numId w:val="35"/>
        </w:numPr>
      </w:pPr>
      <w:r w:rsidRPr="00D4501F">
        <w:rPr>
          <w:lang w:bidi="iu-Cans-CA"/>
        </w:rPr>
        <w:t>ᑯᕕᓗᒍ ᓂᕿ ᐴᒃᓴᒧᑦ. ᐃᑲᕐᕋᑦ ᑎᓴᒪᑦ ᐅᖓᑖᓄᑦ ᐴᖅᓯᕙᙱᓪᓗᑎᑦ ᐊᑕᐅᑦᑎᒃᑯᑦ.</w:t>
      </w:r>
    </w:p>
    <w:p w14:paraId="50DFD4CC" w14:textId="77777777" w:rsidR="00CB5918" w:rsidRDefault="005D0276" w:rsidP="00CB5918">
      <w:pPr>
        <w:pStyle w:val="ListNumber2"/>
        <w:numPr>
          <w:ilvl w:val="0"/>
          <w:numId w:val="35"/>
        </w:numPr>
      </w:pPr>
      <w:r w:rsidRPr="00D4501F">
        <w:rPr>
          <w:lang w:bidi="iu-Cans-CA"/>
        </w:rPr>
        <w:t>ᓂᓘᖓᑎᓪᓗᒍ ᓂᕆᑎᑦᑎᔾᔪᑎ ᐳᖅ ᓇᐸᖅᑯᑎᒧᑦ. ᓈᒻᒪᒃᑐᒥᒃ ᓂᕆᑎᑦᑎᔪᒪᒍᕕᑦ, ᓂᓘᖓᑎᓪᓗᒍ ᐳᖅ ᐅᖓᓯᓐᓂᖃᕐᓗᓂ ᖁᓛᓂᑦ ᐳᒻᐳᒥᑦ ᐃᒪᖓᑕ ᖁᑦᑎᕐᓂᖓᓄᑦ ᐳᖅᒥ 10 ᐃᓐᓯᓂᒃ. ᑲᑉᐳᑎᓗᒍ ᑲᓵᑦ (cassette) ᐳᒻᐳᒧᑦ</w:t>
      </w:r>
    </w:p>
    <w:p w14:paraId="2A3D9C7A" w14:textId="77777777" w:rsidR="00CB5918" w:rsidRDefault="005D0276" w:rsidP="00CB5918">
      <w:pPr>
        <w:pStyle w:val="ListNumber2"/>
        <w:numPr>
          <w:ilvl w:val="0"/>
          <w:numId w:val="35"/>
        </w:numPr>
      </w:pPr>
      <w:r w:rsidRPr="00D4501F">
        <w:rPr>
          <w:lang w:bidi="iu-Cans-CA"/>
        </w:rPr>
        <w:t>ᖃᐅᔨᒪᒋᐊᕐᓗᒍ ᒥᓪᓗᐊᕈᑎ ᑲᑉᐳᑎᓯᒪᒐᓗᐊᕐᒪᖔᑦ ᑲᑉᐳᔾᔭᕐᕕᖕᒧᑦ ᓈᒻᒪᒃᑐᒥᒡᓘᓐᓃᑦ ᓴᙱᒃᑎᓴᖅᓯᒪᒐᓗᐊᕐᒪᖔᑦ</w:t>
      </w:r>
    </w:p>
    <w:p w14:paraId="1F500D8E" w14:textId="77777777" w:rsidR="00CB5918" w:rsidRDefault="005D0276" w:rsidP="00CB5918">
      <w:pPr>
        <w:pStyle w:val="ListNumber2"/>
        <w:numPr>
          <w:ilvl w:val="0"/>
          <w:numId w:val="35"/>
        </w:numPr>
      </w:pPr>
      <w:r w:rsidRPr="00D4501F">
        <w:rPr>
          <w:lang w:bidi="iu-Cans-CA"/>
        </w:rPr>
        <w:t>ᓱᓪᓗᓕᖕᒥᒃ ᒥᓪᓗᐊᖅᓯᓂᖅ ᒥᓪᓗᐊᕈᑎᒧᑦ. ᓱᓪᓗᓕᖕᒥᒃ ᒥᓪᓗᐊᖅᓯᓂᖅ ᐱᕕᖃᖅᑎᑦᑎᕗᖅ ᐊᓂᖅᓵᖅᑐᒐᕐᒥᒃ/ᐊᓂᕐᓂᕐᒥᒃ ᐱᖅᓯᔪᓐᓇᕐᓂᕐᒥᒃ ᕿᑐᕐᖓᐃᑦ ᐊᑭᐊᕈᖓᓄᐊᖁᓇᒍ</w:t>
      </w:r>
    </w:p>
    <w:p w14:paraId="0D712D74" w14:textId="49D49325" w:rsidR="00CB5918" w:rsidRDefault="00CB5918" w:rsidP="00CB5918">
      <w:pPr>
        <w:pStyle w:val="ListNumber2"/>
        <w:numPr>
          <w:ilvl w:val="0"/>
          <w:numId w:val="35"/>
        </w:numPr>
      </w:pPr>
      <w:r w:rsidRPr="00D4501F">
        <w:rPr>
          <w:noProof/>
          <w:lang w:bidi="iu-Cans-CA"/>
        </w:rPr>
        <w:drawing>
          <wp:anchor distT="0" distB="0" distL="114300" distR="114300" simplePos="0" relativeHeight="251629056" behindDoc="0" locked="0" layoutInCell="1" allowOverlap="1" wp14:anchorId="1A160248" wp14:editId="32F4A810">
            <wp:simplePos x="0" y="0"/>
            <wp:positionH relativeFrom="column">
              <wp:posOffset>3706938</wp:posOffset>
            </wp:positionH>
            <wp:positionV relativeFrom="paragraph">
              <wp:posOffset>306070</wp:posOffset>
            </wp:positionV>
            <wp:extent cx="3200400" cy="2133600"/>
            <wp:effectExtent l="0" t="0" r="0" b="0"/>
            <wp:wrapThrough wrapText="bothSides">
              <wp:wrapPolygon edited="0">
                <wp:start x="0" y="0"/>
                <wp:lineTo x="0" y="21407"/>
                <wp:lineTo x="21471" y="21407"/>
                <wp:lineTo x="21471" y="0"/>
                <wp:lineTo x="0" y="0"/>
              </wp:wrapPolygon>
            </wp:wrapThrough>
            <wp:docPr id="1363188273" name="Picture 1" descr="A digital device with a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digital device with a screen&#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200400" cy="2133600"/>
                    </a:xfrm>
                    <a:prstGeom prst="rect">
                      <a:avLst/>
                    </a:prstGeom>
                    <a:noFill/>
                    <a:ln>
                      <a:noFill/>
                    </a:ln>
                  </pic:spPr>
                </pic:pic>
              </a:graphicData>
            </a:graphic>
            <wp14:sizeRelH relativeFrom="page">
              <wp14:pctWidth>0</wp14:pctWidth>
            </wp14:sizeRelH>
            <wp14:sizeRelV relativeFrom="page">
              <wp14:pctHeight>0</wp14:pctHeight>
            </wp14:sizeRelV>
          </wp:anchor>
        </w:drawing>
      </w:r>
      <w:r w:rsidR="004F3D47" w:rsidRPr="00D4501F">
        <w:rPr>
          <w:lang w:bidi="iu-Cans-CA"/>
        </w:rPr>
        <w:t>ᐋᖅᑭᒃᓯᓗᑎᑦ ᖃᓄᖅ ᐊᖏᑎᒋᔪᒥᒃ ᓂᕆᑎᑦᑎᖃᑦᑕᕋᔭᕐᒪᖔᑦ ᑕᐃᒪᐃᑦᑕᕆᐊᖃᖅᐸᑦ. ᕿᑐᕐᖓᐃᑦ ᓂᕆᑎᑕᐅᔪᓐᓇᖅᑐᖅ ᑲᔪᓰᓐᓇᖅᑐᒃᑯᑦ ᐅᕝᕙᓘᓐᓃᑦ ᖃᑯᑎᒃᑯᑦ.</w:t>
      </w:r>
    </w:p>
    <w:p w14:paraId="5A225667" w14:textId="2A779D26" w:rsidR="00CB5918" w:rsidRPr="00CB5918" w:rsidRDefault="005D0276" w:rsidP="00CB5918">
      <w:pPr>
        <w:pStyle w:val="ListNumber2"/>
        <w:numPr>
          <w:ilvl w:val="0"/>
          <w:numId w:val="35"/>
        </w:numPr>
      </w:pPr>
      <w:r w:rsidRPr="00CB5918">
        <w:rPr>
          <w:rFonts w:cs="Arial"/>
          <w:lang w:bidi="iu-Cans-CA"/>
        </w:rPr>
        <w:t xml:space="preserve">ᑯᕕᑎᑉᐸᓪᓗᒍ ᓱᓪᓗᓕᒃ ᐊᑐᖅᑕᐅᖁᔭᐅᔪᖅ ᒪᓕᓪᓗᒍ ᐊᑦᑕᑕᖅᑎᑕᐅᙱᓐᓂᖓᓂ ᓱᓪᓗᓕᖕᒧᑦ. </w:t>
      </w:r>
    </w:p>
    <w:p w14:paraId="5EB1110E" w14:textId="77777777" w:rsidR="00CB5918" w:rsidRPr="00CB5918" w:rsidRDefault="005D0276" w:rsidP="00CB5918">
      <w:pPr>
        <w:pStyle w:val="ListNumber2"/>
        <w:numPr>
          <w:ilvl w:val="0"/>
          <w:numId w:val="35"/>
        </w:numPr>
      </w:pPr>
      <w:r w:rsidRPr="00CB5918">
        <w:rPr>
          <w:rFonts w:cs="Arial"/>
          <w:lang w:bidi="iu-Cans-CA"/>
        </w:rPr>
        <w:t>ᑲᑉᐳᑎᓗᒍ ᓱᓪᓗᓕᐅᑉ ᓄᕗᖓ ᓂᕆᑎᑦᑎᔾᔪᑎᒧᑦ ᓱᓪᓗᓕᖕᒧᑦ.</w:t>
      </w:r>
    </w:p>
    <w:p w14:paraId="7D57B71E" w14:textId="1188915B" w:rsidR="00CB5918" w:rsidRPr="00CB5918" w:rsidRDefault="005D0276" w:rsidP="00CB5918">
      <w:pPr>
        <w:pStyle w:val="ListNumber2"/>
        <w:numPr>
          <w:ilvl w:val="0"/>
          <w:numId w:val="35"/>
        </w:numPr>
      </w:pPr>
      <w:r w:rsidRPr="00CB5918">
        <w:rPr>
          <w:rFonts w:cs="Arial"/>
          <w:lang w:bidi="iu-Cans-CA"/>
        </w:rPr>
        <w:t>ᕿᑐᕐᖓᒪ ᓂᕆᑎᑕᐅᓂᖓᑕ ᓱᒃᑲᓂᖓ ___________ ᐊᑯᓂᐅᑎᒋᓂᖓ ᓂᕆᑎᑕᐅᓂᖓᑕ _______.</w:t>
      </w:r>
    </w:p>
    <w:p w14:paraId="59395BC8" w14:textId="25C7CEDD" w:rsidR="00AB73E7" w:rsidRPr="00CB5918" w:rsidRDefault="005D0276" w:rsidP="00CB5918">
      <w:pPr>
        <w:pStyle w:val="ListNumber2"/>
        <w:numPr>
          <w:ilvl w:val="0"/>
          <w:numId w:val="35"/>
        </w:numPr>
      </w:pPr>
      <w:r w:rsidRPr="00CB5918">
        <w:rPr>
          <w:rFonts w:cs="Arial"/>
          <w:lang w:bidi="iu-Cans-CA"/>
        </w:rPr>
        <w:t>ᓂᕆᑎᓪᓗᒍ, ᕿᑐᕐᖓᐃᑦ ᑲᒪᒋᔭᐅᔭᕆᐊᖃᖅᐳᖅ ᐃᒃᓯᕙᑦᑎᐊᕐᓗᓂ, ᓯᕕᖓᔮᕐᓗᓂ. ᐃᓛᖏᑦ ᓄᑕᖅᑲᑦ ᒥᕆᐊᑲᑕᖕᓂᖅᓴᐅᑐᐃᓐᓇᕆᐊᓕᑦ ᓂᕆᑎᓪᓗᒋᑦ, ᕿᑐᕐᖓᐃᑦ ᑕᐃᒪᐃᑉᐸᑦ ᐃᒃᓯᕙᑎᑦᑎᐊᕐᓗᒍ ᓂᕆᑎᓪᓗᒍ.</w:t>
      </w:r>
    </w:p>
    <w:p w14:paraId="0882FBF3" w14:textId="2918FB00" w:rsidR="00AB73E7" w:rsidRPr="00D4501F" w:rsidRDefault="005D0276">
      <w:pPr>
        <w:rPr>
          <w:rFonts w:ascii="Arial" w:hAnsi="Arial" w:cs="Arial"/>
        </w:rPr>
      </w:pPr>
      <w:r w:rsidRPr="00D4501F">
        <w:rPr>
          <w:rFonts w:ascii="Arial" w:eastAsia="Arial" w:hAnsi="Arial" w:cs="Arial"/>
          <w:lang w:bidi="iu-Cans-CA"/>
        </w:rPr>
        <w:t>ᕿᑐᕐᖓᐃᑦ ᓂᕆᓰᓐᓇᖅᐸᑦ, ᐅᖃᓪᓚᖃᑎᒋᓗᒍ ᐃᑲᔪᖅᑎ ᖃᓄᖅ ᐊᑲᐅᓛᖑᓇᔭᕐᒪᖔᑦ ᕿᑐᕐᖓᐃᑦ ᐅᓐᓄᐊᒃᑯᑦ ᓂᕆᑎᓪᓗᒍ. ᒥᓪᓗᐊᕈᑎᒥᒃ ᐋᖅᑭᒃᓱᐃᓇᓱᐊᕐᓂᕐᒧᑦ ᑕᕐᓂᔭᒃᓴᑦ ᓴᓇᕝᕕᒋᔭᓂᓐᖔᖅᑐᑦ ᐱᔪᓐᓇᖅᑎᑕᐅᑉᐸᑕ: OMNI - ᐋᖅᑭᒃᓱᐃᓇᓱᐊᕐᓂᖅ ᑕᕐᓂᔭᒃᓴᓕᐊᓂᑦ | Cardinal ᐋᓐᓂᐊᖃᕐᓇᙱᑦᑐᓕᕆᔨᒃᑯᑦ ᑲᓇᑕᒥ</w:t>
      </w:r>
    </w:p>
    <w:p w14:paraId="24084929" w14:textId="49B216CE" w:rsidR="00AB73E7" w:rsidRPr="00D4501F" w:rsidRDefault="005D0276">
      <w:pPr>
        <w:rPr>
          <w:rFonts w:ascii="Arial" w:hAnsi="Arial" w:cs="Arial"/>
        </w:rPr>
      </w:pPr>
      <w:r w:rsidRPr="00D4501F">
        <w:rPr>
          <w:rFonts w:ascii="Arial" w:eastAsia="Arial" w:hAnsi="Arial" w:cs="Arial"/>
          <w:lang w:bidi="iu-Cans-CA"/>
        </w:rPr>
        <w:t>ᒥᓪᓗᐊᕈᑎᒋᔭᐃᑦ _________________________</w:t>
      </w:r>
    </w:p>
    <w:p w14:paraId="6B4D97F4" w14:textId="755C489C" w:rsidR="00A14182" w:rsidRPr="00D4501F" w:rsidRDefault="00A14182">
      <w:pPr>
        <w:rPr>
          <w:rFonts w:ascii="Arial" w:hAnsi="Arial" w:cs="Arial"/>
        </w:rPr>
      </w:pPr>
    </w:p>
    <w:p w14:paraId="0E979234" w14:textId="565DBAF8" w:rsidR="00CB5918" w:rsidRDefault="00CB5918">
      <w:pPr>
        <w:rPr>
          <w:rFonts w:ascii="Arial" w:hAnsi="Arial" w:cs="Arial"/>
        </w:rPr>
      </w:pPr>
      <w:r>
        <w:rPr>
          <w:rFonts w:ascii="Arial" w:eastAsia="Arial" w:hAnsi="Arial" w:cs="Arial"/>
          <w:lang w:bidi="iu-Cans-CA"/>
        </w:rPr>
        <w:br w:type="page"/>
      </w:r>
    </w:p>
    <w:p w14:paraId="6CEB5FFE" w14:textId="09FCB427" w:rsidR="00AB73E7" w:rsidRPr="00D4501F" w:rsidRDefault="00E9416F">
      <w:pPr>
        <w:pStyle w:val="Heading1"/>
        <w:rPr>
          <w:rFonts w:cs="Arial"/>
        </w:rPr>
      </w:pPr>
      <w:r w:rsidRPr="00D4501F">
        <w:rPr>
          <w:rFonts w:cs="Arial"/>
          <w:noProof/>
          <w:lang w:bidi="iu-Cans-CA"/>
        </w:rPr>
        <w:lastRenderedPageBreak/>
        <w:drawing>
          <wp:anchor distT="0" distB="0" distL="114300" distR="114300" simplePos="0" relativeHeight="251627008" behindDoc="1" locked="0" layoutInCell="1" allowOverlap="1" wp14:anchorId="24C13242" wp14:editId="37D6EECE">
            <wp:simplePos x="0" y="0"/>
            <wp:positionH relativeFrom="column">
              <wp:posOffset>4724651</wp:posOffset>
            </wp:positionH>
            <wp:positionV relativeFrom="paragraph">
              <wp:posOffset>61167</wp:posOffset>
            </wp:positionV>
            <wp:extent cx="2089150" cy="1392555"/>
            <wp:effectExtent l="0" t="0" r="6350" b="4445"/>
            <wp:wrapSquare wrapText="bothSides"/>
            <wp:docPr id="4" name="Picture 2" descr="A close up of a iv ba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close up of a iv bag&#10;&#10;AI-generated content may be incorrec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89150" cy="1392555"/>
                    </a:xfrm>
                    <a:prstGeom prst="rect">
                      <a:avLst/>
                    </a:prstGeom>
                    <a:noFill/>
                    <a:ln>
                      <a:noFill/>
                    </a:ln>
                  </pic:spPr>
                </pic:pic>
              </a:graphicData>
            </a:graphic>
            <wp14:sizeRelH relativeFrom="page">
              <wp14:pctWidth>0</wp14:pctWidth>
            </wp14:sizeRelH>
            <wp14:sizeRelV relativeFrom="page">
              <wp14:pctHeight>0</wp14:pctHeight>
            </wp14:sizeRelV>
          </wp:anchor>
        </w:drawing>
      </w:r>
      <w:r w:rsidR="004F3D47" w:rsidRPr="00D4501F">
        <w:rPr>
          <w:rFonts w:cs="Arial"/>
          <w:lang w:bidi="iu-Cans-CA"/>
        </w:rPr>
        <w:t>ᐊᑐᖅᑕᐅᔪᒃᓴᑦ ᕿᑐᕐᖓᐃᑦ ᓂᕆᑎᓐᓂᐊᕐᓗᒍ ᐅᖁᒪᐃᓐᓂᒃᑯᑦ</w:t>
      </w:r>
    </w:p>
    <w:p w14:paraId="1CCE72A9" w14:textId="3C2FC773" w:rsidR="00AB73E7" w:rsidRPr="00D4501F" w:rsidRDefault="005D0276" w:rsidP="00CB5918">
      <w:pPr>
        <w:pStyle w:val="ListNumber2"/>
        <w:numPr>
          <w:ilvl w:val="0"/>
          <w:numId w:val="36"/>
        </w:numPr>
      </w:pPr>
      <w:r w:rsidRPr="00D4501F">
        <w:rPr>
          <w:lang w:bidi="iu-Cans-CA"/>
        </w:rPr>
        <w:t xml:space="preserve">ᐊᒡᒐᑎᑦ ᐅᐊᓴᖅᐸᒡᓗᒋᑦ </w:t>
      </w:r>
    </w:p>
    <w:p w14:paraId="371179B6" w14:textId="3B95199C" w:rsidR="00AB73E7" w:rsidRPr="00304CEC" w:rsidRDefault="005D0276" w:rsidP="00CB5918">
      <w:pPr>
        <w:pStyle w:val="ListNumber2"/>
        <w:numPr>
          <w:ilvl w:val="0"/>
          <w:numId w:val="36"/>
        </w:numPr>
      </w:pPr>
      <w:r w:rsidRPr="00304CEC">
        <w:rPr>
          <w:lang w:bidi="iu-Cans-CA"/>
        </w:rPr>
        <w:t xml:space="preserve">ᖃᐅᔨᒋᐊᕐᓗᒍ ᓱᓪᓗᑯᑖᑉ ᐃᓂᒋᔭᖓ </w:t>
      </w:r>
    </w:p>
    <w:p w14:paraId="34771D6D" w14:textId="7EF1B4F1" w:rsidR="00AB73E7" w:rsidRPr="00304CEC" w:rsidRDefault="005D0276" w:rsidP="00CB5918">
      <w:pPr>
        <w:pStyle w:val="ListNumber2"/>
        <w:numPr>
          <w:ilvl w:val="1"/>
          <w:numId w:val="36"/>
        </w:numPr>
      </w:pPr>
      <w:r w:rsidRPr="00304CEC">
        <w:rPr>
          <w:lang w:bidi="iu-Cans-CA"/>
        </w:rPr>
        <w:t>ᐆᒃᑐᕋᕐᓗᒍ ᓯᓚᑖᒍᑦ ᑕᑭᓂᖓ ᓱᓪᓗᓕᐅᑉ</w:t>
      </w:r>
    </w:p>
    <w:p w14:paraId="58B09E10" w14:textId="72C33A1D" w:rsidR="00AB73E7" w:rsidRPr="00304CEC" w:rsidRDefault="005D0276" w:rsidP="00CB5918">
      <w:pPr>
        <w:pStyle w:val="ListNumber2"/>
        <w:numPr>
          <w:ilvl w:val="1"/>
          <w:numId w:val="36"/>
        </w:numPr>
      </w:pPr>
      <w:r w:rsidRPr="00304CEC">
        <w:rPr>
          <w:lang w:bidi="iu-Cans-CA"/>
        </w:rPr>
        <w:t>ᖃᐅᔨᒋᐊᕐᓗᒍ pH-ᖓ ᐲᖅᓯᓂᒃᑯᑦ ᐊᕿᐊᕈᖓᑕ ᐃᓗᓕᖏᓐᓂᒃ ᑲᐴᑎᒧᑦ ᖃᐅᔨᓴᕐᓗᒋᓪᓗ pH-ᒧᑦ ᖃᐅᔨᓴᕈᑎᓄᑦ</w:t>
      </w:r>
    </w:p>
    <w:p w14:paraId="0AAC9FE3" w14:textId="5D7998A5" w:rsidR="00AB73E7" w:rsidRPr="00304CEC" w:rsidRDefault="00E9416F" w:rsidP="00CB5918">
      <w:pPr>
        <w:pStyle w:val="ListNumber2"/>
        <w:numPr>
          <w:ilvl w:val="0"/>
          <w:numId w:val="36"/>
        </w:numPr>
      </w:pPr>
      <w:r w:rsidRPr="00D4501F">
        <w:rPr>
          <w:noProof/>
          <w:lang w:bidi="iu-Cans-CA"/>
        </w:rPr>
        <w:drawing>
          <wp:anchor distT="0" distB="0" distL="114300" distR="114300" simplePos="0" relativeHeight="251639296" behindDoc="1" locked="0" layoutInCell="1" allowOverlap="1" wp14:anchorId="0F9CAAE4" wp14:editId="4DDCE8B0">
            <wp:simplePos x="0" y="0"/>
            <wp:positionH relativeFrom="column">
              <wp:posOffset>3832860</wp:posOffset>
            </wp:positionH>
            <wp:positionV relativeFrom="paragraph">
              <wp:posOffset>292735</wp:posOffset>
            </wp:positionV>
            <wp:extent cx="3077845" cy="2048510"/>
            <wp:effectExtent l="0" t="0" r="8255" b="889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21"/>
                    <a:stretch>
                      <a:fillRect/>
                    </a:stretch>
                  </pic:blipFill>
                  <pic:spPr bwMode="auto">
                    <a:xfrm>
                      <a:off x="0" y="0"/>
                      <a:ext cx="3077845" cy="20485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04CEC">
        <w:rPr>
          <w:lang w:bidi="iu-Cans-CA"/>
        </w:rPr>
        <w:t>ᖃᐅᔨᒋᐊᕐᓗᒍ ᐃᓱᓕᕝᕕᒃᓴᖓᑕ ᐅᓪᓗᖓ ᐃᒻᒧᖕᒥᑦ, ᐱᔭᕆᐊᖃᖅᐸᑦ. ᓂᒡᓕᓇᖅᑐᒃᑯᕕᖕᒦᑦᑐᖅ ᐃᒻᒧᒃ ᐆᓇᖅᓯᑎᓪᓗᒍ ᐃᒡᓗᕈᓯᐅᑉ ᐆᓇᕐᓂᖓᓄᑦ</w:t>
      </w:r>
    </w:p>
    <w:p w14:paraId="62C6D2A5" w14:textId="3B985174" w:rsidR="00CB5918" w:rsidRPr="00CB5918" w:rsidRDefault="004F3D47" w:rsidP="00CB5918">
      <w:pPr>
        <w:pStyle w:val="ListNumber2"/>
        <w:numPr>
          <w:ilvl w:val="0"/>
          <w:numId w:val="36"/>
        </w:numPr>
        <w:rPr>
          <w:rFonts w:cs="Arial"/>
        </w:rPr>
      </w:pPr>
      <w:r w:rsidRPr="00D4501F">
        <w:rPr>
          <w:rFonts w:cs="Arial"/>
          <w:lang w:bidi="iu-Cans-CA"/>
        </w:rPr>
        <w:t xml:space="preserve">ᑯᕕᓗᒍ ᓂᕿ ᐴᒃᓴᒧᑦ. ᐃᑲᕐᕋᑦ ᑎᓴᒪᑦ ᐅᖓᑖᓄᑦ ᐴᖅᓯᕙᙱᓪᓗᑎᑦ ᐊᑕᐅᑦᑎᒃᑯᑦ. </w:t>
      </w:r>
    </w:p>
    <w:p w14:paraId="122125C9" w14:textId="126D98B8" w:rsidR="00CB5918" w:rsidRDefault="005D0276" w:rsidP="00CB5918">
      <w:pPr>
        <w:pStyle w:val="ListNumber2"/>
        <w:numPr>
          <w:ilvl w:val="0"/>
          <w:numId w:val="36"/>
        </w:numPr>
        <w:rPr>
          <w:rFonts w:cs="Arial"/>
        </w:rPr>
      </w:pPr>
      <w:r w:rsidRPr="00CB5918">
        <w:rPr>
          <w:rFonts w:cs="Arial"/>
          <w:lang w:bidi="iu-Cans-CA"/>
        </w:rPr>
        <w:t>ᓂᓘᖓᑎᓪᓗᒍ ᓂᕆᑎᑦᑎᔾᔪᑎ ᐳᖅ ᕿᑐᕐᖓᐃᑦ ᓂᐊᖁᖓᓂᒃ ᖁᑦᑎᓐᓂᖅᓴᐅᓗᓂ</w:t>
      </w:r>
    </w:p>
    <w:p w14:paraId="6C8A7F4A" w14:textId="0AC0F613" w:rsidR="00CB5918" w:rsidRDefault="00E9416F" w:rsidP="00CB5918">
      <w:pPr>
        <w:pStyle w:val="ListNumber2"/>
        <w:numPr>
          <w:ilvl w:val="0"/>
          <w:numId w:val="36"/>
        </w:numPr>
        <w:rPr>
          <w:rFonts w:cs="Arial"/>
        </w:rPr>
      </w:pPr>
      <w:r w:rsidRPr="00D4501F">
        <w:rPr>
          <w:noProof/>
          <w:lang w:bidi="iu-Cans-CA"/>
        </w:rPr>
        <w:drawing>
          <wp:anchor distT="0" distB="0" distL="114300" distR="114300" simplePos="0" relativeHeight="251637248" behindDoc="0" locked="0" layoutInCell="1" allowOverlap="1" wp14:anchorId="150CB10E" wp14:editId="731F35E3">
            <wp:simplePos x="0" y="0"/>
            <wp:positionH relativeFrom="column">
              <wp:posOffset>248285</wp:posOffset>
            </wp:positionH>
            <wp:positionV relativeFrom="paragraph">
              <wp:posOffset>648335</wp:posOffset>
            </wp:positionV>
            <wp:extent cx="2912110" cy="1947545"/>
            <wp:effectExtent l="0" t="0" r="0" b="0"/>
            <wp:wrapTopAndBottom/>
            <wp:docPr id="448327463" name="Picture 448327463" descr="A close-up of a dev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up of a device&#10;&#10;AI-generated content may be incorrec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12110" cy="1947545"/>
                    </a:xfrm>
                    <a:prstGeom prst="rect">
                      <a:avLst/>
                    </a:prstGeom>
                    <a:noFill/>
                    <a:ln>
                      <a:noFill/>
                    </a:ln>
                  </pic:spPr>
                </pic:pic>
              </a:graphicData>
            </a:graphic>
            <wp14:sizeRelH relativeFrom="page">
              <wp14:pctWidth>0</wp14:pctWidth>
            </wp14:sizeRelH>
            <wp14:sizeRelV relativeFrom="page">
              <wp14:pctHeight>0</wp14:pctHeight>
            </wp14:sizeRelV>
          </wp:anchor>
        </w:drawing>
      </w:r>
      <w:r w:rsidR="004F3D47" w:rsidRPr="00CB5918">
        <w:rPr>
          <w:rFonts w:cs="Arial"/>
          <w:lang w:bidi="iu-Cans-CA"/>
        </w:rPr>
        <w:t xml:space="preserve">ᑕᑕᑎᕐᓗᒍ ᑯᕕᑦᑕᕐᕕᒃ ½-ᒥᒃ ᓱᒃᑲᐃᑦᑐᒃᑯᑦ ᒪᑐᐃᖅᓯᓗᑎᑦ ᖁᐊᖅᑎᑎᔾᔪᑎᒥᒃ. ᐊᒃᓴᓗᐊᓄᑦ ᓇᕿᑦᑕᐅᑎᖓ ᐃᓚᐃᓐᓇᖓᓂ ᒪᑐᐃᖅᑎᓪᓗᒍ, ᓱᓪᓗᓕᖓ ᐱᒋᐊᖅᑎᓪᓗᒍ ᐊᓂᕐᓂᖃᕐᓇᕈᓐᓃᖅᑎᓪᓗᒍ. </w:t>
      </w:r>
    </w:p>
    <w:p w14:paraId="4A984B18" w14:textId="62B311DB" w:rsidR="00CB5918" w:rsidRDefault="005D0276" w:rsidP="00CB5918">
      <w:pPr>
        <w:pStyle w:val="ListNumber2"/>
        <w:numPr>
          <w:ilvl w:val="0"/>
          <w:numId w:val="36"/>
        </w:numPr>
        <w:rPr>
          <w:rFonts w:cs="Arial"/>
        </w:rPr>
      </w:pPr>
      <w:r w:rsidRPr="00CB5918">
        <w:rPr>
          <w:rFonts w:cs="Arial"/>
          <w:lang w:bidi="iu-Cans-CA"/>
        </w:rPr>
        <w:t xml:space="preserve">ᑯᕕᑎᑉᐸᓪᓗᒍ ᓱᓪᓗᓕᒃ ᐊᑐᖅᑕᐅᖁᔭᐅᔪᖅ ᒪᓕᓪᓗᒍ ᐊᑦᑕᑕᖅᑎᑕᐅᙱᓐᓂᖓᓂ ᓱᓪᓗᓕᖕᒧᑦ. </w:t>
      </w:r>
    </w:p>
    <w:p w14:paraId="4E0D5750" w14:textId="39DDCDAD" w:rsidR="00CB5918" w:rsidRDefault="005D0276" w:rsidP="00CB5918">
      <w:pPr>
        <w:pStyle w:val="ListNumber2"/>
        <w:numPr>
          <w:ilvl w:val="0"/>
          <w:numId w:val="36"/>
        </w:numPr>
        <w:rPr>
          <w:rFonts w:cs="Arial"/>
        </w:rPr>
      </w:pPr>
      <w:r w:rsidRPr="00CB5918">
        <w:rPr>
          <w:rFonts w:cs="Arial"/>
          <w:lang w:bidi="iu-Cans-CA"/>
        </w:rPr>
        <w:t>ᑲᑉᐳᑎᓗᒍ ᓄᕗᖓ ᓂᕆᑎᑦᑎᔾᔪᑎᐅᑉ ᓱᓪᓗᓕᖓᓄᑦ</w:t>
      </w:r>
    </w:p>
    <w:p w14:paraId="08E0FE37" w14:textId="77777777" w:rsidR="00E9416F" w:rsidRDefault="005D0276" w:rsidP="00E9416F">
      <w:pPr>
        <w:pStyle w:val="ListNumber2"/>
        <w:numPr>
          <w:ilvl w:val="0"/>
          <w:numId w:val="36"/>
        </w:numPr>
        <w:rPr>
          <w:rFonts w:cs="Arial"/>
        </w:rPr>
      </w:pPr>
      <w:r w:rsidRPr="00CB5918">
        <w:rPr>
          <w:rFonts w:cs="Arial"/>
          <w:lang w:bidi="iu-Cans-CA"/>
        </w:rPr>
        <w:t>ᐊᑐᕐᓗᒍ ᐃᒻᒧᒃ ᐊᑐᐃᓐᓇᐅᑎᑕᐅᔪᖅ ᐊᒻᒪ ᖃᓄᖅ ᐊᑯᓂᐅᑎᒋᔪᖅ ᓂᕆᑎᑕᐅᔪᒪᖕᒪᖔᑦ, ᖃᐅᔨᒪᓕᕐᓗᒋᑦ ᑯᓯᖅᑕᖅᑐᑦ 1 ᒥᓂᑦᒥ</w:t>
      </w:r>
    </w:p>
    <w:p w14:paraId="7D3E8878" w14:textId="67682817" w:rsidR="00E9416F" w:rsidRDefault="005D0276" w:rsidP="00E9416F">
      <w:pPr>
        <w:pStyle w:val="ListNumber2"/>
        <w:numPr>
          <w:ilvl w:val="0"/>
          <w:numId w:val="0"/>
        </w:numPr>
        <w:ind w:left="360"/>
        <w:rPr>
          <w:rFonts w:cs="Arial"/>
          <w:b/>
          <w:bCs/>
        </w:rPr>
      </w:pPr>
      <w:r w:rsidRPr="00E9416F">
        <w:rPr>
          <w:rFonts w:cs="Arial"/>
          <w:b/>
          <w:lang w:bidi="iu-Cans-CA"/>
        </w:rPr>
        <w:t>ᑯᒋᖅᑕᖅᑐᑦ 1 ᒥᓂᑦᒥ= ᐊᑯᓂᐅᓂᖓ (ᒥᓂᑦ)/ᑲᑎᓪᓗᒍ ᐊᖏᓂᖓ (mL) × ᑯᒋᓐᓂᖓ (ᑯᒋᖅᑐᑦ/mL)</w:t>
      </w:r>
    </w:p>
    <w:p w14:paraId="757F6E1A" w14:textId="77777777" w:rsidR="00D428CA" w:rsidRDefault="00D428CA" w:rsidP="00E9416F">
      <w:pPr>
        <w:pStyle w:val="ListNumber2"/>
        <w:numPr>
          <w:ilvl w:val="0"/>
          <w:numId w:val="0"/>
        </w:numPr>
        <w:ind w:left="360"/>
        <w:rPr>
          <w:rFonts w:cs="Arial"/>
          <w:b/>
          <w:bCs/>
        </w:rPr>
      </w:pPr>
    </w:p>
    <w:p w14:paraId="30095031" w14:textId="21B7BAFE" w:rsidR="00D428CA" w:rsidRDefault="00D428CA" w:rsidP="00E9416F">
      <w:pPr>
        <w:pStyle w:val="ListNumber2"/>
        <w:numPr>
          <w:ilvl w:val="0"/>
          <w:numId w:val="0"/>
        </w:numPr>
        <w:ind w:left="360"/>
        <w:rPr>
          <w:rFonts w:cs="Arial"/>
          <w:b/>
          <w:bCs/>
        </w:rPr>
      </w:pPr>
      <w:r>
        <w:rPr>
          <w:rFonts w:cs="Arial"/>
          <w:b/>
          <w:lang w:bidi="iu-Cans-CA"/>
        </w:rPr>
        <w:t xml:space="preserve">ᕿᑐᕐᙵᕐᒪ </w:t>
      </w:r>
    </w:p>
    <w:p w14:paraId="4E1DBFB8" w14:textId="4E21A282" w:rsidR="00D428CA" w:rsidRPr="00E9416F" w:rsidRDefault="00D428CA" w:rsidP="00E9416F">
      <w:pPr>
        <w:pStyle w:val="ListNumber2"/>
        <w:numPr>
          <w:ilvl w:val="0"/>
          <w:numId w:val="0"/>
        </w:numPr>
        <w:ind w:left="360"/>
        <w:rPr>
          <w:rFonts w:cs="Arial"/>
        </w:rPr>
      </w:pPr>
      <w:r>
        <w:rPr>
          <w:rFonts w:cs="Arial"/>
          <w:b/>
          <w:lang w:bidi="iu-Cans-CA"/>
        </w:rPr>
        <w:t xml:space="preserve"> ᐊᑯᓂᐅᓂᖓ__________/ᑲᑎᓪᓗᒍ ᐊᖏᓂᖓ (mL)___________X ᑯᒋᓐᓂᖓ (ᑯᒋᖅᑐᑦ/mL)_________=ᑯᒋᖅᑕᖅᑐᑦ 1 ᒥᓂᑦᒥ________</w:t>
      </w:r>
    </w:p>
    <w:p w14:paraId="58757C42" w14:textId="77777777" w:rsidR="00E9416F" w:rsidRDefault="005D0276" w:rsidP="00E9416F">
      <w:pPr>
        <w:pStyle w:val="ListNumber2"/>
        <w:numPr>
          <w:ilvl w:val="0"/>
          <w:numId w:val="0"/>
        </w:numPr>
        <w:ind w:left="360"/>
        <w:rPr>
          <w:rFonts w:cs="Arial"/>
        </w:rPr>
      </w:pPr>
      <w:r w:rsidRPr="00E9416F">
        <w:rPr>
          <w:rFonts w:cs="Arial"/>
          <w:lang w:bidi="iu-Cans-CA"/>
        </w:rPr>
        <w:t>ᑯᒋᓐᓂᖓᑕ ᓈᓴᐅᑎᖓ ᓇᓂᔭᐅᔪᓐᓇᖅᐳᖅ ᐳᖅᒧᑦ ᐳᖅᒐᓂ. Gtts= ᑯᓯᖅᑕᑦ.</w:t>
      </w:r>
    </w:p>
    <w:p w14:paraId="16ABA5C5" w14:textId="77777777" w:rsidR="00E9416F" w:rsidRPr="00E9416F" w:rsidRDefault="005D0276" w:rsidP="00E9416F">
      <w:pPr>
        <w:pStyle w:val="ListNumber2"/>
        <w:numPr>
          <w:ilvl w:val="0"/>
          <w:numId w:val="36"/>
        </w:numPr>
        <w:rPr>
          <w:rFonts w:cs="Arial"/>
        </w:rPr>
      </w:pPr>
      <w:r w:rsidRPr="00D4501F">
        <w:rPr>
          <w:lang w:bidi="iu-Cans-CA"/>
        </w:rPr>
        <w:lastRenderedPageBreak/>
        <w:t xml:space="preserve">ᒪᑐᐃᕐᓗᒍ ᐊᒃᓴᓗᐊᓄᑦ ᓇᕿᑦᑕᐅᑎᖓ ᕿᑐᕐᖓᐃᑦ _____ </w:t>
      </w:r>
      <w:r w:rsidRPr="00D4501F">
        <w:rPr>
          <w:b/>
          <w:lang w:bidi="iu-Cans-CA"/>
        </w:rPr>
        <w:t xml:space="preserve">ᑯᓯᖃᑦᑕᓪᓗᐊᖅᑐᖅ ᒥᓂᑦᒥ.  </w:t>
      </w:r>
    </w:p>
    <w:p w14:paraId="2B632ED1" w14:textId="5374F6D7" w:rsidR="00E9416F" w:rsidRDefault="005D0276" w:rsidP="00E9416F">
      <w:pPr>
        <w:pStyle w:val="ListNumber2"/>
        <w:numPr>
          <w:ilvl w:val="0"/>
          <w:numId w:val="36"/>
        </w:numPr>
        <w:rPr>
          <w:rFonts w:cs="Arial"/>
        </w:rPr>
      </w:pPr>
      <w:r w:rsidRPr="00E9416F">
        <w:rPr>
          <w:rFonts w:cs="Arial"/>
          <w:lang w:bidi="iu-Cans-CA"/>
        </w:rPr>
        <w:t>ᓂᕆᑎᓪᓗᒍ, ᕿᑐᕐᖓᐃᑦ ᑲᒪᒋᔭᐅᔭᕆᐊᖃᖅᐳᖅ ᐃᒃᓯᕙᑦᑎᐊᕐᓗᓂ, ᓯᕕᖓᔮᕐᓗᓂ. ᐃᓛᖏᑦ ᓄᑕᖅᑲᑦ ᒥᕆᐊᑲᑕᖕᓂᖅᓴᐅᑐᐃᓐᓇᕆᐊᓕᑦ ᓂᕆᑎᓪᓗᒋᑦ, ᕿᑐᕐᖓᐃᑦ ᑕᐃᒪᐃᑉᐸᑦ ᐃᒃᓯᕙᑎᑦᑎᐊᕐᓗᒍ ᓂᕆᑎᓪᓗᒍ. ᕿᑐᕐᖓᐃᑦ ᐃᒃᓯᕙᕈᓐᓇᖅᐸᑦ ᖁᑦᑎᒃᑐᒥ ᐃᒃᓯᕙᐅᑕᒥ ᑖᓐᓇ ᐱᕕᒃᓴᑦᑎᐊᕙᐅᕗᖅ, ᑖᓐᓇᓗ ᓂᕆᑎᑕᐅᓂᖓ ᓂᕆᓐᓇᐅᑎᓪᓗᒍ ᐃᑲᔪᖅᑐᖅᑕᐅᑦᑎᐊᕐᓗᓂᓗ ᒪᑭᑦᑎᐊᕐᓗᓂᓗ.</w:t>
      </w:r>
    </w:p>
    <w:p w14:paraId="25446EBD" w14:textId="77777777" w:rsidR="00E9416F" w:rsidRDefault="00E9416F">
      <w:pPr>
        <w:rPr>
          <w:rFonts w:ascii="Arial" w:hAnsi="Arial" w:cs="Arial"/>
        </w:rPr>
      </w:pPr>
      <w:r>
        <w:rPr>
          <w:rFonts w:cs="Arial"/>
          <w:lang w:bidi="iu-Cans-CA"/>
        </w:rPr>
        <w:br w:type="page"/>
      </w:r>
    </w:p>
    <w:p w14:paraId="1707E118" w14:textId="7A86C9D1" w:rsidR="00AB73E7" w:rsidRPr="00D4501F" w:rsidRDefault="005D0276">
      <w:pPr>
        <w:pStyle w:val="Heading1"/>
        <w:rPr>
          <w:rFonts w:cs="Arial"/>
        </w:rPr>
      </w:pPr>
      <w:r w:rsidRPr="00D4501F">
        <w:rPr>
          <w:rFonts w:cs="Arial"/>
          <w:lang w:bidi="iu-Cans-CA"/>
        </w:rPr>
        <w:lastRenderedPageBreak/>
        <w:t>NG-ᒧᑦ ᐊᑐᖅᑕᐅᔪᒃᓴᓂᒃ ᓴᓗᒪᑎᑦᑎᓂᖅ ᐊᖏᕐᕋᒥ</w:t>
      </w:r>
    </w:p>
    <w:p w14:paraId="24530F0A" w14:textId="19C22E28" w:rsidR="00AB73E7" w:rsidRPr="00D4501F" w:rsidRDefault="00E9416F">
      <w:pPr>
        <w:pStyle w:val="Heading2"/>
        <w:rPr>
          <w:rFonts w:cs="Arial"/>
        </w:rPr>
      </w:pPr>
      <w:r w:rsidRPr="00D4501F">
        <w:rPr>
          <w:rFonts w:cs="Arial"/>
          <w:noProof/>
          <w:lang w:bidi="iu-Cans-CA"/>
        </w:rPr>
        <w:drawing>
          <wp:anchor distT="0" distB="0" distL="114300" distR="114300" simplePos="0" relativeHeight="251642368" behindDoc="0" locked="0" layoutInCell="1" allowOverlap="1" wp14:anchorId="148387FD" wp14:editId="5FAE01B3">
            <wp:simplePos x="0" y="0"/>
            <wp:positionH relativeFrom="column">
              <wp:posOffset>4782038</wp:posOffset>
            </wp:positionH>
            <wp:positionV relativeFrom="paragraph">
              <wp:posOffset>381147</wp:posOffset>
            </wp:positionV>
            <wp:extent cx="1949450" cy="1651000"/>
            <wp:effectExtent l="0" t="0" r="0" b="6350"/>
            <wp:wrapThrough wrapText="bothSides">
              <wp:wrapPolygon edited="0">
                <wp:start x="0" y="0"/>
                <wp:lineTo x="0" y="21434"/>
                <wp:lineTo x="21319" y="21434"/>
                <wp:lineTo x="21319" y="0"/>
                <wp:lineTo x="0" y="0"/>
              </wp:wrapPolygon>
            </wp:wrapThrough>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23"/>
                    <a:stretch>
                      <a:fillRect/>
                    </a:stretch>
                  </pic:blipFill>
                  <pic:spPr bwMode="auto">
                    <a:xfrm>
                      <a:off x="0" y="0"/>
                      <a:ext cx="1949450" cy="1651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4501F">
        <w:rPr>
          <w:rFonts w:cs="Arial"/>
          <w:lang w:bidi="iu-Cans-CA"/>
        </w:rPr>
        <w:t>ᓱᓪᓗᓕᖕᓂᒃ ᓴᓗᒻᒪᖅᓴᐃᓂᖅ</w:t>
      </w:r>
    </w:p>
    <w:p w14:paraId="2174CAC0" w14:textId="0CE073AB" w:rsidR="00AB73E7" w:rsidRPr="00D4501F" w:rsidRDefault="000715B5">
      <w:pPr>
        <w:rPr>
          <w:rFonts w:ascii="Arial" w:hAnsi="Arial" w:cs="Arial"/>
        </w:rPr>
      </w:pPr>
      <w:r w:rsidRPr="00D4501F">
        <w:rPr>
          <w:rFonts w:ascii="Arial" w:eastAsia="Arial" w:hAnsi="Arial" w:cs="Arial"/>
          <w:lang w:bidi="iu-Cans-CA"/>
        </w:rPr>
        <w:t xml:space="preserve">ᓂᕆᑎᑦᑎᔾᔪᑎᐅᑉ ᓱᓪᓗᓕᖓ ᓴᓗᒻᒪᖅᓴᖅᑕᐅᖃᑦᑕᓪᓗᐊᖅᑐᖅ ᖃᐅᑕᒫᑦ. </w:t>
      </w:r>
    </w:p>
    <w:p w14:paraId="1892F29B" w14:textId="40301E66" w:rsidR="00AB73E7" w:rsidRPr="00D4501F" w:rsidRDefault="005D0276">
      <w:pPr>
        <w:rPr>
          <w:rFonts w:ascii="Arial" w:hAnsi="Arial" w:cs="Arial"/>
        </w:rPr>
      </w:pPr>
      <w:r w:rsidRPr="00D4501F">
        <w:rPr>
          <w:rFonts w:ascii="Arial" w:eastAsia="Arial" w:hAnsi="Arial" w:cs="Arial"/>
          <w:lang w:bidi="iu-Cans-CA"/>
        </w:rPr>
        <w:t>ᕿᑐᙵᖅᐱᑦ ᓱᓪᓗᓕᖓ ᐲᖅᑕᐅᒃᐸᑦ ᐊᑐᖅᑕᐅᙱᓪᓗᓂᓗ ᑕᖅᑭᐅᑉ ᐅᖓᑖᓄᑦ, ᓱᓪᓗᓕᖓ ᓴᓗᒻᒪᖅᓴᖅᑕᐅᔪᓐᓇᖅᐳᖅ ᐴᖅᑕᐅᒃᑲᓐᓂᕐᓗᓂᓗ</w:t>
      </w:r>
    </w:p>
    <w:p w14:paraId="4BDB69C2" w14:textId="3492C79A" w:rsidR="000715B5" w:rsidRPr="00D4501F" w:rsidRDefault="005D0276">
      <w:pPr>
        <w:rPr>
          <w:rFonts w:ascii="Arial" w:hAnsi="Arial" w:cs="Arial"/>
        </w:rPr>
      </w:pPr>
      <w:r w:rsidRPr="00D4501F">
        <w:rPr>
          <w:rFonts w:ascii="Arial" w:eastAsia="Arial" w:hAnsi="Arial" w:cs="Arial"/>
          <w:lang w:bidi="iu-Cans-CA"/>
        </w:rPr>
        <w:t>ᐋᓐᓂᐊᕕᖕᒥ, ᐃᖅᑲᓇᐃᔭᖅᑎᑦ ᐊᑐᕐᓂᖅᓴᐅᕗᑦ ᐃᒋᑕᒃᓴᐅᔪᓂᒃ ᓂᕆᑎᑦᑎᓂᐊᕐᓗᓂ ᐊᔾᔨᒌᙱᕈᓘᔭᖅᑐᓂᒃ ᐱᔾᔪᑎᖃᖅᑐᑎᒃ. ᐊᖏᕐᕋᒥ, ᖁᐊᕐᓵᕐᓇᙱᓚᖅ ᐊᑐᕆᐊᒃᓴᖅ ᓂᕆᑎᑦᑎᔾᔪᑕᐅᕙᒃᑐᓂᒃ ᐊᑕᐅᓯᐊᙱᓪᓗᓂ.</w:t>
      </w:r>
    </w:p>
    <w:p w14:paraId="5871E964" w14:textId="15608853" w:rsidR="00AB73E7" w:rsidRPr="00D4501F" w:rsidRDefault="005D0276" w:rsidP="00E9416F">
      <w:pPr>
        <w:pStyle w:val="Heading3"/>
      </w:pPr>
      <w:r w:rsidRPr="00D4501F">
        <w:rPr>
          <w:lang w:bidi="iu-Cans-CA"/>
        </w:rPr>
        <w:t>ᐴᖅ ᓴᓗᒻᒪᖅᓴᕐᓗᒍ ᐊᖏᕐᕋᒥ:</w:t>
      </w:r>
    </w:p>
    <w:p w14:paraId="25138D4D" w14:textId="72815D29" w:rsidR="00AB73E7" w:rsidRPr="00D4501F" w:rsidRDefault="005D0276">
      <w:pPr>
        <w:rPr>
          <w:rFonts w:ascii="Arial" w:hAnsi="Arial" w:cs="Arial"/>
        </w:rPr>
      </w:pPr>
      <w:r w:rsidRPr="00D4501F">
        <w:rPr>
          <w:rFonts w:ascii="Arial" w:eastAsia="Arial" w:hAnsi="Arial" w:cs="Arial"/>
          <w:lang w:bidi="iu-Cans-CA"/>
        </w:rPr>
        <w:t>ᑖᓐᓇ ᐱᒻᒪᕆᐅᕗᖅ ᖁᐱᕐᕈᐃᑦ ᐱᕈᖅᐸᓪᓕᐊᖁᓇᒋᑦ.</w:t>
      </w:r>
    </w:p>
    <w:p w14:paraId="7A2092FE" w14:textId="31FAF375" w:rsidR="00AB73E7" w:rsidRPr="00D4501F" w:rsidRDefault="005D0276">
      <w:pPr>
        <w:rPr>
          <w:rFonts w:ascii="Arial" w:hAnsi="Arial" w:cs="Arial"/>
        </w:rPr>
      </w:pPr>
      <w:r w:rsidRPr="00D4501F">
        <w:rPr>
          <w:rFonts w:ascii="Arial" w:eastAsia="Arial" w:hAnsi="Arial" w:cs="Arial"/>
          <w:lang w:bidi="iu-Cans-CA"/>
        </w:rPr>
        <w:t>ᓂᕆᑎᑦᑎᓚᐅᖅᑎᓪᓗᑎᑦ ᑭᖑᓪᓕᕐᒥᓗ, ᓂᒡᓕᓇᖅᑐᒃᑯᕕᖕᒥᑎᑉᐸᒡᓗᒍ. ᓂᒡᓕᓯᓐᓂᖓ ᖁᐱᕐᕈᐃᑦ ᐱᕈᖅᐸᓪᓕᐊᖏᓐᓂᖅᓴᐅᔪᓐᓇᖅᐳᑦ</w:t>
      </w:r>
    </w:p>
    <w:p w14:paraId="4EB41A2D" w14:textId="27E6AA3E" w:rsidR="00AB73E7" w:rsidRPr="00D4501F" w:rsidRDefault="005D0276">
      <w:pPr>
        <w:rPr>
          <w:rFonts w:ascii="Arial" w:hAnsi="Arial" w:cs="Arial"/>
        </w:rPr>
      </w:pPr>
      <w:r w:rsidRPr="00D4501F">
        <w:rPr>
          <w:rFonts w:ascii="Arial" w:eastAsia="Arial" w:hAnsi="Arial" w:cs="Arial"/>
          <w:lang w:bidi="iu-Cans-CA"/>
        </w:rPr>
        <w:t>ᐊᑕᐅᓯᐊᕐᓗᑎᑦ ᐅᓪᓗᕐᒥ ᑲᐴᑎᑦ ᐲᔭᕆᐊᖃᖅᐸᑎᑦ, ᐅᐊᓴᖅᐸᒡᓗᒋᑦ ᐅᐊᓴᐅᑎᓕᖕᒧᑦ ᐃᒪᕐᒧᑦ, ᐃᕐᕈᖅᑐᕐᓗᒋᑦ ᐸᓂᖅᓯᖅᑎᓪᓗᒋᓪᓗ</w:t>
      </w:r>
    </w:p>
    <w:p w14:paraId="6E5D0C95" w14:textId="0843C84A" w:rsidR="00AB73E7" w:rsidRPr="00D4501F" w:rsidRDefault="005D0276">
      <w:pPr>
        <w:rPr>
          <w:rFonts w:ascii="Arial" w:hAnsi="Arial" w:cs="Arial"/>
        </w:rPr>
      </w:pPr>
      <w:r w:rsidRPr="00D4501F">
        <w:rPr>
          <w:rFonts w:ascii="Arial" w:eastAsia="Arial" w:hAnsi="Arial" w:cs="Arial"/>
          <w:b/>
          <w:lang w:bidi="iu-Cans-CA"/>
        </w:rPr>
        <w:t>ᑭᖑᓪᓕᖅᐹᒥ ᓂᕆᑎᑦᑎᓂᑯᐅᓕᖅᐸᑦ ᐅᓪᓗᒥ</w:t>
      </w:r>
      <w:r w:rsidRPr="00D4501F">
        <w:rPr>
          <w:rFonts w:ascii="Arial" w:eastAsia="Arial" w:hAnsi="Arial" w:cs="Arial"/>
          <w:lang w:bidi="iu-Cans-CA"/>
        </w:rPr>
        <w:t>, ᐳᖅ ᓱᓪᓗᓕᖓᓗ ᐅᐊᓴᕐᓗᒍ ᐅᓇᖅᑐᒧᑦ ᐅᐊᓴᐅᑎᓕᖕᒧᑦ ᐃᒪᕐᒧᑦ ᐃᕐᕈᖅᑐᕐᓗᒍᓗ ᕕᓂᒐᒧᑦ (1/4 ᐃᕐᒥᒍᓯᖅ ᕕᓂᒐ ᐃᓚᓗᒍ 1 ᐃᕐᒥᒍᓯᖅ ᐃᒪᕐᒧᑦ). ᐃᕐᕈᖅᑐᒃᑲᓐᓂᕐᓗᒍ ᐃᒥᕐᒧᑦ ᑐᖅᑯᕐᓗᒍᓗ ᓂᒡᓕᓇᖅᑐᒃᑯᕕᖕᒧᑦ</w:t>
      </w:r>
    </w:p>
    <w:p w14:paraId="02B8A0FA" w14:textId="7A3BD1B5" w:rsidR="00AB73E7" w:rsidRPr="00D4501F" w:rsidRDefault="00E9416F">
      <w:pPr>
        <w:rPr>
          <w:rFonts w:ascii="Arial" w:hAnsi="Arial" w:cs="Arial"/>
        </w:rPr>
      </w:pPr>
      <w:r w:rsidRPr="00D4501F">
        <w:rPr>
          <w:rFonts w:ascii="Arial" w:eastAsia="Arial" w:hAnsi="Arial" w:cs="Arial"/>
          <w:noProof/>
          <w:lang w:bidi="iu-Cans-CA"/>
        </w:rPr>
        <w:drawing>
          <wp:anchor distT="0" distB="0" distL="114300" distR="114300" simplePos="0" relativeHeight="251644416" behindDoc="0" locked="0" layoutInCell="1" allowOverlap="1" wp14:anchorId="36D709BD" wp14:editId="7618B5ED">
            <wp:simplePos x="0" y="0"/>
            <wp:positionH relativeFrom="column">
              <wp:posOffset>4151630</wp:posOffset>
            </wp:positionH>
            <wp:positionV relativeFrom="paragraph">
              <wp:posOffset>292735</wp:posOffset>
            </wp:positionV>
            <wp:extent cx="2233930" cy="1489075"/>
            <wp:effectExtent l="0" t="0" r="1270" b="0"/>
            <wp:wrapThrough wrapText="bothSides">
              <wp:wrapPolygon edited="0">
                <wp:start x="0" y="0"/>
                <wp:lineTo x="0" y="21370"/>
                <wp:lineTo x="21489" y="21370"/>
                <wp:lineTo x="21489" y="0"/>
                <wp:lineTo x="0" y="0"/>
              </wp:wrapPolygon>
            </wp:wrapThrough>
            <wp:docPr id="3" name="Picture 2" descr="A purple syringe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purple syringe with black text&#10;&#10;AI-generated content may be incorrec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233930" cy="14890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4501F">
        <w:rPr>
          <w:rFonts w:ascii="Arial" w:eastAsia="Arial" w:hAnsi="Arial" w:cs="Arial"/>
          <w:lang w:bidi="iu-Cans-CA"/>
        </w:rPr>
        <w:t>ᓱᕈᓰᑦ ᓂᕆᑎᑕᐅᖏᓐᓇᖅᑐᑦ ᓄᖅᑲᖅᑎᑕᐅᖃᑦᑕᓪᓗᐊᖅᑐᑦ ᐃᑲᕐᕋᑦ ᑎᓴᒪᑦ ᐊᓂᒍᕌᖓᑕ ᐳᖏᑦ ᓴᓗᒻᒪᖅᓴᖅᑕᐅᖃᑦᑕᕐᓂᐊᕐᒪᑕ ᑕᐃᒫᒃᓴᐃᓐᓇᖅ.</w:t>
      </w:r>
    </w:p>
    <w:p w14:paraId="00043937" w14:textId="3554332B" w:rsidR="00AB73E7" w:rsidRPr="00D4501F" w:rsidRDefault="000715B5">
      <w:pPr>
        <w:rPr>
          <w:rFonts w:ascii="Arial" w:hAnsi="Arial" w:cs="Arial"/>
        </w:rPr>
      </w:pPr>
      <w:r w:rsidRPr="00D4501F">
        <w:rPr>
          <w:rFonts w:ascii="Arial" w:eastAsia="Arial" w:hAnsi="Arial" w:cs="Arial"/>
          <w:lang w:bidi="iu-Cans-CA"/>
        </w:rPr>
        <w:t>ᐊᓯᔾᔨᖅᐸᒡᓗᒋᑦ ᐴᖏᑦ ᐱᓇᓱᐊᕈᓯᖅ ᐊᑕᐅᓯᐊᕐᓗᒍ, ᕿᓚᒻᒥᐅᓂᖅᓴᕐᓘᓐᓃᑦ ᐱᔭᕆᐊᖃᖅᐸᑦ.</w:t>
      </w:r>
    </w:p>
    <w:p w14:paraId="3D13B4C5" w14:textId="0723CE86" w:rsidR="00AB73E7" w:rsidRPr="00D4501F" w:rsidRDefault="005D0276">
      <w:pPr>
        <w:rPr>
          <w:rFonts w:ascii="Arial" w:hAnsi="Arial" w:cs="Arial"/>
        </w:rPr>
      </w:pPr>
      <w:r w:rsidRPr="00D4501F">
        <w:rPr>
          <w:rFonts w:ascii="Arial" w:eastAsia="Arial" w:hAnsi="Arial" w:cs="Arial"/>
          <w:b/>
          <w:lang w:bidi="iu-Cans-CA"/>
        </w:rPr>
        <w:t xml:space="preserve">ᑲᐳᑎᑦ: </w:t>
      </w:r>
      <w:r w:rsidRPr="00D4501F">
        <w:rPr>
          <w:rFonts w:ascii="Arial" w:eastAsia="Arial" w:hAnsi="Arial" w:cs="Arial"/>
          <w:lang w:bidi="iu-Cans-CA"/>
        </w:rPr>
        <w:t>ᐅᐊᓴᖅᑕᐅᔪᓐᓇᖅᑐᑦ ᐅᐊᓴᐅᑎᒧᑦ ᐃᒪᕐᒧᓪᓗ ᐊᑕᐅᓯᕐᒧᑦ ᐱᓇᓱᐊᕈᓯᕐᒧᑦ; ᖃᐅᔨᒪᒋᐊᕐᓗᑎᑦ ᑲᑎᖅᓱᖅᑕᐅᒃᑲᓐᓂᖅᐸᑕ ᐃᖃᖓᒻᒪᖏᒃᑲᓗᐊᕐᒪᖔᑕ ᓱᕋᖓᒻᒪᖏᒃᑲᓗᐊᕐᒪᖔᑕᓘᓐᓃᑦ ᐅᖃᓕᒫᕈᓐᓇᕐᓗᒋᓪᓗ ᓇᓗᓇᐃᒃᑯᑕᖏᑦ.</w:t>
      </w:r>
    </w:p>
    <w:p w14:paraId="380AC679" w14:textId="4C490826" w:rsidR="00AB73E7" w:rsidRPr="00E9416F" w:rsidRDefault="005D0276" w:rsidP="00E9416F">
      <w:pPr>
        <w:pStyle w:val="Heading1"/>
      </w:pPr>
      <w:r w:rsidRPr="00D4501F">
        <w:rPr>
          <w:lang w:bidi="iu-Cans-CA"/>
        </w:rPr>
        <w:t>ᐃᓕᐅᖅᑲᐃᓂᖅ</w:t>
      </w:r>
    </w:p>
    <w:p w14:paraId="106CE202" w14:textId="4447366C" w:rsidR="00AB73E7" w:rsidRPr="00D4501F" w:rsidRDefault="005D0276">
      <w:pPr>
        <w:rPr>
          <w:rFonts w:ascii="Arial" w:hAnsi="Arial" w:cs="Arial"/>
        </w:rPr>
      </w:pPr>
      <w:r w:rsidRPr="00D4501F">
        <w:rPr>
          <w:rFonts w:ascii="Arial" w:eastAsia="Arial" w:hAnsi="Arial" w:cs="Arial"/>
          <w:lang w:bidi="iu-Cans-CA"/>
        </w:rPr>
        <w:t>ᐊᔪᕐᓇᙱᒃᑳᖓᑦ, ᑭᐳᒃᑎᑉᐸᒡᓗᒍ ᓱᕐᓗᒃᑯᑦ ᕿᑐᕐᙵᕕᑦ NG-ᒧᑦ ᓱᓪᓗᓕᖕᒧᑦ ᐴᖅᑕᐅᕝᕕᒋᔭᖓᓄᑦ.</w:t>
      </w:r>
    </w:p>
    <w:p w14:paraId="3C27163B" w14:textId="77777777" w:rsidR="00AB73E7" w:rsidRPr="00D4501F" w:rsidRDefault="005D0276" w:rsidP="00E9416F">
      <w:pPr>
        <w:pStyle w:val="Heading2"/>
      </w:pPr>
      <w:r w:rsidRPr="00D4501F">
        <w:rPr>
          <w:lang w:bidi="iu-Cans-CA"/>
        </w:rPr>
        <w:t>ᐊᑐᖅᑕᐅᔪᒃᓴᖅ 1:</w:t>
      </w:r>
    </w:p>
    <w:p w14:paraId="428CB56B" w14:textId="04568B1F" w:rsidR="00AB73E7" w:rsidRPr="00D4501F" w:rsidRDefault="005D0276">
      <w:pPr>
        <w:rPr>
          <w:rFonts w:ascii="Arial" w:hAnsi="Arial" w:cs="Arial"/>
        </w:rPr>
      </w:pPr>
      <w:r w:rsidRPr="00D4501F">
        <w:rPr>
          <w:rFonts w:ascii="Arial" w:eastAsia="Arial" w:hAnsi="Arial" w:cs="Arial"/>
          <w:lang w:bidi="iu-Cans-CA"/>
        </w:rPr>
        <w:t>ᑭᓱᓕᒫᑦᑎᐊᑦ ᐱᔭᕆᐊᖃᖅᑕᑎᑦ ᐊᑐᐃᓐᓇᐅᑎᑉᐸᒡᓗᒋᑦ. ᐊᔪᕐᓇᙱᓐᓂᖅᓴᐅᕗᖅ ᒪᕐᕉᓐᓂᒃ ᑲᒪᔨᖃᕐᓗᓂ ᐊᑕᐅᑦᑎᒃᑯᑦ ᐊᔪᕐᓇᙱᑐᐊᕌᖓᑦ.</w:t>
      </w:r>
    </w:p>
    <w:p w14:paraId="2B189780" w14:textId="77777777" w:rsidR="00AB73E7" w:rsidRPr="00D4501F" w:rsidRDefault="005D0276" w:rsidP="00E9416F">
      <w:pPr>
        <w:pStyle w:val="Heading3"/>
      </w:pPr>
      <w:r w:rsidRPr="00D4501F">
        <w:rPr>
          <w:lang w:bidi="iu-Cans-CA"/>
        </w:rPr>
        <w:lastRenderedPageBreak/>
        <w:t>ᐅᑯᓂᖓ ᐱᔭᕆᐊᖃᕐᓂᐊᖅᑐᑎᑦ:</w:t>
      </w:r>
    </w:p>
    <w:p w14:paraId="6978C3DE" w14:textId="08A6F89C" w:rsidR="00AB73E7" w:rsidRPr="00D4501F" w:rsidRDefault="005D0276" w:rsidP="004F3D47">
      <w:pPr>
        <w:pStyle w:val="ListParagraph"/>
        <w:numPr>
          <w:ilvl w:val="0"/>
          <w:numId w:val="11"/>
        </w:numPr>
        <w:rPr>
          <w:rFonts w:ascii="Arial" w:hAnsi="Arial" w:cs="Arial"/>
        </w:rPr>
      </w:pPr>
      <w:r w:rsidRPr="00D4501F">
        <w:rPr>
          <w:rFonts w:ascii="Arial" w:eastAsia="Arial" w:hAnsi="Arial" w:cs="Arial"/>
          <w:lang w:bidi="iu-Cans-CA"/>
        </w:rPr>
        <w:t>ᕿᑐᙵᕕᑦ NG ᓱᓪᓗᓕᖓ</w:t>
      </w:r>
    </w:p>
    <w:p w14:paraId="58FF0898" w14:textId="1F16DD06" w:rsidR="00AB73E7" w:rsidRPr="00D4501F" w:rsidRDefault="005D0276" w:rsidP="004F3D47">
      <w:pPr>
        <w:pStyle w:val="ListParagraph"/>
        <w:numPr>
          <w:ilvl w:val="0"/>
          <w:numId w:val="11"/>
        </w:numPr>
        <w:rPr>
          <w:rFonts w:ascii="Arial" w:hAnsi="Arial" w:cs="Arial"/>
        </w:rPr>
      </w:pPr>
      <w:r w:rsidRPr="00D4501F">
        <w:rPr>
          <w:rFonts w:ascii="Arial" w:eastAsia="Arial" w:hAnsi="Arial" w:cs="Arial"/>
          <w:lang w:bidi="iu-Cans-CA"/>
        </w:rPr>
        <w:t>ᓂᐱᑦᓴᔭᖅ: ᓂᐅᕕᐊᑦᓴᓂᒃ ᓂᐱᑦᓴᔭᓂᒃ ᐱᑕᖃᖅᑐᖅ, ᑭᓯᐊᓂ ᖃᓄᐃᑦᑐᑐᐃᓐᓇᕐᒥᒃ ᓂᐱᑦᓴᔭᒥᒃ ᐊᑐᕈᕕᑦ ᐱᔭᕆᐊᑭᓐᓂᖅᓴᐅᔪᖅ ᓇᑲᑎᕆᒋᐊᑦᓴᖅ ᐊᑐᐃᓐᓇᐅᓗᓂᓗ ᐱᒋᐊᓚᐅᙱᓐᓂᕐᓂ.</w:t>
      </w:r>
    </w:p>
    <w:p w14:paraId="4AF98D1B" w14:textId="4B29E5E1" w:rsidR="00AB73E7" w:rsidRPr="00D4501F" w:rsidRDefault="005D0276" w:rsidP="004F3D47">
      <w:pPr>
        <w:pStyle w:val="ListParagraph"/>
        <w:numPr>
          <w:ilvl w:val="0"/>
          <w:numId w:val="11"/>
        </w:numPr>
        <w:rPr>
          <w:rFonts w:ascii="Arial" w:hAnsi="Arial" w:cs="Arial"/>
        </w:rPr>
      </w:pPr>
      <w:r w:rsidRPr="00D4501F">
        <w:rPr>
          <w:rFonts w:ascii="Arial" w:eastAsia="Arial" w:hAnsi="Arial" w:cs="Arial"/>
          <w:lang w:bidi="iu-Cans-CA"/>
        </w:rPr>
        <w:t>ᐃᒪᖅ (ᐃᓛᓐᓂᒃᑯᑦ ᓴᓗᒻᒪᖅᓴᖅᑕᐅᔭᕆᐊᖃᓲᖑᕗᖅ − ᖃᐅᔨᒋᐊᕐᕕᒋᓗᒍ ᐱᖃᖅᑎᑦᑎᔨᒋᔭᐃᑦ ᖃᐅᔨᒪᑦᑎᐊᙱᒃᑯᕕᑦ)</w:t>
      </w:r>
    </w:p>
    <w:p w14:paraId="62A70F23" w14:textId="77777777" w:rsidR="00AB73E7" w:rsidRPr="00D4501F" w:rsidRDefault="005D0276" w:rsidP="004F3D47">
      <w:pPr>
        <w:pStyle w:val="ListParagraph"/>
        <w:numPr>
          <w:ilvl w:val="0"/>
          <w:numId w:val="11"/>
        </w:numPr>
        <w:rPr>
          <w:rFonts w:ascii="Arial" w:hAnsi="Arial" w:cs="Arial"/>
        </w:rPr>
      </w:pPr>
      <w:r w:rsidRPr="00D4501F">
        <w:rPr>
          <w:rFonts w:ascii="Arial" w:eastAsia="Arial" w:hAnsi="Arial" w:cs="Arial"/>
          <w:lang w:bidi="iu-Cans-CA"/>
        </w:rPr>
        <w:t>ᑐᖁᓐᓇᙱᑦᑐᖅ ᑎᑎᕋᐅᑎᕐᔪᐊᖅ</w:t>
      </w:r>
    </w:p>
    <w:p w14:paraId="3DFC92BF" w14:textId="77777777" w:rsidR="00AB73E7" w:rsidRPr="00D4501F" w:rsidRDefault="005D0276" w:rsidP="004F3D47">
      <w:pPr>
        <w:pStyle w:val="ListParagraph"/>
        <w:numPr>
          <w:ilvl w:val="0"/>
          <w:numId w:val="11"/>
        </w:numPr>
        <w:rPr>
          <w:rFonts w:ascii="Arial" w:hAnsi="Arial" w:cs="Arial"/>
        </w:rPr>
      </w:pPr>
      <w:r w:rsidRPr="00D4501F">
        <w:rPr>
          <w:rFonts w:ascii="Arial" w:eastAsia="Arial" w:hAnsi="Arial" w:cs="Arial"/>
          <w:lang w:bidi="iu-Cans-CA"/>
        </w:rPr>
        <w:t>ᒪᕐᕉᒃ ᑲᐳᑎᒃ</w:t>
      </w:r>
    </w:p>
    <w:p w14:paraId="1D968BD8" w14:textId="2F395414" w:rsidR="00AB73E7" w:rsidRPr="00D4501F" w:rsidRDefault="00957187" w:rsidP="004F3D47">
      <w:pPr>
        <w:pStyle w:val="ListParagraph"/>
        <w:numPr>
          <w:ilvl w:val="0"/>
          <w:numId w:val="11"/>
        </w:numPr>
        <w:rPr>
          <w:rFonts w:ascii="Arial" w:hAnsi="Arial" w:cs="Arial"/>
        </w:rPr>
      </w:pPr>
      <w:r>
        <w:rPr>
          <w:rFonts w:ascii="Arial" w:eastAsia="Arial" w:hAnsi="Arial" w:cs="Arial"/>
          <w:lang w:bidi="iu-Cans-CA"/>
        </w:rPr>
        <w:t>pH-ᒧᑦ ᖃᐅᔨᓴᕈᑎᑦ</w:t>
      </w:r>
    </w:p>
    <w:p w14:paraId="337FAADF" w14:textId="47CCFAAB" w:rsidR="00AB73E7" w:rsidRPr="00D4501F" w:rsidRDefault="005D0276" w:rsidP="00E9416F">
      <w:pPr>
        <w:pStyle w:val="Heading2"/>
      </w:pPr>
      <w:r w:rsidRPr="00E9416F">
        <w:rPr>
          <w:lang w:bidi="iu-Cans-CA"/>
        </w:rPr>
        <w:t>ᐊᑐᖅᑕᐅᔪᒃᓴᖅ 2:</w:t>
      </w:r>
    </w:p>
    <w:p w14:paraId="43CAF8D7" w14:textId="00B4D96B" w:rsidR="00AB73E7" w:rsidRPr="00D4501F" w:rsidRDefault="005D0276">
      <w:pPr>
        <w:rPr>
          <w:rFonts w:ascii="Arial" w:hAnsi="Arial" w:cs="Arial"/>
        </w:rPr>
      </w:pPr>
      <w:r w:rsidRPr="00D4501F">
        <w:rPr>
          <w:rFonts w:ascii="Arial" w:eastAsia="Arial" w:hAnsi="Arial" w:cs="Arial"/>
          <w:lang w:bidi="iu-Cans-CA"/>
        </w:rPr>
        <w:t>ᐊᒡᒐᑎᑦ ᐅᐊᓴᖅᐸᒡᓗᒋᑦ ᐃᓂᒋᓂᐊᖅᑕᐃᓪᓗ ᐱᐋᕆᔭᕐᓗᒍ.  ᒥᑭᓐᓂᖅᓴᐃᑦ ᓄᑕᕋᓛᑦ ᓄᑕᖅᑲᓪᓗ ᐳᖅᑐᐃᓯᒪᔭᕆᐊᖃᑐᐃᓐᓇᕆᐊᓕᑦ ᒪᓂᖅᑲᒧᑦ. ᐊᖓᔪᒃᖠᐅᓂᖅᓴᐃᑦ ᓄᑕᖅᑲᑦ ᖁᕕᐊᒋᔭᖃᑐᐃᓐᓇᕆᐊᓖᑦ ᐅᓚᕕᓴᖅᑕᐅᓂᕐᒥᒃ ᐃᒃᓯᕚᕈᓐᓇᖅᖢᑎᒡᓗ ᐃᒃᓯᕙᐅᑕᕐᒥ. ᐊᖏᕐᕋᖅᓯᒪᙱᒃᑯᕕᑦ ᐃᓕᒃᑲᓐᓂᕆᐊᖃᕈᕕᐅᒃ ᕿᑐᕐᖓᐃᑦ ᓱᓪᓗᓕᖓ, ᐃᓱᒪᒃᓴᖅᓯᐅᕈᑎᖃᕐᓗᑎᑦ ᐃᓂᓂᒃ ᓱᕐᓗ ᐊᓪᓕᕈᓯᕐᕕᐅᑉ ᓵᖏᓐᓂᒃ ᐃᑲᔪᕐᓂᐊᕐᓗᒋᑦ ᐃᒃᓯᕙᑎᑕᐅᓂᖏᓐᓂᒃ ᒥᑭᓐᓂᖅᓴᐃᑦ ᓄᑕᖅᑲᑦ.</w:t>
      </w:r>
    </w:p>
    <w:p w14:paraId="5CB9230D" w14:textId="5A079985" w:rsidR="00AB73E7" w:rsidRPr="00D4501F" w:rsidRDefault="005D0276" w:rsidP="00E9416F">
      <w:pPr>
        <w:pStyle w:val="Heading2"/>
      </w:pPr>
      <w:r w:rsidRPr="00D4501F">
        <w:rPr>
          <w:lang w:bidi="iu-Cans-CA"/>
        </w:rPr>
        <w:t>ᐊᑐᖅᑕᐅᔪᒃᓴᖅ 3:</w:t>
      </w:r>
    </w:p>
    <w:p w14:paraId="4582867C" w14:textId="3412D6A1" w:rsidR="00AB73E7" w:rsidRPr="00D4501F" w:rsidRDefault="00E9416F">
      <w:pPr>
        <w:rPr>
          <w:rFonts w:ascii="Arial" w:hAnsi="Arial" w:cs="Arial"/>
        </w:rPr>
      </w:pPr>
      <w:r w:rsidRPr="00D4501F">
        <w:rPr>
          <w:rFonts w:ascii="Arial" w:eastAsia="Arial" w:hAnsi="Arial" w:cs="Arial"/>
          <w:noProof/>
          <w:lang w:bidi="iu-Cans-CA"/>
        </w:rPr>
        <w:drawing>
          <wp:anchor distT="0" distB="0" distL="114300" distR="114300" simplePos="0" relativeHeight="251688448" behindDoc="0" locked="0" layoutInCell="1" allowOverlap="1" wp14:anchorId="44364EBC" wp14:editId="57EE2442">
            <wp:simplePos x="0" y="0"/>
            <wp:positionH relativeFrom="column">
              <wp:posOffset>2362200</wp:posOffset>
            </wp:positionH>
            <wp:positionV relativeFrom="paragraph">
              <wp:posOffset>20955</wp:posOffset>
            </wp:positionV>
            <wp:extent cx="4187825" cy="2710815"/>
            <wp:effectExtent l="0" t="0" r="3175" b="0"/>
            <wp:wrapSquare wrapText="bothSides"/>
            <wp:docPr id="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187825" cy="27108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4501F">
        <w:rPr>
          <w:rFonts w:ascii="Arial" w:eastAsia="Arial" w:hAnsi="Arial" w:cs="Arial"/>
          <w:lang w:bidi="iu-Cans-CA"/>
        </w:rPr>
        <w:t xml:space="preserve">ᐆᒃᑐᕋᕐᓗᒍ NG ᓱᓪᓗᓕᖓ. ᑎᒍᒥᐊᕐᓗᒍ ᓱᓪᓗᓕᒃ ᓯᕗᓪᓕᖅᐹᒥ ᐃᑎᖅᓯᒪᔪᒥᒃ ᓂᕿ ᐊᓂᕝᕕᒋᔭᖓᓂ, ᐃᓕᓗᒍ ᕿᑐᕐᖓᐃᑦ ᕿᖓᖓᑕ ᓄᕗᖓᓄᑦ, ᐅᒃᑐᕋᕐᓗᒍ ᓯᐅᑎᖓᑕ ᓄᕗᐊᓄᑦ ᑕᐅᕗᖓᓗ ᐃᕕᐊᖏᖓᑕ ᓴᐅᓂᖓᓄᑦ. ᓇᑉᐸᖓᑕ ᓇᓗᓇᐃᒃᑯᑖ ᐊᑯᓐᓂᖓᓂ ᐃᕕᐊᖏᖓᑕ ᓴᐅᓂᖓᑕ ᐊᒻᒪ ᖃᓚᖓᑕ ᑕᑭᓂᖓ ᑕᒻᒪᖅᓯᒪᙱᓪᓗᓂ. ᓇᓗᓇᐃᒃᑯᑦᑎᕐᓗᒍ ᑖᓐᓇ ᐃᓂᒋᔭᖓ ᓱᓪᓗᓕᖕᒧᑦ ᑎᑎᕋᐅᑎᕐᔪᐊᕐᓄᑦ.  ᐅᒃᑐᕋᒃᑲᓐᓂᕐᓗᒍ ᖃᐅᔨᒋᐊᕐᓗᒍ ᐊᔾᔨᖓᓂᒃ ᐅᒃᑐᕋᐅᑎᖃᕋᓗᐊᕐᒪᖔᖅᐱᑦ. </w:t>
      </w:r>
    </w:p>
    <w:p w14:paraId="66FC2A01" w14:textId="77777777" w:rsidR="00E9416F" w:rsidRDefault="00E9416F" w:rsidP="00E9416F">
      <w:pPr>
        <w:pStyle w:val="Heading2"/>
      </w:pPr>
    </w:p>
    <w:p w14:paraId="3B6E17F1" w14:textId="4D057F94" w:rsidR="00AB73E7" w:rsidRPr="00D4501F" w:rsidRDefault="005D0276" w:rsidP="00E9416F">
      <w:pPr>
        <w:pStyle w:val="Heading2"/>
      </w:pPr>
      <w:r w:rsidRPr="00D4501F">
        <w:rPr>
          <w:lang w:bidi="iu-Cans-CA"/>
        </w:rPr>
        <w:t>ᒪᓕᒃᑕᐅᔪᒃᓴᖅ 4:</w:t>
      </w:r>
    </w:p>
    <w:p w14:paraId="09994AAD" w14:textId="32F905BF" w:rsidR="00AB73E7" w:rsidRPr="00D4501F" w:rsidRDefault="000715B5">
      <w:pPr>
        <w:rPr>
          <w:rFonts w:ascii="Arial" w:hAnsi="Arial" w:cs="Arial"/>
        </w:rPr>
      </w:pPr>
      <w:r w:rsidRPr="00D4501F">
        <w:rPr>
          <w:rFonts w:ascii="Arial" w:eastAsia="Arial" w:hAnsi="Arial" w:cs="Arial"/>
          <w:noProof/>
          <w:lang w:bidi="iu-Cans-CA"/>
        </w:rPr>
        <w:drawing>
          <wp:anchor distT="0" distB="0" distL="114300" distR="114300" simplePos="0" relativeHeight="251648512" behindDoc="0" locked="0" layoutInCell="1" allowOverlap="1" wp14:anchorId="4BA20E26" wp14:editId="6EED398D">
            <wp:simplePos x="0" y="0"/>
            <wp:positionH relativeFrom="column">
              <wp:posOffset>0</wp:posOffset>
            </wp:positionH>
            <wp:positionV relativeFrom="paragraph">
              <wp:posOffset>182245</wp:posOffset>
            </wp:positionV>
            <wp:extent cx="2357120" cy="1571625"/>
            <wp:effectExtent l="0" t="0" r="5080" b="9525"/>
            <wp:wrapThrough wrapText="bothSides">
              <wp:wrapPolygon edited="0">
                <wp:start x="0" y="0"/>
                <wp:lineTo x="0" y="21469"/>
                <wp:lineTo x="21472" y="21469"/>
                <wp:lineTo x="21472" y="0"/>
                <wp:lineTo x="0" y="0"/>
              </wp:wrapPolygon>
            </wp:wrapThrough>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357120" cy="1571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4501F">
        <w:rPr>
          <w:rFonts w:ascii="Arial" w:eastAsia="Arial" w:hAnsi="Arial" w:cs="Arial"/>
          <w:lang w:bidi="iu-Cans-CA"/>
        </w:rPr>
        <w:t>ᓱᓪᓗᓕᒃ ᒥᓪᓗᒍ ᐃᒪᕐᒧᑦ ᐃᒪᕐᒧᓪᓘᓐᓃᑦ ᐃᒋᖅᑐᒧᑦ ᐅᖅᓱᖅᑎᕈᑎᒧᑦ (ᐃᓚᖏᑦ ᓱᓪᓗᓕᑦ ᖃᓕᖅᓯᒪᖕᒪᑕ ᐃᒪᑐᐃᓐᓇᕐᒥᒃ ᐊᑐᕆᐊᖃᖅᑐᑎᒃ)</w:t>
      </w:r>
    </w:p>
    <w:p w14:paraId="58D28552" w14:textId="3D3EF32A" w:rsidR="00AB73E7" w:rsidRPr="00D4501F" w:rsidRDefault="005D0276">
      <w:pPr>
        <w:rPr>
          <w:rFonts w:ascii="Arial" w:hAnsi="Arial" w:cs="Arial"/>
        </w:rPr>
      </w:pPr>
      <w:r w:rsidRPr="00D4501F">
        <w:rPr>
          <w:rFonts w:ascii="Arial" w:eastAsia="Arial" w:hAnsi="Arial" w:cs="Arial"/>
          <w:lang w:bidi="iu-Cans-CA"/>
        </w:rPr>
        <w:t>ᓱᓪᓗᓕᐅᑉ ᐃᓱᐊ ᐃᓯᖅᑎᓪᓗᒍ ᓱᙵᖓᓄᑦ ᓯᕗᒧᐊᑉᐸᓪᓕᐊᖏᓐᓇᕐᓗᑎᓪᓗ ᕿᖓᖓᑕ ᑐᓄᐊᓄᑦ. ᑕᐅᕗᖓ ᑐᕌᕐᓗᑎᑦ.</w:t>
      </w:r>
    </w:p>
    <w:p w14:paraId="1F5176A7" w14:textId="77777777" w:rsidR="00AB73E7" w:rsidRPr="00D4501F" w:rsidRDefault="005D0276">
      <w:pPr>
        <w:rPr>
          <w:rFonts w:ascii="Arial" w:hAnsi="Arial" w:cs="Arial"/>
        </w:rPr>
      </w:pPr>
      <w:r w:rsidRPr="00D4501F">
        <w:rPr>
          <w:rFonts w:ascii="Arial" w:eastAsia="Arial" w:hAnsi="Arial" w:cs="Arial"/>
          <w:lang w:bidi="iu-Cans-CA"/>
        </w:rPr>
        <w:t>ᓯᕗᒻᒧᐊᒃᐸᓪᓕᐊᖏᓐᓇᕐᓗᑎᑦ ᑭᓯᐊᓂ ᐆᒃᑐᕋᐅᑎ ᓇᓗᓇᐃᒃᑯᑦᑎᖅᓯᒪᔭᐃᑦ ᓱᓪᓗᓕᖕᒥᑦ. ᐊᒃᑐᖅᓯᒍᕕᑦ ᓄᖅᑲᖅᑎᑦᑎᔾᔪᑎᒥᒃ, ᓱᓪᓗᑯᑖᒃ ᐊᔭᐅᖅᑐᙱᓪᓗᒍ. ᐃᓛᓐᓂᒃᑯᑦ ᐊᖓᔪᒃᓯᐅᓂᖅᓴᐃᑦ ᓄᑕᖅᑲᑦ, ᐊᑦᑕᕐᓇᙱᑦᑐᑦ ᑕᐃᒪᐃᓪᓗᕆᐊᒃᓴᖅ, ᐃᒪᕐᒥᒃ ᐃᒥᕐᔪᓐᓇᖅᑐᑦ ᐊᑕᐅᑦᑎᒃᑯᑦ ᐃᑲᔪᕐᓂᐊᕐᓗᒍ ᓯᕗᒧᐊᑉᐸᓪᓕᐊᑎᓪᓗᒍ ᓱᓪᓗᑯᑖᒃ. ᓄᑕᕋᓛᑦ ᒥᓪᓗᔪᓐᓇᖅᑐᑦ ᒥᓪᓗᐊᒐᕐᒥᒃ ᐃᑲᔪᕐᓂᐊᕐᓗᒍ ᓱᓪᓗᑯᑖᖅ ᓯᕗᒧᐊᑉᐸᓪᓕᐊᑎᓪᓗᒍ.</w:t>
      </w:r>
    </w:p>
    <w:p w14:paraId="1341B2AC" w14:textId="46A2A963" w:rsidR="00AB73E7" w:rsidRPr="00D4501F" w:rsidRDefault="005D0276">
      <w:pPr>
        <w:rPr>
          <w:rFonts w:ascii="Arial" w:hAnsi="Arial" w:cs="Arial"/>
          <w:b/>
          <w:bCs/>
          <w:color w:val="EE0000"/>
        </w:rPr>
      </w:pPr>
      <w:r w:rsidRPr="00D4501F">
        <w:rPr>
          <w:rFonts w:ascii="Arial" w:eastAsia="Arial" w:hAnsi="Arial" w:cs="Arial"/>
          <w:b/>
          <w:color w:val="EE0000"/>
          <w:lang w:bidi="iu-Cans-CA"/>
        </w:rPr>
        <w:t>ᖃᖓᑐᐃᓐᓇᑦᑎᐊᖅ ᕿᑐᕐᖓᐃᑦ ᑕᖅᓴᖓ ᐊᓯᔾᔨᖅᐸᑦ ᖁᐃᖅᓱᑲᑕᓕᕈᓂᓘᓐᓃᑦ ᑐᕿᓯᓕᖅᐸᓪᓘᓐᓃᑦ, ᓄᖅᑲᑎᓪᓗᒍ ᐲᕐᓗᒍ ᓱᓪᓗᑯᑖᒃ. ᐊᓂᕐᓂᖃᕐᕕᐅᑉ ᓱᓪᓗᓕᖓ ᖃᓂᑦᑐᒻᒪᕆᐅᒻᒪᑦ ᐃᒥᐊᕐᒧᑦ (ᐋᖅᑭᒃᓯᒪᓂᖓ ᓂᕿᒥᒃ ᖃᓂᕐᒥᓐᖔᖅᑐᒥᒃ ᐊᑭᐊᕈᕐᒧᐊᖅᑎᑦᑎᕙᒃᑐᖅ), ᓱᓪᓗᑯᑖᖓ ᐊᓂᕐᓂᖃᕐᕕᖕᒧᐊᑐᐃᓐᓇᕆᐊᓕᒃ ᐃᒥᐊᕐᒧᐊᙱᓐᖔᖅᑐᖅ.</w:t>
      </w:r>
    </w:p>
    <w:p w14:paraId="5A702755" w14:textId="77777777" w:rsidR="00AB73E7" w:rsidRPr="00D4501F" w:rsidRDefault="005D0276" w:rsidP="00E9416F">
      <w:pPr>
        <w:pStyle w:val="Heading2"/>
      </w:pPr>
      <w:r w:rsidRPr="00D4501F">
        <w:rPr>
          <w:lang w:bidi="iu-Cans-CA"/>
        </w:rPr>
        <w:t>ᒪᓕᒃᑕᐅᔪᒃᓴᖅ 5:</w:t>
      </w:r>
    </w:p>
    <w:p w14:paraId="1BA1C039" w14:textId="77777777" w:rsidR="00AB73E7" w:rsidRPr="00D4501F" w:rsidRDefault="005D0276">
      <w:pPr>
        <w:rPr>
          <w:rFonts w:ascii="Arial" w:hAnsi="Arial" w:cs="Arial"/>
        </w:rPr>
      </w:pPr>
      <w:r w:rsidRPr="00D4501F">
        <w:rPr>
          <w:rFonts w:ascii="Arial" w:eastAsia="Arial" w:hAnsi="Arial" w:cs="Arial"/>
          <w:lang w:bidi="iu-Cans-CA"/>
        </w:rPr>
        <w:t>ᓂᐱᑎᑉᐸᒡᓗᒍ ᓱᓪᓗᑯᑖᒃ ᐃᓂᒋᔭᖓᓄᑦ. ᓂᐱᐅᑎ ᕿᖓᕐᒧᑦ ᖃᓂᓛᖑᑎᑉᐸᒡᓗᒍ. ᓱᓪᓗᓕᒃ ᐃᖅⴹᖓᑎᑦᑕᐃᓕᓗᒍ ᓂᐱᑎᓕᕈᕕᐅᒃ. ᖃᖓᑐᐃᓐᓇᑦᑎᐊᖅ ᓂᐱᑎ ᕿᑐᕐᖓᐃᑦ ᓱᓪᓗᓕᖓᓂ ᖃᐅᓯᓕᖅᐸᑦ, ᖃᓪᖓᓕᖅᐸᑦ ᐃᑉᐸᓕᕈᓂᓘᓐᓃᑦ, ᐊᓯᔾᔨᕐᓗᒍ ᐱᔭᖅᑯᑕᐅᙱᑦᑐᒃᑯᑦ ᐲᖁᓇᒍ.</w:t>
      </w:r>
    </w:p>
    <w:p w14:paraId="2758041B" w14:textId="070DEBFB" w:rsidR="00AB73E7" w:rsidRPr="00D4501F" w:rsidRDefault="005D0276" w:rsidP="00E9416F">
      <w:pPr>
        <w:pStyle w:val="Heading2"/>
      </w:pPr>
      <w:r w:rsidRPr="00D4501F">
        <w:rPr>
          <w:lang w:bidi="iu-Cans-CA"/>
        </w:rPr>
        <w:t>ᐊᑐᖅᑕᐅᔪᒃᓴᖅ 6:</w:t>
      </w:r>
    </w:p>
    <w:p w14:paraId="76A23887" w14:textId="3C22BB0D" w:rsidR="00AB73E7" w:rsidRPr="00D4501F" w:rsidRDefault="00071F10">
      <w:pPr>
        <w:rPr>
          <w:rFonts w:ascii="Arial" w:hAnsi="Arial" w:cs="Arial"/>
        </w:rPr>
      </w:pPr>
      <w:r w:rsidRPr="00D4501F">
        <w:rPr>
          <w:rFonts w:ascii="Arial" w:eastAsia="Arial" w:hAnsi="Arial" w:cs="Arial"/>
          <w:noProof/>
          <w:lang w:bidi="iu-Cans-CA"/>
        </w:rPr>
        <w:drawing>
          <wp:anchor distT="0" distB="0" distL="114300" distR="114300" simplePos="0" relativeHeight="251646464" behindDoc="1" locked="0" layoutInCell="1" allowOverlap="1" wp14:anchorId="68E3BB4D" wp14:editId="59E4EE73">
            <wp:simplePos x="0" y="0"/>
            <wp:positionH relativeFrom="column">
              <wp:posOffset>5139</wp:posOffset>
            </wp:positionH>
            <wp:positionV relativeFrom="paragraph">
              <wp:posOffset>22860</wp:posOffset>
            </wp:positionV>
            <wp:extent cx="1870710" cy="1858010"/>
            <wp:effectExtent l="0" t="0" r="0" b="0"/>
            <wp:wrapSquare wrapText="bothSides"/>
            <wp:docPr id="5" name="Picture 4" descr="A hands holding a paper with a color stri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hands holding a paper with a color strip&#10;&#10;AI-generated content may be incorrec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70710" cy="18580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4501F">
        <w:rPr>
          <w:rFonts w:ascii="Arial" w:eastAsia="Arial" w:hAnsi="Arial" w:cs="Arial"/>
          <w:lang w:bidi="iu-Cans-CA"/>
        </w:rPr>
        <w:t>ᑲᐳᑎᒥᒃ ᐊᑦᑕᑕᖅᑎᑦᑎᓗᑎᑦ NG ᓱᓪᓗᓕᐅᑉ ᓴᓂᕋᖓᓄᑦ ᐊᒧᓯᓗᑎᓪᓗ ᐃᓚᖓᓂᒃ ᐊᑭᐊᕈᖓᑕ ᐃᓗᓕᖏᓐᓂᒃ. 1-2mL-ᑐᐃᓐᓇᕐᓂᒃ ᐱᔭᕆᐊᖃᖅᐳᑎᑦ.</w:t>
      </w:r>
    </w:p>
    <w:p w14:paraId="485F8023" w14:textId="1873B598" w:rsidR="00AB73E7" w:rsidRPr="00D4501F" w:rsidRDefault="000715B5">
      <w:pPr>
        <w:rPr>
          <w:rFonts w:ascii="Arial" w:hAnsi="Arial" w:cs="Arial"/>
        </w:rPr>
      </w:pPr>
      <w:r w:rsidRPr="00D4501F">
        <w:rPr>
          <w:rFonts w:ascii="Arial" w:eastAsia="Arial" w:hAnsi="Arial" w:cs="Arial"/>
          <w:lang w:bidi="iu-Cans-CA"/>
        </w:rPr>
        <w:t xml:space="preserve">ᐃᓕᓗᒍ ᑖᓐᓇ ᐃᒪᖅ pH-ᒧᑦ ᖃᐅᔨᓴᕈᑎᒧᑦ. pH 5.5-ᖑᓗᐊᖅᑐᖅ ∂&lt;/ᓂᓘᓐᓃᑦ. </w:t>
      </w:r>
    </w:p>
    <w:p w14:paraId="12C3AA8A" w14:textId="578FC320" w:rsidR="00AB73E7" w:rsidRPr="00D4501F" w:rsidRDefault="005D0276">
      <w:pPr>
        <w:rPr>
          <w:rFonts w:ascii="Arial" w:hAnsi="Arial" w:cs="Arial"/>
        </w:rPr>
      </w:pPr>
      <w:r w:rsidRPr="00D4501F">
        <w:rPr>
          <w:rFonts w:ascii="Arial" w:eastAsia="Arial" w:hAnsi="Arial" w:cs="Arial"/>
          <w:lang w:bidi="iu-Cans-CA"/>
        </w:rPr>
        <w:t>ᐃᓛᓐᓂᒃᑯᑦ ᐊᒧᓯᔪᓐᓇᙱᓪᓗᑎᑦ ᐃᒪᕐᒥᒃ – ᑕᐃᒪᐃᔪᓐᓇᖅᑐᖅ ᕿᑐᕐᖓᐃᑦ ᒥᕆᐊᓵᕐᓂᑰᑉᐸᑦ ᐅᕝᕙᓘᓐᓃᑦ ᓱᓪᓗᓕᖓ ᐊᑭᐊᕈᕐᒥᒍᑦ ᖁᑦᑎᓗᐊᖅᐸᑦ. ᑕᑯᓗᒍ ᐋᖅᑭᒃᓱᐃᓇᓱᐊᕐᓂᕐᒧᑦ ᐊᕕᒃᑐᕐᓯᒪᔪᖓ ᖃᓄᐃᓕᐅᕈᓐᓇᕐᒪᖔᖅᐱᑦ ᑕᐃᒪᐃᑦᑐᖃᕐᓂᖅᐸᑦ.</w:t>
      </w:r>
    </w:p>
    <w:p w14:paraId="77723237" w14:textId="77777777" w:rsidR="00AB73E7" w:rsidRPr="00E9416F" w:rsidRDefault="005D0276">
      <w:pPr>
        <w:pStyle w:val="CHEOWarning"/>
        <w:rPr>
          <w:rFonts w:ascii="Arial" w:hAnsi="Arial" w:cs="Arial"/>
          <w:color w:val="EE0000"/>
        </w:rPr>
      </w:pPr>
      <w:r w:rsidRPr="00E9416F">
        <w:rPr>
          <w:rFonts w:ascii="Arial" w:eastAsia="Arial" w:hAnsi="Arial" w:cs="Arial"/>
          <w:color w:val="EE0000"/>
          <w:lang w:bidi="iu-Cans-CA"/>
        </w:rPr>
        <w:t>ᐃᖅᑲᐅᒪᒋᑦ: ᐊᑦᑕᕐᓇᕐᒪᑦ ᕿᑐᕐᖓᓐᓄᑦ ᐊᑐᕆᐊᒃᓴᖅ ᓱᓪᓗᓕᖕᒥᒃ ᑭᓯᐊᓂ ᓇᓗᓇᐃᖅᓯᓯᒪᒍᕕᑦ ᐊᑭᐊᕈᕐᒦᒃᑲᓗᐊᕐᒪᖔᑦ.</w:t>
      </w:r>
    </w:p>
    <w:p w14:paraId="72FD701F" w14:textId="77777777" w:rsidR="00AB73E7" w:rsidRPr="00D4501F" w:rsidRDefault="005D0276" w:rsidP="00E9416F">
      <w:pPr>
        <w:pStyle w:val="Heading2"/>
      </w:pPr>
      <w:r w:rsidRPr="00E9416F">
        <w:rPr>
          <w:lang w:bidi="iu-Cans-CA"/>
        </w:rPr>
        <w:t>ᒪᓕᒃᑕᐅᔪᒃᓴᖅ 7:</w:t>
      </w:r>
    </w:p>
    <w:p w14:paraId="7FC3571C" w14:textId="77777777" w:rsidR="00AB73E7" w:rsidRPr="00D4501F" w:rsidRDefault="005D0276">
      <w:pPr>
        <w:rPr>
          <w:rFonts w:ascii="Arial" w:hAnsi="Arial" w:cs="Arial"/>
          <w:b/>
          <w:bCs/>
        </w:rPr>
      </w:pPr>
      <w:r w:rsidRPr="00D4501F">
        <w:rPr>
          <w:rFonts w:ascii="Arial" w:eastAsia="Arial" w:hAnsi="Arial" w:cs="Arial"/>
          <w:b/>
          <w:lang w:bidi="iu-Cans-CA"/>
        </w:rPr>
        <w:t>ᑲᔪᓯᑐᐃᓐᓇᕆᑦ ᑖᔅᓱᒧᖓ ᐊᑐᖅᑕᐅᒋᐊᓕᖕᒧᑦ ᓇᓗᓇᐃᖅᓯᒍᕕᑦ ᐃᓂᒋᔭᖓᓂᒃ ᐊᑐᕐᓗᑎᑦ pH-ᒥᑦ.</w:t>
      </w:r>
    </w:p>
    <w:p w14:paraId="03F1C523" w14:textId="77777777" w:rsidR="00AB73E7" w:rsidRPr="00D4501F" w:rsidRDefault="005D0276">
      <w:pPr>
        <w:rPr>
          <w:rFonts w:ascii="Arial" w:hAnsi="Arial" w:cs="Arial"/>
        </w:rPr>
      </w:pPr>
      <w:r w:rsidRPr="00D4501F">
        <w:rPr>
          <w:rFonts w:ascii="Arial" w:eastAsia="Arial" w:hAnsi="Arial" w:cs="Arial"/>
          <w:lang w:bidi="iu-Cans-CA"/>
        </w:rPr>
        <w:t>ᕿᑐᕐᙵᕕᑦ ᓱᓪᓗᓕᖓ ᓴᕕᒐᐅᔭᖃᖅᐸᑦ, ᑯᕕᑎᓪᓗᒍ ᓱᓪᓗᓕᒃ 10mL−ᒥᒃ ᐃᒪᕐᒥᒃ ᓴᓂᕋᖓᒍᑦ (ᓄᑕᕋᓛᕋᓛᓄᑦ 2mL ᓈᒻᒪᒃᐳᖅ).</w:t>
      </w:r>
    </w:p>
    <w:p w14:paraId="6D247BD8" w14:textId="6CAD37F8" w:rsidR="00AB73E7" w:rsidRPr="00E9416F" w:rsidRDefault="005D0276" w:rsidP="00E9416F">
      <w:pPr>
        <w:pStyle w:val="Heading1"/>
      </w:pPr>
      <w:r w:rsidRPr="00D4501F">
        <w:rPr>
          <w:lang w:bidi="iu-Cans-CA"/>
        </w:rPr>
        <w:lastRenderedPageBreak/>
        <w:t>ᓱᓪᓗᓕᐅᑉ ᐃᓂᒋᔭᖓᓂᒃ ᓇᓗᓇᐃᖅᓯᓂᖅ</w:t>
      </w:r>
    </w:p>
    <w:p w14:paraId="2BB00D26" w14:textId="77777777" w:rsidR="00AB73E7" w:rsidRPr="00D4501F" w:rsidRDefault="005D0276" w:rsidP="00E9416F">
      <w:pPr>
        <w:pStyle w:val="Heading3"/>
      </w:pPr>
      <w:r w:rsidRPr="00D4501F">
        <w:rPr>
          <w:lang w:bidi="iu-Cans-CA"/>
        </w:rPr>
        <w:t>ᓱᓪᓗᓕᖕᒥᒃ ᐆᒃᑐᕋᐃᓂᖅ</w:t>
      </w:r>
    </w:p>
    <w:p w14:paraId="1BF53210" w14:textId="77777777" w:rsidR="00AB73E7" w:rsidRPr="00D4501F" w:rsidRDefault="005D0276">
      <w:pPr>
        <w:rPr>
          <w:rFonts w:ascii="Arial" w:hAnsi="Arial" w:cs="Arial"/>
        </w:rPr>
      </w:pPr>
      <w:r w:rsidRPr="00D4501F">
        <w:rPr>
          <w:rFonts w:ascii="Arial" w:eastAsia="Arial" w:hAnsi="Arial" w:cs="Arial"/>
          <w:lang w:bidi="iu-Cans-CA"/>
        </w:rPr>
        <w:t>ᓇᓗᓇᐃᕐᓗᒍ ᐃᓗᐊᒍᑦ ᑕᑭᓂᖓ ᓱᓪᓗᓕᐅᑉ ᖃᐅᔨᒋᐊᕐᓗᒍ ᐆᒃᑐᕋᖅᑕᐅᓂᖓ ᓱᕐᓗᒃᑯᑦ</w:t>
      </w:r>
    </w:p>
    <w:p w14:paraId="288E5FB0" w14:textId="61032A4A" w:rsidR="00AB73E7" w:rsidRPr="00D4501F" w:rsidRDefault="00E9416F">
      <w:pPr>
        <w:rPr>
          <w:rFonts w:ascii="Arial" w:hAnsi="Arial" w:cs="Arial"/>
        </w:rPr>
      </w:pPr>
      <w:r w:rsidRPr="00D4501F">
        <w:rPr>
          <w:rFonts w:ascii="Arial" w:eastAsia="Arial" w:hAnsi="Arial" w:cs="Arial"/>
          <w:noProof/>
          <w:lang w:bidi="iu-Cans-CA"/>
        </w:rPr>
        <w:drawing>
          <wp:anchor distT="0" distB="0" distL="114300" distR="114300" simplePos="0" relativeHeight="251653632" behindDoc="1" locked="0" layoutInCell="1" allowOverlap="1" wp14:anchorId="1652B891" wp14:editId="5397DD3F">
            <wp:simplePos x="0" y="0"/>
            <wp:positionH relativeFrom="column">
              <wp:posOffset>-191386</wp:posOffset>
            </wp:positionH>
            <wp:positionV relativeFrom="paragraph">
              <wp:posOffset>24765</wp:posOffset>
            </wp:positionV>
            <wp:extent cx="1921510" cy="1285875"/>
            <wp:effectExtent l="0" t="0" r="2540" b="9525"/>
            <wp:wrapTight wrapText="bothSides">
              <wp:wrapPolygon edited="0">
                <wp:start x="0" y="0"/>
                <wp:lineTo x="0" y="21440"/>
                <wp:lineTo x="21414" y="21440"/>
                <wp:lineTo x="21414" y="0"/>
                <wp:lineTo x="0" y="0"/>
              </wp:wrapPolygon>
            </wp:wrapTight>
            <wp:docPr id="234277515" name="Picture 234277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921510" cy="1285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4501F">
        <w:rPr>
          <w:rFonts w:ascii="Arial" w:eastAsia="Arial" w:hAnsi="Arial" w:cs="Arial"/>
          <w:lang w:bidi="iu-Cans-CA"/>
        </w:rPr>
        <w:t>ᓇᓗᓇᐃᕐᓗᒍ ᓯᓚᑖᒍᑦ ᑕᑭᓂᖓ ᓱᓪᓗᓕᐅᑉ ᐆᒃᑐᕋᕐᓗᒍ ᓱᕐᓗᖕᒥᑦ ᕿᑎᐊᓄᑦ ᐃᓱᐊᓄᑦ ᓱᓪᓗᓕᐅᑉ</w:t>
      </w:r>
    </w:p>
    <w:p w14:paraId="78F9AE89" w14:textId="77777777" w:rsidR="00AB73E7" w:rsidRPr="00D4501F" w:rsidRDefault="005D0276" w:rsidP="00E9416F">
      <w:pPr>
        <w:pStyle w:val="Heading3"/>
      </w:pPr>
      <w:r w:rsidRPr="00D4501F">
        <w:rPr>
          <w:lang w:bidi="iu-Cans-CA"/>
        </w:rPr>
        <w:t>pH-ᖓᑕ ᓇᓃᓐᓂᖓᓂᒃ ᐆᒃᑐᕋᐃᓂᖅ</w:t>
      </w:r>
    </w:p>
    <w:p w14:paraId="1DA9C88A" w14:textId="619C2B5A" w:rsidR="00AB73E7" w:rsidRPr="00D4501F" w:rsidRDefault="005D0276">
      <w:pPr>
        <w:rPr>
          <w:rFonts w:ascii="Arial" w:hAnsi="Arial" w:cs="Arial"/>
        </w:rPr>
      </w:pPr>
      <w:r w:rsidRPr="00D4501F">
        <w:rPr>
          <w:rFonts w:ascii="Arial" w:eastAsia="Arial" w:hAnsi="Arial" w:cs="Arial"/>
          <w:lang w:bidi="iu-Cans-CA"/>
        </w:rPr>
        <w:t>ᐃᓕᓯᓗᑎᑦ ENfit ᑲᐴᑎᒥᒃ ᐊᖏᓂᖅᓴᐅᔪᒥᒃ 5 ml ᓱᓪᓗᓕᖕᒧᑦ, ᒥᑭᑦᑐᒥᒃ ᐲᖅᓯᓗᑎᑦ ᖃᐅᔨᒋᐊᕐᓗᒍ pH-ᖓ − ᓱᓪᓗᓕᖓ ᑯᕕᑎᑕᐅᓚᐅᖅᐸᑦ ᐃᒪᕐᒧᑦ ᐃᒋᓚᐅᙱᓐᓂᕐᓂ ᐊᖏᓂᖓ ᖃᐅᔨᓴᖅᑕᐅᓚᐅᙱᓐᓂᖓᓂ</w:t>
      </w:r>
    </w:p>
    <w:p w14:paraId="157F18E6" w14:textId="77777777" w:rsidR="00AB73E7" w:rsidRPr="00D4501F" w:rsidRDefault="005D0276">
      <w:pPr>
        <w:rPr>
          <w:rFonts w:ascii="Arial" w:hAnsi="Arial" w:cs="Arial"/>
        </w:rPr>
      </w:pPr>
      <w:r w:rsidRPr="00D4501F">
        <w:rPr>
          <w:rFonts w:ascii="Arial" w:eastAsia="Arial" w:hAnsi="Arial" w:cs="Arial"/>
          <w:lang w:bidi="iu-Cans-CA"/>
        </w:rPr>
        <w:t>ᐃᒪᖓ pH-ᒦᑉᐸᑦ 5-5.5 ∂&lt;/ᓂᓘᓐᓃᑦ, ᐊᑭᐊᕈᕐᒦᓐᖔᑐᐃᓐᓇᕆᐊᓕᒃ ᐊᒻᒪᓗ ᐊᑭᐊᕈᕐᒦᓪᓗᓂ</w:t>
      </w:r>
    </w:p>
    <w:p w14:paraId="47EADCF6" w14:textId="1EEC6C1D" w:rsidR="00AB73E7" w:rsidRPr="00D4501F" w:rsidRDefault="005D0276">
      <w:pPr>
        <w:rPr>
          <w:rFonts w:ascii="Arial" w:hAnsi="Arial" w:cs="Arial"/>
        </w:rPr>
      </w:pPr>
      <w:r w:rsidRPr="00D4501F">
        <w:rPr>
          <w:rFonts w:ascii="Arial" w:eastAsia="Arial" w:hAnsi="Arial" w:cs="Arial"/>
          <w:lang w:bidi="iu-Cans-CA"/>
        </w:rPr>
        <w:t>ᐊᑭᐊᕈᐅᑉ ᐃᓗᓕᖏᑦ ᐃᒻᒧᑎᑐᑦ ᓂᕿᑎᑐᓪᓘᓐᓃᑦ ᑕᐅᑦᑐᖃᕈᓐᓇᖅᑐᑦ. ᐃᒪᕐᒥᒃ ᐲᖅᓯᔪᓐᓇᙱᒃᑯᕕᑦ, ᑕᑯᓗᒍ ᖃᐅᔨᓇᓱᐊᕐᓂᕐᒧᑦ ᑎᑎᕋᖅᓯᒪᔪᖅ.</w:t>
      </w:r>
    </w:p>
    <w:p w14:paraId="182BA60E" w14:textId="77777777" w:rsidR="00AB73E7" w:rsidRPr="00D4501F" w:rsidRDefault="005D0276" w:rsidP="00E9416F">
      <w:pPr>
        <w:pStyle w:val="Heading3"/>
      </w:pPr>
      <w:r w:rsidRPr="00D4501F">
        <w:rPr>
          <w:lang w:bidi="iu-Cans-CA"/>
        </w:rPr>
        <w:t>ᐋᖅᑭᒃᓱᐃᓇᓱᐊᕐᓂᖅ pH-ᖓᑕ ᖁᑦᑎᓐᓂᖓᓂᒃ</w:t>
      </w:r>
    </w:p>
    <w:p w14:paraId="5D8E3503" w14:textId="77777777" w:rsidR="00AB73E7" w:rsidRPr="00D4501F" w:rsidRDefault="005D0276">
      <w:pPr>
        <w:rPr>
          <w:rFonts w:ascii="Arial" w:hAnsi="Arial" w:cs="Arial"/>
        </w:rPr>
      </w:pPr>
      <w:r w:rsidRPr="00D4501F">
        <w:rPr>
          <w:rFonts w:ascii="Arial" w:eastAsia="Arial" w:hAnsi="Arial" w:cs="Arial"/>
          <w:lang w:bidi="iu-Cans-CA"/>
        </w:rPr>
        <w:t>ᖃᐅᔨᒪᒋᐊᕐᓗᒍ ᑲᐳᑎ ᐊᖏᓂᖅᓴᐅᒻᒪᖔᑦ 5 ml-ᒥᒃ, ᒥᑭᓐᓂᖅᓴᐅᑉᐸᑦ ᓱᓪᓗᓕᒃ ᐃᖃᖓᔪᓐᓇᕐᒪᑦ</w:t>
      </w:r>
    </w:p>
    <w:p w14:paraId="33948A55" w14:textId="6F691E4C" w:rsidR="00AB73E7" w:rsidRPr="00D4501F" w:rsidRDefault="005D0276" w:rsidP="00071F10">
      <w:pPr>
        <w:pStyle w:val="Heading3"/>
      </w:pPr>
      <w:r w:rsidRPr="00D4501F">
        <w:rPr>
          <w:lang w:bidi="iu-Cans-CA"/>
        </w:rPr>
        <w:t>ᐊᑐᕐᓂᖅ ᑕᕐᕋᖅᑐᖅᑕᐅᓂᕐᒥᒃ NG-ᒧᑦ ᐃᓂᑖᖅᑎᑦᑎᓂᐊᕐᓗᓂ</w:t>
      </w:r>
    </w:p>
    <w:p w14:paraId="648BBB57" w14:textId="77777777" w:rsidR="00AB73E7" w:rsidRPr="00D4501F" w:rsidRDefault="005D0276">
      <w:pPr>
        <w:rPr>
          <w:rFonts w:ascii="Arial" w:hAnsi="Arial" w:cs="Arial"/>
        </w:rPr>
      </w:pPr>
      <w:r w:rsidRPr="00D4501F">
        <w:rPr>
          <w:rFonts w:ascii="Arial" w:eastAsia="Arial" w:hAnsi="Arial" w:cs="Arial"/>
          <w:lang w:bidi="iu-Cans-CA"/>
        </w:rPr>
        <w:t>ᐋᓐᓂᐊᕕᖕᒦᓐᓂᖓᓂ ᓄᑕᕋᑦᑕ ᓱᓪᓗᓕᖓ ᓇᓗᓇᐃᖅᑕᐅᑐᐃᓐᓇᕆᐊᓕᒃ ᑕᕐᕋᖅᑐᖅᑕᐅᓂᒃᑯᑦ. ᑖᓐᓇ ᐱᓕᕆᐊᖑᕗᖅ ᖃᓯᑲᓪᓚᓐᓂᒃ ᐱᔾᔪᑎᖃᖅᑐᑎᒃ ᐃᓚᖃᑐᐃᓐᓇᕆᐊᖃᖅᑐᑎᒃ ᐋᓐᓂᐊᔪᐊᓘᓂᕐᒥᒃ, ᖃᕆᓴᒃᑯᑦ ᐊᔪᕈᑎᖃᕐᓂᕐᒥᒃ, ᓯᓐᓂᑎᑕᐅᓂᕐᒥᒃ ᐊᔪᕐᓇᖅᑐᒥᓪᓘᓐᓃᑦ ᐃᓕᐅᖅᑲᐃᓂᕐᒥᒃ.</w:t>
      </w:r>
    </w:p>
    <w:p w14:paraId="5F9ED7FD" w14:textId="5EBDA80A" w:rsidR="00AB73E7" w:rsidRPr="00D4501F" w:rsidRDefault="005D0276">
      <w:pPr>
        <w:rPr>
          <w:rFonts w:ascii="Arial" w:hAnsi="Arial" w:cs="Arial"/>
        </w:rPr>
      </w:pPr>
      <w:r w:rsidRPr="00D4501F">
        <w:rPr>
          <w:rFonts w:ascii="Arial" w:eastAsia="Arial" w:hAnsi="Arial" w:cs="Arial"/>
          <w:lang w:bidi="iu-Cans-CA"/>
        </w:rPr>
        <w:t>ᐊᖏᕐᕋᕆᔭᐅᔪᒥ, ᓱᓪᓗᓕᐅᑉ ᐃᓕᐅᖅᑲᖅᑕᐅᓂᖓ ᓇᓗᓇᐃᖅᑕᐅᕙᒃᐳᖅ ᐊᑐᖅᑐᖃᖅᖢᓂ ᐃᓗᐊᒍᑦ ᓯᓚᑖᒍᓪᓗ ᐆᒃᑐᕋᖅᑕᐅᔪᓂᒃ ᐊᒻᒪᓗ pH-ᒥᒃ ᐊᕿᐊᕈᕐᒥᙶᖅᑐᒥᒃ. ᐃᓱᒫᓘᑎᑕᖃᖅᐸᑦ ᓱᓪᓗᓕᒃ ᐃᓂᒋᑦᑎᐊᙱᒃᑯᓂᐅᒃ, ᓱᓪᓗᓕᒃ ᐲᖅᑕᐅᔭᕆᐊᖃᖅᐳᖅ ᐃᓕᔭᐅᒃᑲᓐᓂᕐᓗᓂᓗ. ᑕᕐᕋᖅᑐᖅᑕᐅᔭᕆᐊᖃᙱᓚᖅ ᐊᖏᕐᕋᕆᔭᐅᔪᒥ ᖃᐅᔨᓴᖅᑕᐅᓂᐊᕐᓗᓂ.</w:t>
      </w:r>
    </w:p>
    <w:p w14:paraId="6BD0E783" w14:textId="4A3E7A0C" w:rsidR="00AB73E7" w:rsidRPr="00D4501F" w:rsidRDefault="005D0276">
      <w:pPr>
        <w:pStyle w:val="Heading1"/>
        <w:rPr>
          <w:rFonts w:cs="Arial"/>
        </w:rPr>
      </w:pPr>
      <w:r w:rsidRPr="00D4501F">
        <w:rPr>
          <w:rFonts w:cs="Arial"/>
          <w:lang w:bidi="iu-Cans-CA"/>
        </w:rPr>
        <w:t>ᑯᕕᑎᑦᑎᓂᖅ</w:t>
      </w:r>
    </w:p>
    <w:p w14:paraId="484E8E4A" w14:textId="09EF1815" w:rsidR="00AB73E7" w:rsidRPr="00D4501F" w:rsidRDefault="00E9416F">
      <w:pPr>
        <w:rPr>
          <w:rFonts w:ascii="Arial" w:hAnsi="Arial" w:cs="Arial"/>
        </w:rPr>
      </w:pPr>
      <w:r w:rsidRPr="00D4501F">
        <w:rPr>
          <w:rFonts w:ascii="Arial" w:eastAsia="Arial" w:hAnsi="Arial" w:cs="Arial"/>
          <w:b/>
          <w:noProof/>
          <w:lang w:bidi="iu-Cans-CA"/>
        </w:rPr>
        <w:drawing>
          <wp:anchor distT="0" distB="0" distL="114300" distR="114300" simplePos="0" relativeHeight="251661824" behindDoc="1" locked="0" layoutInCell="1" allowOverlap="1" wp14:anchorId="2B5C43E6" wp14:editId="6B1700B3">
            <wp:simplePos x="0" y="0"/>
            <wp:positionH relativeFrom="column">
              <wp:posOffset>4006259</wp:posOffset>
            </wp:positionH>
            <wp:positionV relativeFrom="paragraph">
              <wp:posOffset>758707</wp:posOffset>
            </wp:positionV>
            <wp:extent cx="2266950" cy="1507490"/>
            <wp:effectExtent l="0" t="0" r="0" b="0"/>
            <wp:wrapTight wrapText="bothSides">
              <wp:wrapPolygon edited="0">
                <wp:start x="0" y="0"/>
                <wp:lineTo x="0" y="21291"/>
                <wp:lineTo x="21418" y="21291"/>
                <wp:lineTo x="21418" y="0"/>
                <wp:lineTo x="0" y="0"/>
              </wp:wrapPolygon>
            </wp:wrapTight>
            <wp:docPr id="1955862535" name="Picture 2" descr="A purple syringe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purple syringe with black text&#10;&#10;AI-generated content may be incorrect."/>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266950" cy="1507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4501F">
        <w:rPr>
          <w:rFonts w:ascii="Arial" w:eastAsia="Arial" w:hAnsi="Arial" w:cs="Arial"/>
          <w:lang w:bidi="iu-Cans-CA"/>
        </w:rPr>
        <w:t>ᑯᕕᑎᑦᑎᓪᓗᒍ NG ᓱᓪᓗᓕᖓ ᐱᒻᒪᕆᐅᕗᖅ ᓴᓗᒻᒪᖅᓯᒪᑎᑦᑐᒪᓪᓗᒍ ᒥᒥᑎᑦᑎᑕᐃᓕᒪᓪᓗᓂ ᓱᓪᓗᓕᖕᒥᑦ. ᓴᓗᒻᒪᖅᓴᕋᔪᒋᐊᖃᖅᐸᐃᑦ ᑯᕕᑎᑉᐸᒡᓗᒍ ᐃᒪᖅ. NG ᓱᓪᓗᓕᖓ ᑯᕕᑎᙱᒃᑯᓂ, ᐃᒻᒧᑦᓴᔭᖅ ᓂᐱᑎᑉᐸᓪᓗᒍ ᒥᒥᔾᓗᓂᓗ. ᑯᕕᑎᑦᑎᖃᑦᑕᕐᓂᖅ ᐃᒥᖅᑎᑦᑎᒃᑲᓐᓂᓲᖑᒋᕗᖅ ᕿᑐᕐᖓᖅᐱᑦ ᐱᔭᕆᐊᖃᖅᑕᖏᓐᓂᒃ. ᓂᕿᑦᑎᐊᕙᓕᕆᔨ ᐅᖃᐅᑎᓂᐊᖅᐹᑎᑦ ᖃᓄᖅ ᐊᖏᑎᒋᔪᒥᒃ ᑯᕕᑎᑦᑎᔭᕆᐊᖃᕐᒪᖔᑦ ᕿᑐᕐᙵᕕᑦ ᓱᓪᓗᓕᖓᓂᒃ.</w:t>
      </w:r>
    </w:p>
    <w:p w14:paraId="08B596E9" w14:textId="5654AFF4" w:rsidR="00AB73E7" w:rsidRPr="00D4501F" w:rsidRDefault="00632B87" w:rsidP="00071F10">
      <w:pPr>
        <w:pStyle w:val="Heading3"/>
      </w:pPr>
      <w:r w:rsidRPr="00D4501F">
        <w:rPr>
          <w:lang w:bidi="iu-Cans-CA"/>
        </w:rPr>
        <w:t>ᕿᑐᕐᙵᕐᒪ ᑯᕕᑎᑦᑎᔾᔪᑎᒋᕙᒃᑕᖓ</w:t>
      </w:r>
    </w:p>
    <w:p w14:paraId="396B1CF2" w14:textId="433EAD3D" w:rsidR="00AB73E7" w:rsidRPr="00D4501F" w:rsidRDefault="005D0276">
      <w:pPr>
        <w:rPr>
          <w:rFonts w:ascii="Arial" w:hAnsi="Arial" w:cs="Arial"/>
        </w:rPr>
      </w:pPr>
      <w:r w:rsidRPr="00D4501F">
        <w:rPr>
          <w:rFonts w:ascii="Arial" w:eastAsia="Arial" w:hAnsi="Arial" w:cs="Arial"/>
          <w:lang w:bidi="iu-Cans-CA"/>
        </w:rPr>
        <w:t xml:space="preserve">___________mL ᓯᕗᓂᐊᒍᑦ ᑭᖑᓂᐊᒍᓪᓗ ᓂᕆᑎᑦᑎᕌᓂᒃᑲᖓᒥ </w:t>
      </w:r>
    </w:p>
    <w:p w14:paraId="5D424182" w14:textId="0A7FB9AF" w:rsidR="00AB73E7" w:rsidRPr="00D4501F" w:rsidRDefault="00632B87">
      <w:pPr>
        <w:rPr>
          <w:rFonts w:ascii="Arial" w:hAnsi="Arial" w:cs="Arial"/>
        </w:rPr>
      </w:pPr>
      <w:r w:rsidRPr="00D4501F">
        <w:rPr>
          <w:rFonts w:ascii="Arial" w:eastAsia="Arial" w:hAnsi="Arial" w:cs="Arial"/>
          <w:lang w:bidi="iu-Cans-CA"/>
        </w:rPr>
        <w:t xml:space="preserve">___________mL ᐊᑐᓂ ᐃᓅᓕᓴᐅᑎᓄᑦ </w:t>
      </w:r>
    </w:p>
    <w:p w14:paraId="51D81103" w14:textId="77777777" w:rsidR="00AB73E7" w:rsidRPr="00D4501F" w:rsidRDefault="005D0276" w:rsidP="00E9416F">
      <w:pPr>
        <w:pStyle w:val="Heading2"/>
      </w:pPr>
      <w:r w:rsidRPr="00D4501F">
        <w:rPr>
          <w:lang w:bidi="iu-Cans-CA"/>
        </w:rPr>
        <w:lastRenderedPageBreak/>
        <w:t>ᑯᕕᑎᓪᓗᐊᖅᑕᐃᑦ ᓱᓪᓗᓕᖓ:</w:t>
      </w:r>
    </w:p>
    <w:p w14:paraId="6911726F" w14:textId="77777777" w:rsidR="00AB73E7" w:rsidRPr="00D4501F" w:rsidRDefault="005D0276" w:rsidP="002B648D">
      <w:pPr>
        <w:pStyle w:val="ListParagraph"/>
        <w:numPr>
          <w:ilvl w:val="0"/>
          <w:numId w:val="12"/>
        </w:numPr>
        <w:rPr>
          <w:rFonts w:ascii="Arial" w:hAnsi="Arial" w:cs="Arial"/>
        </w:rPr>
      </w:pPr>
      <w:r w:rsidRPr="00D4501F">
        <w:rPr>
          <w:rFonts w:ascii="Arial" w:eastAsia="Arial" w:hAnsi="Arial" w:cs="Arial"/>
          <w:lang w:bidi="iu-Cans-CA"/>
        </w:rPr>
        <w:t>ᓯᕗᓂᐊᒍᑦ ᑭᖑᓂᐊᒍᓪᓗ ᓂᕆᑎᑦᑎᓂᓕᒫᑦ.</w:t>
      </w:r>
    </w:p>
    <w:p w14:paraId="5D5FFE10" w14:textId="77777777" w:rsidR="00AB73E7" w:rsidRPr="00D4501F" w:rsidRDefault="005D0276" w:rsidP="002B648D">
      <w:pPr>
        <w:pStyle w:val="ListParagraph"/>
        <w:numPr>
          <w:ilvl w:val="0"/>
          <w:numId w:val="12"/>
        </w:numPr>
        <w:rPr>
          <w:rFonts w:ascii="Arial" w:hAnsi="Arial" w:cs="Arial"/>
        </w:rPr>
      </w:pPr>
      <w:r w:rsidRPr="00D4501F">
        <w:rPr>
          <w:rFonts w:ascii="Arial" w:eastAsia="Arial" w:hAnsi="Arial" w:cs="Arial"/>
          <w:lang w:bidi="iu-Cans-CA"/>
        </w:rPr>
        <w:t>ᐃᑲᕐᕋᑦ ᑎᓴᒪᑦ ᐊᓂᒍᑐᐊᕌᖓᑕ ᓂᕆᑎᑏᓐᓇᖅᑎᓪᓗᒋᑦ.</w:t>
      </w:r>
    </w:p>
    <w:p w14:paraId="46A2A1AD" w14:textId="77777777" w:rsidR="00AB73E7" w:rsidRPr="00D4501F" w:rsidRDefault="005D0276" w:rsidP="002B648D">
      <w:pPr>
        <w:pStyle w:val="ListParagraph"/>
        <w:numPr>
          <w:ilvl w:val="0"/>
          <w:numId w:val="12"/>
        </w:numPr>
        <w:rPr>
          <w:rFonts w:ascii="Arial" w:hAnsi="Arial" w:cs="Arial"/>
        </w:rPr>
      </w:pPr>
      <w:r w:rsidRPr="00D4501F">
        <w:rPr>
          <w:rFonts w:ascii="Arial" w:eastAsia="Arial" w:hAnsi="Arial" w:cs="Arial"/>
          <w:lang w:bidi="iu-Cans-CA"/>
        </w:rPr>
        <w:t>ᓯᕗᓂᐊᒍᑦ ᑭᖑᓂᐊᒍᓪᓗ ᕿᑐᕐᖓᐃᑦ ᐋᔭᒐᖅᑖᖅᑎᓚᐅᙱᓐᓂᓂ NG ᓱᓪᓗᓕᒃᑯᑦ ᐊᒻᒪ ᐊᑯᓐᓂᖏᓐᓂ ᐊᑐᓂ ᐋᔭᒐᐃᑦ ᐊᒥᓲᒃᑲᓐᓂᖅᐸᑕ.</w:t>
      </w:r>
    </w:p>
    <w:p w14:paraId="5D937B1A" w14:textId="77777777" w:rsidR="00AB73E7" w:rsidRPr="00D4501F" w:rsidRDefault="005D0276">
      <w:pPr>
        <w:rPr>
          <w:rFonts w:ascii="Arial" w:hAnsi="Arial" w:cs="Arial"/>
        </w:rPr>
      </w:pPr>
      <w:r w:rsidRPr="00D4501F">
        <w:rPr>
          <w:rFonts w:ascii="Arial" w:eastAsia="Arial" w:hAnsi="Arial" w:cs="Arial"/>
          <w:lang w:bidi="iu-Cans-CA"/>
        </w:rPr>
        <w:t>ᐃᒪᕐᒥᒃ ᑯᕕᑎᑦᑎᖃᑦᑕᓪᓗᐊᖅᑐᑦ 30 ml ᑲᐳᑎᒧᑦ ᐊᖏᓂᖅᓴᒧᓪᓘᓐᓃᑦ ᓱᓪᓗᓕᖕᒧᑦ ᐊᑭᐊᕈᕐᒥᓪᓗ ᐳᓪᓕᖅᓗᐊᖁᓇᒍ – ᒥᑭᓐᓂᖅᓴᐃᑦ ᑲᐳᑎᑦ ᐳᓪᓕᖃᕐᓂᖅᓴᐅᓲᑦ ᓱᕋᐃᔪᓐᓇᖅᑐᑎᓪᓗ ᓱᓪᓗᓕᖕᒥᑦ.</w:t>
      </w:r>
    </w:p>
    <w:p w14:paraId="50F3D3C9" w14:textId="3BA58D91" w:rsidR="00071F10" w:rsidRDefault="00071F10" w:rsidP="00071F10">
      <w:pPr>
        <w:rPr>
          <w:rFonts w:ascii="Arial" w:hAnsi="Arial" w:cs="Arial"/>
        </w:rPr>
      </w:pPr>
      <w:r w:rsidRPr="00D4501F">
        <w:rPr>
          <w:rFonts w:ascii="Arial" w:eastAsia="Arial" w:hAnsi="Arial" w:cs="Arial"/>
          <w:noProof/>
          <w:lang w:bidi="iu-Cans-CA"/>
        </w:rPr>
        <w:drawing>
          <wp:anchor distT="0" distB="0" distL="114300" distR="114300" simplePos="0" relativeHeight="251690496" behindDoc="1" locked="0" layoutInCell="1" allowOverlap="1" wp14:anchorId="709C47D9" wp14:editId="0A4703F2">
            <wp:simplePos x="0" y="0"/>
            <wp:positionH relativeFrom="column">
              <wp:posOffset>5092996</wp:posOffset>
            </wp:positionH>
            <wp:positionV relativeFrom="paragraph">
              <wp:posOffset>471731</wp:posOffset>
            </wp:positionV>
            <wp:extent cx="1530985" cy="2296160"/>
            <wp:effectExtent l="0" t="0" r="5715" b="2540"/>
            <wp:wrapSquare wrapText="bothSides"/>
            <wp:docPr id="1974153017" name="Picture 1" descr="A red pill bottle with a red lid and a red pill bott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153017" name="Picture 1" descr="A red pill bottle with a red lid and a red pill bottle&#10;&#10;AI-generated content may be incorrect."/>
                    <pic:cNvPicPr/>
                  </pic:nvPicPr>
                  <pic:blipFill>
                    <a:blip r:embed="rId30"/>
                    <a:stretch>
                      <a:fillRect/>
                    </a:stretch>
                  </pic:blipFill>
                  <pic:spPr>
                    <a:xfrm>
                      <a:off x="0" y="0"/>
                      <a:ext cx="1530985" cy="2296160"/>
                    </a:xfrm>
                    <a:prstGeom prst="rect">
                      <a:avLst/>
                    </a:prstGeom>
                  </pic:spPr>
                </pic:pic>
              </a:graphicData>
            </a:graphic>
            <wp14:sizeRelH relativeFrom="margin">
              <wp14:pctWidth>0</wp14:pctWidth>
            </wp14:sizeRelH>
            <wp14:sizeRelV relativeFrom="margin">
              <wp14:pctHeight>0</wp14:pctHeight>
            </wp14:sizeRelV>
          </wp:anchor>
        </w:drawing>
      </w:r>
      <w:r w:rsidRPr="00D4501F">
        <w:rPr>
          <w:rFonts w:ascii="Arial" w:eastAsia="Arial" w:hAnsi="Arial" w:cs="Arial"/>
          <w:lang w:bidi="iu-Cans-CA"/>
        </w:rPr>
        <w:t xml:space="preserve">ᐃᑉᐱᓐᓇᓕᐅᖅᓯᒪᒍᕕᑦ ᑯᕕᑎᑦᑎᓇᓱᓕᕌᖓᕕᑦ </w:t>
      </w:r>
      <w:r w:rsidRPr="00D4501F">
        <w:rPr>
          <w:rFonts w:ascii="Arial" w:eastAsia="Arial" w:hAnsi="Arial" w:cs="Arial"/>
          <w:b/>
          <w:lang w:bidi="iu-Cans-CA"/>
        </w:rPr>
        <w:t>ᓄᖅᑲᕆᑦ</w:t>
      </w:r>
      <w:r w:rsidRPr="00D4501F">
        <w:rPr>
          <w:rFonts w:ascii="Arial" w:eastAsia="Arial" w:hAnsi="Arial" w:cs="Arial"/>
          <w:lang w:bidi="iu-Cans-CA"/>
        </w:rPr>
        <w:t xml:space="preserve"> ᑕᑯᓗᒍ ᐋᖅᑭᒃᓱᐃᓇᓱᐊᕐᓂᕐᒧᑦ ᑎᑎᕋᖅᓯᒪᔪᖅ. ᐊᔭᐅᑐᐃᓐᓇᖅᑕᐃᓕᓗᒍ ᑯᕕᑎᓐᓇᓱᒡᓗᒍ ᓱᓪᓗᓕᖕᒧᑦ.</w:t>
      </w:r>
    </w:p>
    <w:p w14:paraId="0E24410C" w14:textId="1BE8B9A8" w:rsidR="00AB73E7" w:rsidRPr="00D4501F" w:rsidRDefault="005D0276" w:rsidP="00071F10">
      <w:pPr>
        <w:pStyle w:val="Heading1"/>
      </w:pPr>
      <w:r w:rsidRPr="00D4501F">
        <w:rPr>
          <w:lang w:bidi="iu-Cans-CA"/>
        </w:rPr>
        <w:t xml:space="preserve">ᐃᓅᓕᓴᐅᑎᓂᒃ ᑐᓂᓯᓂᖅ </w:t>
      </w:r>
    </w:p>
    <w:p w14:paraId="1FE013B2" w14:textId="1419E8AE" w:rsidR="00AB73E7" w:rsidRPr="00D4501F" w:rsidRDefault="005D0276" w:rsidP="002B648D">
      <w:pPr>
        <w:pStyle w:val="ListParagraph"/>
        <w:numPr>
          <w:ilvl w:val="0"/>
          <w:numId w:val="13"/>
        </w:numPr>
        <w:rPr>
          <w:rFonts w:ascii="Arial" w:hAnsi="Arial" w:cs="Arial"/>
        </w:rPr>
      </w:pPr>
      <w:r w:rsidRPr="00D4501F">
        <w:rPr>
          <w:rFonts w:ascii="Arial" w:eastAsia="Arial" w:hAnsi="Arial" w:cs="Arial"/>
          <w:lang w:bidi="iu-Cans-CA"/>
        </w:rPr>
        <w:t xml:space="preserve">ᓇᓗᓇᐃᕐᓗᒍ ᓱᓪᓗᓕᐅᑉ ᐃᓂᒋᔭᖓ </w:t>
      </w:r>
    </w:p>
    <w:p w14:paraId="72605F30" w14:textId="1771F923" w:rsidR="00AB73E7" w:rsidRPr="00D4501F" w:rsidRDefault="0002648A" w:rsidP="002B648D">
      <w:pPr>
        <w:pStyle w:val="ListParagraph"/>
        <w:numPr>
          <w:ilvl w:val="0"/>
          <w:numId w:val="13"/>
        </w:numPr>
        <w:rPr>
          <w:rFonts w:ascii="Arial" w:hAnsi="Arial" w:cs="Arial"/>
        </w:rPr>
      </w:pPr>
      <w:r w:rsidRPr="00D4501F">
        <w:rPr>
          <w:rFonts w:ascii="Arial" w:eastAsia="Arial" w:hAnsi="Arial" w:cs="Arial"/>
          <w:lang w:bidi="iu-Cans-CA"/>
        </w:rPr>
        <w:t>ᕿᑐᕐᖓᐃᑦ ᓂᕆᑎᑕᐅᑉᐸᑦ ᐃᓅᓕᓴᐅᑎᒥᒃ ᑐᓂᓯᔪᓐᓇᙱᓪᓗᓂ ᓯᕗᓂᐊᒍᑦ ᑭᖑᓂᐊᒍᓪᓘᓐᓃᑦ, ᓄᖅᑲᑎᓪᓚᐅᑲᓪᓗᒍ ᓂᕆᑎᑕᐅᓂᖓ</w:t>
      </w:r>
    </w:p>
    <w:p w14:paraId="7630B83C" w14:textId="17357D32" w:rsidR="00AB73E7" w:rsidRPr="00D4501F" w:rsidRDefault="002B648D" w:rsidP="002B648D">
      <w:pPr>
        <w:pStyle w:val="ListParagraph"/>
        <w:numPr>
          <w:ilvl w:val="0"/>
          <w:numId w:val="13"/>
        </w:numPr>
        <w:rPr>
          <w:rFonts w:ascii="Arial" w:hAnsi="Arial" w:cs="Arial"/>
        </w:rPr>
      </w:pPr>
      <w:r w:rsidRPr="00D4501F">
        <w:rPr>
          <w:rFonts w:ascii="Arial" w:eastAsia="Arial" w:hAnsi="Arial" w:cs="Arial"/>
          <w:lang w:bidi="iu-Cans-CA"/>
        </w:rPr>
        <w:t xml:space="preserve">ᑯᕕᑎᓪᓗᒍ ᐊᑐᕐᓗᑎᑦ 35 ml ᑲᐴᑎᒧᑦ ᐋᖅᑭᒃᓯᒪᕙᒌᖅᑐᒧᑦ ᐊᖏᑎᒋᓂᖓᓄᑦ </w:t>
      </w:r>
    </w:p>
    <w:p w14:paraId="4618C31E" w14:textId="77777777" w:rsidR="00AB73E7" w:rsidRPr="00D4501F" w:rsidRDefault="005D0276" w:rsidP="002B648D">
      <w:pPr>
        <w:pStyle w:val="ListParagraph"/>
        <w:numPr>
          <w:ilvl w:val="0"/>
          <w:numId w:val="13"/>
        </w:numPr>
        <w:rPr>
          <w:rFonts w:ascii="Arial" w:hAnsi="Arial" w:cs="Arial"/>
        </w:rPr>
      </w:pPr>
      <w:r w:rsidRPr="00D4501F">
        <w:rPr>
          <w:rFonts w:ascii="Arial" w:eastAsia="Arial" w:hAnsi="Arial" w:cs="Arial"/>
          <w:lang w:bidi="iu-Cans-CA"/>
        </w:rPr>
        <w:t>ᐄᔭᒐᕐᓂᒃ ᐊᑐᕈᕕᑦ, ᖃᐅᔨᒪᒋᐊᕐᓗᑎᑦ ᐊᖏᖅᑕᐅᓯᒪᒐᓗᐊᕐᒪᖔᑕ ᐄᔭᒐᖅᑖᕐᕕᖕᒧᑦ ᓯᖃᓪᓕᓂᐊᕐᓗᒋᑦ</w:t>
      </w:r>
    </w:p>
    <w:p w14:paraId="3F023056" w14:textId="0BF11B00" w:rsidR="00AB73E7" w:rsidRPr="00D4501F" w:rsidRDefault="005D0276" w:rsidP="002B648D">
      <w:pPr>
        <w:pStyle w:val="ListParagraph"/>
        <w:numPr>
          <w:ilvl w:val="0"/>
          <w:numId w:val="13"/>
        </w:numPr>
        <w:rPr>
          <w:rFonts w:ascii="Arial" w:hAnsi="Arial" w:cs="Arial"/>
        </w:rPr>
      </w:pPr>
      <w:r w:rsidRPr="00D4501F">
        <w:rPr>
          <w:rFonts w:ascii="Arial" w:eastAsia="Arial" w:hAnsi="Arial" w:cs="Arial"/>
          <w:lang w:bidi="iu-Cans-CA"/>
        </w:rPr>
        <w:t>ᐄᔭᒐᐃᑦ ᓯᖃᓪᓕᑎᖅᑕᐅᑦᑎᐊᓪᓗᐊᖅᑐᑦ ᓯᒥᒃᓯᔾᔮᙱᒻᒪᑕ.</w:t>
      </w:r>
    </w:p>
    <w:p w14:paraId="5205364C" w14:textId="7A4A5C8E" w:rsidR="00AB73E7" w:rsidRPr="00D4501F" w:rsidRDefault="005D0276" w:rsidP="002B648D">
      <w:pPr>
        <w:pStyle w:val="ListParagraph"/>
        <w:numPr>
          <w:ilvl w:val="0"/>
          <w:numId w:val="13"/>
        </w:numPr>
        <w:rPr>
          <w:rFonts w:ascii="Arial" w:hAnsi="Arial" w:cs="Arial"/>
        </w:rPr>
      </w:pPr>
      <w:r w:rsidRPr="00D4501F">
        <w:rPr>
          <w:rFonts w:ascii="Arial" w:eastAsia="Arial" w:hAnsi="Arial" w:cs="Arial"/>
          <w:lang w:bidi="iu-Cans-CA"/>
        </w:rPr>
        <w:t>ᖃᐅᔨᒪᒋᐊᕐᓗᑎᑦ ᐋᔭᒐᖅ ᐊᐅᓯᒪᑦᑎᐊᕋᓗᐊᕐᒪᖔᑦ ᑐᓂᔭᐅᓚᐅᙱᓐᓂᖓᓂ, ᒥᑭᑦᑐᑯᓘᒐᓗᐊᑦ ᒥᒥᔾᔨᓲᖓᒻᒪᑕ ᓱᓪᓗᓕᖕᒥᑦ.</w:t>
      </w:r>
    </w:p>
    <w:p w14:paraId="2D00E065" w14:textId="69491926" w:rsidR="00AB73E7" w:rsidRPr="00D4501F" w:rsidRDefault="002B648D" w:rsidP="002B648D">
      <w:pPr>
        <w:pStyle w:val="ListParagraph"/>
        <w:numPr>
          <w:ilvl w:val="0"/>
          <w:numId w:val="13"/>
        </w:numPr>
        <w:rPr>
          <w:rFonts w:ascii="Arial" w:hAnsi="Arial" w:cs="Arial"/>
        </w:rPr>
      </w:pPr>
      <w:r w:rsidRPr="00D4501F">
        <w:rPr>
          <w:rFonts w:ascii="Arial" w:eastAsia="Arial" w:hAnsi="Arial" w:cs="Arial"/>
          <w:lang w:bidi="iu-Cans-CA"/>
        </w:rPr>
        <w:t xml:space="preserve">ᑯᕕᑎᑦᑎᒃᑲᓐᓂᖃᑦᑕᓪᓗᐊᖅᑐᑦ 1-5 ml ᐊᑯᓐᓂᖏᓐᓂ ᑭᖑᓂᐊᒍᓪᓗ ᐃᓅᓕᓴᐅᑎᑦ. ᑯᕕᑎᑦᑎᖃᑦᑕᕐᓂᖅ ᓇᓗᙱᑦᑎᐊᕈᑕᐅᕙᒃᐳᖅ ᐃᓅᓕᓴᐅᑎᑦ ᐊᔪᖅᓯᓯᒪᙱᒃᑲᓗᐊᕐᒪᖔᑕ ᓱᓪᓗᓕᖕᒧᑦ ᓯᒥᒃᑎᑦᑎᔪᓐᓇᖅᖢᓂᓗ, ᓄᖅᑲᖅᑎᑦᑎᔪᓐᓇᕆᓪᓗᓂᓗ ᐃᓅᓕᓴᐅᑎᓂᒃ ᑲᑎᙵᑎᑦᑎᓂᕐᒥᒃ ᓱᓪᓗᓕᖕᒥ, ᓯᒥᒃᑎᑦᑎᔪᓐᓇᖅᖢᓂᓗ. </w:t>
      </w:r>
    </w:p>
    <w:p w14:paraId="15AD53EB" w14:textId="77777777" w:rsidR="00AB73E7" w:rsidRPr="00D4501F" w:rsidRDefault="005D0276" w:rsidP="002B648D">
      <w:pPr>
        <w:pStyle w:val="ListParagraph"/>
        <w:numPr>
          <w:ilvl w:val="0"/>
          <w:numId w:val="13"/>
        </w:numPr>
        <w:rPr>
          <w:rFonts w:ascii="Arial" w:hAnsi="Arial" w:cs="Arial"/>
        </w:rPr>
      </w:pPr>
      <w:r w:rsidRPr="00D4501F">
        <w:rPr>
          <w:rFonts w:ascii="Arial" w:eastAsia="Arial" w:hAnsi="Arial" w:cs="Arial"/>
          <w:lang w:bidi="iu-Cans-CA"/>
        </w:rPr>
        <w:t>ᐃᓅᓕᓴᐅᑎᑦ ᐃᓚᔭᐅᔭᕆᐊᖃᙱᑦᑐᑦ ᐃᒻᒧᑦᓴᔭᒧᑦ – ᑕᓐᓇ ᓯᓚᑦᑎᑎᔪᓐᓇᕐᒪᑦ ᓂᕿᒥᒃ ᒥᒥᑎᑦᑎᓗᓂ ᐅᕝᕙᓘᓐᓃᑦ ᑕᒻᒪᕐᓯᒪᔪᓂᒃ ᐋᔭᒐᖅᑎᑦᑎᓕᕐᓗᓂ.</w:t>
      </w:r>
    </w:p>
    <w:p w14:paraId="35790DF4" w14:textId="45249B02" w:rsidR="00AB73E7" w:rsidRPr="00D4501F" w:rsidRDefault="005D0276" w:rsidP="002B648D">
      <w:pPr>
        <w:pStyle w:val="ListParagraph"/>
        <w:numPr>
          <w:ilvl w:val="0"/>
          <w:numId w:val="13"/>
        </w:numPr>
        <w:rPr>
          <w:rFonts w:ascii="Arial" w:hAnsi="Arial" w:cs="Arial"/>
        </w:rPr>
      </w:pPr>
      <w:r w:rsidRPr="00D4501F">
        <w:rPr>
          <w:rFonts w:ascii="Arial" w:eastAsia="Arial" w:hAnsi="Arial" w:cs="Arial"/>
          <w:lang w:bidi="iu-Cans-CA"/>
        </w:rPr>
        <w:t>ᐃᒪᖅ ᐄᔭᒐᖅ ᐃᓚᓯᒪᔭᕆᐊᖃᕆᕗᖅ 1:1 ᐃᒪᕐᒧᑦ ᒥᒃᖠᒋᐊᖅᑎᑦᑎᔪᒪᓂᕐᒧᑦ ᖁᐊᖅᓵᕐᓇᕈᓐᓇᕐᓂᖓᓂᒃ ᓱᓪᓗᓕᐅᑉ ᓯᒥᒃᓯᒪᓂᖓᓄᑦ. ᐃᓚᓯᓂᖅ ᒥᓪᓕᑎᑦᑎᓯᒪᒻᒥᔪᖅ ᐊᑭᐊᕈᒃᑯᑦ ᐋᓐᓂᐊᓕᕐᓇᖅᑐᒥᒃ ᑕᐃᒪᐃᔪᓐᓇᕐᒪᑦ ᐊᒥᓲᑦ ᐋᔭᒐᐃᑦ ᓱᖓᖅᑐᑦ ᓂᐱᓐᓇᖅᑐᓪᓗ ᒥᕆᐊᖅᑎᑦᑎᔪᓐᓇᕐᒪᑕ ᐊᑭᐊᕈᕐᒧᐊᖅᑎᑦᑎᓵᕋᒥᓘᓐᓃᑦ.</w:t>
      </w:r>
    </w:p>
    <w:p w14:paraId="00190A3C" w14:textId="77777777" w:rsidR="00AB73E7" w:rsidRPr="00D4501F" w:rsidRDefault="005D0276" w:rsidP="002B648D">
      <w:pPr>
        <w:pStyle w:val="ListParagraph"/>
        <w:numPr>
          <w:ilvl w:val="0"/>
          <w:numId w:val="13"/>
        </w:numPr>
        <w:rPr>
          <w:rFonts w:ascii="Arial" w:hAnsi="Arial" w:cs="Arial"/>
        </w:rPr>
      </w:pPr>
      <w:r w:rsidRPr="00D4501F">
        <w:rPr>
          <w:rFonts w:ascii="Arial" w:eastAsia="Arial" w:hAnsi="Arial" w:cs="Arial"/>
          <w:lang w:bidi="iu-Cans-CA"/>
        </w:rPr>
        <w:t>ᐃᓛᓐᓂᒃᑯᑦ ᐃᓅᓕᓴᐅᑎᑦ ᒥᑭᑦᑐᑯᓘᓪᓗᑎᒃ ᑲᐳᑎᖃᕆᐊᖃᓲᖑᒻᒪᑕ ᒥᑭᓐᓂᖅᓴᓂᒃ ᑲᐳᑎᖃᕆᐊᖃᖅᑐᑎᒃ, ᒥᑭᓐᓂᖅᓴᓂᒃ ᑲᐳᑎᓂᒃ ᐊᑐᕈᓐᓇᖅᑐᑎᑦ ᓱᒃᑲᐃᑦᑐᒥᒃ ᓇᓗᓇᐃᖅᓯᓚᐅᖅᑎᓪᓗᑎᑦ ᓱᓪᓗᓕᒃ ᐊᑐᕈᓐᓇᑦᑎᐊᕐᓂᖓᓂᒃ 30mL-ᒧᑦ ᑲᐳᑎᒧᑦ.</w:t>
      </w:r>
    </w:p>
    <w:p w14:paraId="5BAA42F0" w14:textId="77777777" w:rsidR="00AB73E7" w:rsidRPr="00D4501F" w:rsidRDefault="005D0276" w:rsidP="002B648D">
      <w:pPr>
        <w:pStyle w:val="ListParagraph"/>
        <w:numPr>
          <w:ilvl w:val="0"/>
          <w:numId w:val="13"/>
        </w:numPr>
        <w:rPr>
          <w:rFonts w:ascii="Arial" w:hAnsi="Arial" w:cs="Arial"/>
        </w:rPr>
      </w:pPr>
      <w:r w:rsidRPr="00D4501F">
        <w:rPr>
          <w:rFonts w:ascii="Arial" w:eastAsia="Arial" w:hAnsi="Arial" w:cs="Arial"/>
          <w:lang w:bidi="iu-Cans-CA"/>
        </w:rPr>
        <w:t>ᑭᖑᓪᓕᖅᐹᒥᑦ ᑯᕕᑎᓪᓗᒍ ᓱᓪᓗᓕᖓ ᒪᑐᓚᐅᙱᓐᓂᓂ ᓂᕆᑎᑦᑎᒃᑲᓐᓂᓚᐅᙱᓐᓂᕐᓂᓘᓐᓃᑦ.</w:t>
      </w:r>
    </w:p>
    <w:p w14:paraId="2DD6D24C" w14:textId="77777777" w:rsidR="00AB73E7" w:rsidRPr="00D4501F" w:rsidRDefault="005D0276" w:rsidP="002B648D">
      <w:pPr>
        <w:pStyle w:val="Heading1"/>
        <w:rPr>
          <w:rFonts w:cs="Arial"/>
        </w:rPr>
      </w:pPr>
      <w:r w:rsidRPr="00D4501F">
        <w:rPr>
          <w:rFonts w:cs="Arial"/>
          <w:lang w:bidi="iu-Cans-CA"/>
        </w:rPr>
        <w:t>ᖃᐅᑕᒫᑦ ᖃᓄᐃᓕᐅᕈᑎᑦ:</w:t>
      </w:r>
    </w:p>
    <w:p w14:paraId="7C578BF3" w14:textId="77777777" w:rsidR="002B648D" w:rsidRPr="00D4501F" w:rsidRDefault="005D0276" w:rsidP="002B648D">
      <w:pPr>
        <w:pStyle w:val="Heading2"/>
        <w:rPr>
          <w:rFonts w:cs="Arial"/>
          <w:lang w:val="en-CA"/>
        </w:rPr>
      </w:pPr>
      <w:r w:rsidRPr="00D4501F">
        <w:rPr>
          <w:rFonts w:cs="Arial"/>
          <w:lang w:bidi="iu-Cans-CA"/>
        </w:rPr>
        <w:t>ᐊᑦᑕᕐᓇᖅᑕᐃᓕᒪᓂᖅ:  </w:t>
      </w:r>
    </w:p>
    <w:p w14:paraId="3E70C3CB" w14:textId="094A2419" w:rsidR="002B648D" w:rsidRPr="00D4501F" w:rsidRDefault="002B648D" w:rsidP="00071F10">
      <w:pPr>
        <w:numPr>
          <w:ilvl w:val="0"/>
          <w:numId w:val="14"/>
        </w:numPr>
        <w:tabs>
          <w:tab w:val="clear" w:pos="720"/>
          <w:tab w:val="num" w:pos="360"/>
        </w:tabs>
        <w:spacing w:line="240" w:lineRule="auto"/>
        <w:ind w:left="360"/>
        <w:rPr>
          <w:rFonts w:ascii="Arial" w:hAnsi="Arial" w:cs="Arial"/>
          <w:lang w:val="en-CA"/>
        </w:rPr>
      </w:pPr>
      <w:r w:rsidRPr="00D4501F">
        <w:rPr>
          <w:rFonts w:ascii="Arial" w:eastAsia="Arial" w:hAnsi="Arial" w:cs="Arial"/>
          <w:lang w:bidi="iu-Cans-CA"/>
        </w:rPr>
        <w:t>ᑕᒪᕐᒥᑦᑎᐊᖅ ᓂᕆᑎᑦᑎᓂᐅᔪᑦ ᓇᐅᑦᑎᖅᓱᖅᑕᐅᔭᕆᐊᖃᖅᑐᑦ.  </w:t>
      </w:r>
    </w:p>
    <w:p w14:paraId="30A3036A" w14:textId="77777777" w:rsidR="001E3D34" w:rsidRDefault="002B648D" w:rsidP="001E3D34">
      <w:pPr>
        <w:numPr>
          <w:ilvl w:val="0"/>
          <w:numId w:val="15"/>
        </w:numPr>
        <w:tabs>
          <w:tab w:val="clear" w:pos="720"/>
          <w:tab w:val="num" w:pos="360"/>
        </w:tabs>
        <w:spacing w:line="240" w:lineRule="auto"/>
        <w:ind w:left="360"/>
        <w:rPr>
          <w:rFonts w:ascii="Arial" w:hAnsi="Arial" w:cs="Arial"/>
          <w:lang w:val="en-CA"/>
        </w:rPr>
      </w:pPr>
      <w:r w:rsidRPr="00D4501F">
        <w:rPr>
          <w:rFonts w:ascii="Arial" w:eastAsia="Arial" w:hAnsi="Arial" w:cs="Arial"/>
          <w:lang w:bidi="iu-Cans-CA"/>
        </w:rPr>
        <w:lastRenderedPageBreak/>
        <w:t>ᕿᑐᕐᖓᐃᑦ ᐃᒃᓯᕙᖅᑎᓪᓗᒍ 30-degree-ᒧᑦ ᐅᐃᖓᓗᒍ (ᖁᑦᑎᓐᓂᖅᓴᒧᓪᓘᓐᓃᑦ) ᓂᕆᑎᓪᓗᒍ ᓂᕿᖓ ᐊᓂᕐᓂᖃᕐᕕᖕᒧᐊᖁᓇᒍ.</w:t>
      </w:r>
    </w:p>
    <w:p w14:paraId="254E7E4F" w14:textId="73DAEC2A" w:rsidR="00AB73E7" w:rsidRPr="001E3D34" w:rsidRDefault="002B648D" w:rsidP="001E3D34">
      <w:pPr>
        <w:numPr>
          <w:ilvl w:val="0"/>
          <w:numId w:val="15"/>
        </w:numPr>
        <w:tabs>
          <w:tab w:val="clear" w:pos="720"/>
          <w:tab w:val="num" w:pos="360"/>
        </w:tabs>
        <w:spacing w:line="240" w:lineRule="auto"/>
        <w:ind w:left="360"/>
        <w:rPr>
          <w:rFonts w:ascii="Arial" w:hAnsi="Arial" w:cs="Arial"/>
          <w:lang w:val="en-CA"/>
        </w:rPr>
      </w:pPr>
      <w:r w:rsidRPr="001E3D34">
        <w:rPr>
          <w:rFonts w:ascii="Arial" w:eastAsia="Arial" w:hAnsi="Arial" w:cs="Arial"/>
          <w:lang w:bidi="iu-Cans-CA"/>
        </w:rPr>
        <w:t>ᓱᓪᓗᑯᑖᒃ ᓂᐱᑎᑦᑎᐊᕐᓗᒍ ᐊᒧᔭᐅᖁᓇᒍ ᑐᕿᓯᖁᓇᒍᓘᓐᓃᑦ ᕿᑐᕐᖓᐃᑦ. </w:t>
      </w:r>
    </w:p>
    <w:p w14:paraId="34BCB9FE" w14:textId="77777777" w:rsidR="002B648D" w:rsidRPr="00D4501F" w:rsidRDefault="005D0276">
      <w:pPr>
        <w:rPr>
          <w:rFonts w:ascii="Arial" w:hAnsi="Arial" w:cs="Arial"/>
        </w:rPr>
      </w:pPr>
      <w:r w:rsidRPr="00D4501F">
        <w:rPr>
          <w:rStyle w:val="Heading2Char"/>
          <w:rFonts w:cs="Arial"/>
          <w:color w:val="auto"/>
          <w:lang w:bidi="iu-Cans-CA"/>
        </w:rPr>
        <w:t xml:space="preserve">ᐳᐃᔾᔪᕋᕐᓂᖅ: </w:t>
      </w:r>
    </w:p>
    <w:p w14:paraId="4F50683A" w14:textId="43A1E436" w:rsidR="00AB73E7" w:rsidRPr="00D4501F" w:rsidRDefault="005D0276">
      <w:pPr>
        <w:rPr>
          <w:rFonts w:ascii="Arial" w:hAnsi="Arial" w:cs="Arial"/>
        </w:rPr>
      </w:pPr>
      <w:r w:rsidRPr="00D4501F">
        <w:rPr>
          <w:rFonts w:ascii="Arial" w:eastAsia="Arial" w:hAnsi="Arial" w:cs="Arial"/>
          <w:lang w:bidi="iu-Cans-CA"/>
        </w:rPr>
        <w:t>ᕿᑐᕐᖓᐃᑦ ᐳᐃᔾᔪᕋᕆᐊᕈᓐᓇᖅᑐᖅ NG ᓱᓪᓗᓕᖕᒥᒃ ᐃᓕᓯᒪᓗᓂ, ᖃᐅᔨᒪᒋᐊᕐᓗᒍ ᓂᐱᑎᖓ ᓱᓪᓗᓕᖕᒥᒃ ᐊᓯᔾᔨᖅᑕᐅᓯᒪᓪᓗᐊᕐᒪᖔᑦ ᐳᐃᔾᔪᕋᓂᒃᑲᖓᒥ.</w:t>
      </w:r>
    </w:p>
    <w:p w14:paraId="5ABB5681" w14:textId="5A806807" w:rsidR="00AB73E7" w:rsidRPr="00D4501F" w:rsidRDefault="005D0276">
      <w:pPr>
        <w:rPr>
          <w:rFonts w:ascii="Arial" w:hAnsi="Arial" w:cs="Arial"/>
        </w:rPr>
      </w:pPr>
      <w:r w:rsidRPr="00D4501F">
        <w:rPr>
          <w:rFonts w:ascii="Arial" w:eastAsia="Arial" w:hAnsi="Arial" w:cs="Arial"/>
          <w:lang w:bidi="iu-Cans-CA"/>
        </w:rPr>
        <w:t>ᐅᕕᓂᓐᓂᐊᕐᓗᑎᑦ ᐳᐃᔾᔪᕋᓂᒃᑲᖓᑦ ᐸᓂᖅᑎᑦᑎᐊᕐᓗᒍ ᓱᙵᖓᑕ ᓴᓂᕋᖓ ᐳᐃᔾᔪᕋᓂᒃᑲᖓᑦ.</w:t>
      </w:r>
    </w:p>
    <w:p w14:paraId="5FF2801B" w14:textId="77777777" w:rsidR="00AB73E7" w:rsidRPr="00D4501F" w:rsidRDefault="005D0276">
      <w:pPr>
        <w:pStyle w:val="Heading2"/>
        <w:rPr>
          <w:rFonts w:cs="Arial"/>
        </w:rPr>
      </w:pPr>
      <w:r w:rsidRPr="00D4501F">
        <w:rPr>
          <w:rFonts w:cs="Arial"/>
          <w:lang w:bidi="iu-Cans-CA"/>
        </w:rPr>
        <w:t>ᐊᓐᓄᕌᑦ:</w:t>
      </w:r>
    </w:p>
    <w:p w14:paraId="75298590" w14:textId="77777777" w:rsidR="00AB73E7" w:rsidRPr="00D4501F" w:rsidRDefault="005D0276">
      <w:pPr>
        <w:rPr>
          <w:rFonts w:ascii="Arial" w:hAnsi="Arial" w:cs="Arial"/>
        </w:rPr>
      </w:pPr>
      <w:r w:rsidRPr="00D4501F">
        <w:rPr>
          <w:rFonts w:ascii="Arial" w:eastAsia="Arial" w:hAnsi="Arial" w:cs="Arial"/>
          <w:lang w:bidi="iu-Cans-CA"/>
        </w:rPr>
        <w:t>ᐊᔾᔨᐅᙱᑦᑐᓂᒃ ᐊᓐᓄᕌᖃᕆᐊᖃᙱᑦᑐᑎᑦ. ᑭᓯᐊᓂ, ᐃᖅᑲᐅᒪᓂᐊᖅᐳᑎᑦ:</w:t>
      </w:r>
    </w:p>
    <w:p w14:paraId="54F5EBE2" w14:textId="77777777" w:rsidR="00AB73E7" w:rsidRPr="00D4501F" w:rsidRDefault="005D0276" w:rsidP="002B648D">
      <w:pPr>
        <w:pStyle w:val="ListParagraph"/>
        <w:numPr>
          <w:ilvl w:val="0"/>
          <w:numId w:val="17"/>
        </w:numPr>
        <w:rPr>
          <w:rFonts w:ascii="Arial" w:hAnsi="Arial" w:cs="Arial"/>
        </w:rPr>
      </w:pPr>
      <w:r w:rsidRPr="00D4501F">
        <w:rPr>
          <w:rFonts w:ascii="Arial" w:eastAsia="Arial" w:hAnsi="Arial" w:cs="Arial"/>
          <w:lang w:bidi="iu-Cans-CA"/>
        </w:rPr>
        <w:t>ᑲᑭᖅᑯᐊᖅᐸᙱᓪᓗᒍ NG ᓱᓪᓗᓕᒃ ᕿᑐᕐᙵᕕᑦ ᐊᓐᓄᕌᖏᓐᓄᑦ. ᑲᑭᖅᑯᐊᖅ ᐳᑐᐃᔪᓐᓇᕐᒪᑦ ᓱᓪᓗᓕᖕᒥᒃ. ᐊᑐᕐᓗᑎᑦ ᓂᐱᑎᒥᒃ ᓱᓪᓗᓕᒃ ᑕᑭᓗᐊᕈᓂ.</w:t>
      </w:r>
    </w:p>
    <w:p w14:paraId="00A66104" w14:textId="0B23CD1B" w:rsidR="001E3D34" w:rsidRDefault="005D0276" w:rsidP="001E3D34">
      <w:pPr>
        <w:pStyle w:val="ListParagraph"/>
        <w:numPr>
          <w:ilvl w:val="0"/>
          <w:numId w:val="17"/>
        </w:numPr>
        <w:rPr>
          <w:rFonts w:ascii="Arial" w:hAnsi="Arial" w:cs="Arial"/>
        </w:rPr>
      </w:pPr>
      <w:r w:rsidRPr="00D4501F">
        <w:rPr>
          <w:rFonts w:ascii="Arial" w:eastAsia="Arial" w:hAnsi="Arial" w:cs="Arial"/>
          <w:lang w:bidi="iu-Cans-CA"/>
        </w:rPr>
        <w:t>ᐊᓐᓄᕌᖅᑎᑦᑎᑕᐃᓕᓗᑎᑦ ᖁᖓᓯᕈᐃᑦ ᖃᒡᓗᓗᐊᖅᑐᓂᒃ, ᐊᑦᑑᑎᑎᓪᓗᒍ ᐲᖅᑕᐅᑎᓪᓗᒍᓘᓐᓃᑦ ᐊᒧᓯᔪᓐᓇᕐᒪᑦ ᓱᓪᓗᓕᖕᒥᑦ.</w:t>
      </w:r>
    </w:p>
    <w:p w14:paraId="04355E3A" w14:textId="274AEE58" w:rsidR="00AB73E7" w:rsidRPr="001E3D34" w:rsidRDefault="005D0276" w:rsidP="001E3D34">
      <w:pPr>
        <w:pStyle w:val="ListParagraph"/>
        <w:numPr>
          <w:ilvl w:val="0"/>
          <w:numId w:val="17"/>
        </w:numPr>
        <w:rPr>
          <w:rFonts w:ascii="Arial" w:hAnsi="Arial" w:cs="Arial"/>
        </w:rPr>
      </w:pPr>
      <w:r w:rsidRPr="001E3D34">
        <w:rPr>
          <w:rFonts w:ascii="Arial" w:eastAsia="Arial" w:hAnsi="Arial" w:cs="Arial"/>
          <w:lang w:bidi="iu-Cans-CA"/>
        </w:rPr>
        <w:t>ᐊᒡᒐᐅᑎᕋᓛᑦ ᐊᓕᖅᓯᓪᓘᓐᓃᑦ ᐊᒡᒐᕋᓛᖏᓐᓃᑦᑐᑦ ᐃᑲᔪᕈᓐᓇᖅᑐᑦ ᓄᑕᕋᓛᒥᒃ ᐊᒧᓯᑦᑕᐃᓕᒪᑎᑦᑎᓗᓂ NG ᓱᓪᓗᓕᖕᒥᒃ.</w:t>
      </w:r>
    </w:p>
    <w:p w14:paraId="0E6C7891" w14:textId="77777777" w:rsidR="00AB73E7" w:rsidRPr="00D4501F" w:rsidRDefault="005D0276">
      <w:pPr>
        <w:pStyle w:val="Heading2"/>
        <w:rPr>
          <w:rFonts w:cs="Arial"/>
        </w:rPr>
      </w:pPr>
      <w:r w:rsidRPr="00D4501F">
        <w:rPr>
          <w:rFonts w:cs="Arial"/>
          <w:lang w:bidi="iu-Cans-CA"/>
        </w:rPr>
        <w:t>ᐱᓕᕆᐊᒃᓴᑦ:</w:t>
      </w:r>
    </w:p>
    <w:p w14:paraId="725A0D91" w14:textId="77777777" w:rsidR="00AB73E7" w:rsidRPr="00D4501F" w:rsidRDefault="005D0276" w:rsidP="002B648D">
      <w:pPr>
        <w:pStyle w:val="ListParagraph"/>
        <w:numPr>
          <w:ilvl w:val="0"/>
          <w:numId w:val="18"/>
        </w:numPr>
        <w:rPr>
          <w:rFonts w:ascii="Arial" w:hAnsi="Arial" w:cs="Arial"/>
        </w:rPr>
      </w:pPr>
      <w:r w:rsidRPr="00D4501F">
        <w:rPr>
          <w:rFonts w:ascii="Arial" w:eastAsia="Arial" w:hAnsi="Arial" w:cs="Arial"/>
          <w:lang w:bidi="iu-Cans-CA"/>
        </w:rPr>
        <w:t>ᕿᑐᕐᙵᐃᑦ ᐅᑎᑐᐃᓐᓇᕆᐊᓕᒃ ᐱᓕᕆᐊᕆᕙᒃᑕᒥᓄᑦ ᓘᒃᑖᕕᑦ ᐅᖃᖅᐸᑦ.</w:t>
      </w:r>
    </w:p>
    <w:p w14:paraId="03C76B0A" w14:textId="77777777" w:rsidR="00AB73E7" w:rsidRPr="00D4501F" w:rsidRDefault="005D0276" w:rsidP="002B648D">
      <w:pPr>
        <w:pStyle w:val="ListParagraph"/>
        <w:numPr>
          <w:ilvl w:val="0"/>
          <w:numId w:val="18"/>
        </w:numPr>
        <w:rPr>
          <w:rFonts w:ascii="Arial" w:hAnsi="Arial" w:cs="Arial"/>
        </w:rPr>
      </w:pPr>
      <w:r w:rsidRPr="00D4501F">
        <w:rPr>
          <w:rFonts w:ascii="Arial" w:eastAsia="Arial" w:hAnsi="Arial" w:cs="Arial"/>
          <w:lang w:bidi="iu-Cans-CA"/>
        </w:rPr>
        <w:t>ᓘᒃᑖᑦ ᐅᖃᖃᑎᒋᓗᒍ ᐊᒃᑐᖅᓯᖃᑦᑕᕐᓂᕐᒧᑦ ᐱᙳᐊᕐᓂᒃᑯᓪᓘᓐᓃᑦ</w:t>
      </w:r>
    </w:p>
    <w:p w14:paraId="14621FC0" w14:textId="61661CA6" w:rsidR="00AB73E7" w:rsidRPr="00D4501F" w:rsidRDefault="005D0276" w:rsidP="002B648D">
      <w:pPr>
        <w:pStyle w:val="ListParagraph"/>
        <w:numPr>
          <w:ilvl w:val="0"/>
          <w:numId w:val="18"/>
        </w:numPr>
        <w:rPr>
          <w:rFonts w:ascii="Arial" w:hAnsi="Arial" w:cs="Arial"/>
        </w:rPr>
      </w:pPr>
      <w:r w:rsidRPr="00D4501F">
        <w:rPr>
          <w:rFonts w:ascii="Arial" w:eastAsia="Arial" w:hAnsi="Arial" w:cs="Arial"/>
          <w:lang w:bidi="iu-Cans-CA"/>
        </w:rPr>
        <w:t>ᓄᑕᕋᓛᑦ ᐅᐊᔾᒥᐊᖅᑎᑉᐸᒡᓗᒋᑦ (ᓄᑕᕋᓛᑦ ᐱᓂᐊᖅᐸᑦ) ᓂᕆᑎᓪᓗᒋᑦ. ᑕᓐᓇ ᐃᑲᔪᕈᓐᓇᖅᑐᖅ ᓂᕆᑎᑦᑎᓂᕐᒧᑦ, ᐃᔾᔪᐊᖅᓯᖕᒪᑦ ᐃᓕᖅᑯᓯᑐᖃᐅᔪᒥᒃ ᒥᓗᐊᕐᓂᕐᒥᒃ ᓂᕆᑎᓪᓗᒋᑦ.</w:t>
      </w:r>
    </w:p>
    <w:p w14:paraId="1368B64F" w14:textId="514F0A35" w:rsidR="00AB73E7" w:rsidRPr="00D4501F" w:rsidRDefault="005D0276" w:rsidP="002B648D">
      <w:pPr>
        <w:pStyle w:val="ListParagraph"/>
        <w:numPr>
          <w:ilvl w:val="0"/>
          <w:numId w:val="18"/>
        </w:numPr>
        <w:rPr>
          <w:rFonts w:ascii="Arial" w:hAnsi="Arial" w:cs="Arial"/>
        </w:rPr>
      </w:pPr>
      <w:r w:rsidRPr="00D4501F">
        <w:rPr>
          <w:rFonts w:ascii="Arial" w:eastAsia="Arial" w:hAnsi="Arial" w:cs="Arial"/>
          <w:lang w:bidi="iu-Cans-CA"/>
        </w:rPr>
        <w:t>ᑎᒍᒥᐊᕐᓗᒍ ᓄᑕᕋᓛᑦ ᓂᕆᑎᓪᓗᒍ ᐃᓗᓅᓂᐊᕐᒪᑦ ᑲᓐᖓᖃᑎᒋᓗᒍ ᓄᑕᕋᓛᑦ.</w:t>
      </w:r>
    </w:p>
    <w:p w14:paraId="3326B8F6" w14:textId="77777777" w:rsidR="00AB73E7" w:rsidRPr="00D4501F" w:rsidRDefault="005D0276" w:rsidP="002B648D">
      <w:pPr>
        <w:pStyle w:val="ListParagraph"/>
        <w:numPr>
          <w:ilvl w:val="0"/>
          <w:numId w:val="18"/>
        </w:numPr>
        <w:rPr>
          <w:rFonts w:ascii="Arial" w:hAnsi="Arial" w:cs="Arial"/>
        </w:rPr>
      </w:pPr>
      <w:r w:rsidRPr="00D4501F">
        <w:rPr>
          <w:rFonts w:ascii="Arial" w:eastAsia="Arial" w:hAnsi="Arial" w:cs="Arial"/>
          <w:lang w:bidi="iu-Cans-CA"/>
        </w:rPr>
        <w:t>ᕿᑐᕐᖓᐃᑦ ᐃᓗᓅᓂ ᐃᒃᓯᕚᕈᓐᓇᖅᐸᑦ, ᕿᑐᕐᖓᐃᑦ ᐃᒃᓯᕚᖅᑎᑉᐸᒡᓗᒍ ᑭᐳᒥ ᓂᕆᓕᕌᖓᑕ, ᑕᐃᒪᐃᑕᕆᐊᖃᖅᐸᑦ.</w:t>
      </w:r>
    </w:p>
    <w:p w14:paraId="6F927B0C" w14:textId="01984284" w:rsidR="00AB73E7" w:rsidRPr="00D4501F" w:rsidRDefault="005D0276" w:rsidP="002B648D">
      <w:pPr>
        <w:pStyle w:val="ListParagraph"/>
        <w:numPr>
          <w:ilvl w:val="0"/>
          <w:numId w:val="18"/>
        </w:numPr>
        <w:rPr>
          <w:rFonts w:ascii="Arial" w:hAnsi="Arial" w:cs="Arial"/>
        </w:rPr>
      </w:pPr>
      <w:r w:rsidRPr="00D4501F">
        <w:rPr>
          <w:rFonts w:ascii="Arial" w:eastAsia="Arial" w:hAnsi="Arial" w:cs="Arial"/>
          <w:lang w:bidi="iu-Cans-CA"/>
        </w:rPr>
        <w:t>ᐅᖃᖃᑎᒋᓗᒍ ᐋᓐᓂᐊᖃᕐᓇᙱᑦᑐᓕᕆᓂᕐᒧᑦ ᑲᒪᔨᔭᐃᑦ ᓇᓕᐊᓐᓂᑐᐃᓐᓇᖅ ᐱᑐᐃᓐᓇᐅᙱᑦᑐᓂᒃ ᐱᓕᕆᐊᓂᒃ ᕿᑐᕐᖓᐃᑦ ᐃᓚᐅᕝᕕᒋᕙᒃᑕᖏᓐᓂᒃ ᖃᓄᐃᓕᐅᖁᔭᐅᒻᒪᖔᑦ ᐃᓚᐅᓂᐊᕐᓗᓂ NG ᓱᓪᓗᓕᒃᑯᑦ.</w:t>
      </w:r>
    </w:p>
    <w:p w14:paraId="618778B6" w14:textId="688AE60B" w:rsidR="00AB73E7" w:rsidRPr="00D4501F" w:rsidRDefault="005D0276">
      <w:pPr>
        <w:pStyle w:val="Heading2"/>
        <w:rPr>
          <w:rFonts w:cs="Arial"/>
        </w:rPr>
      </w:pPr>
      <w:r w:rsidRPr="00D4501F">
        <w:rPr>
          <w:rFonts w:cs="Arial"/>
          <w:lang w:bidi="iu-Cans-CA"/>
        </w:rPr>
        <w:lastRenderedPageBreak/>
        <w:t>ᐊᐅᓪᓛᕐᓂᖅ:</w:t>
      </w:r>
    </w:p>
    <w:p w14:paraId="252ED9FA" w14:textId="33A81734" w:rsidR="00AB73E7" w:rsidRPr="00D4501F" w:rsidRDefault="002B648D" w:rsidP="002B648D">
      <w:pPr>
        <w:pStyle w:val="ListParagraph"/>
        <w:numPr>
          <w:ilvl w:val="0"/>
          <w:numId w:val="19"/>
        </w:numPr>
        <w:rPr>
          <w:rFonts w:ascii="Arial" w:hAnsi="Arial" w:cs="Arial"/>
        </w:rPr>
      </w:pPr>
      <w:r w:rsidRPr="00D4501F">
        <w:rPr>
          <w:rFonts w:ascii="Arial" w:eastAsia="Arial" w:hAnsi="Arial" w:cs="Arial"/>
          <w:noProof/>
          <w:lang w:bidi="iu-Cans-CA"/>
        </w:rPr>
        <w:drawing>
          <wp:anchor distT="0" distB="0" distL="114300" distR="114300" simplePos="0" relativeHeight="251651584" behindDoc="1" locked="0" layoutInCell="1" allowOverlap="1" wp14:anchorId="5C95594B" wp14:editId="38144747">
            <wp:simplePos x="0" y="0"/>
            <wp:positionH relativeFrom="column">
              <wp:posOffset>4642485</wp:posOffset>
            </wp:positionH>
            <wp:positionV relativeFrom="paragraph">
              <wp:posOffset>9525</wp:posOffset>
            </wp:positionV>
            <wp:extent cx="1827530" cy="2753360"/>
            <wp:effectExtent l="0" t="0" r="1270" b="2540"/>
            <wp:wrapThrough wrapText="bothSides">
              <wp:wrapPolygon edited="0">
                <wp:start x="0" y="0"/>
                <wp:lineTo x="0" y="21520"/>
                <wp:lineTo x="21465" y="21520"/>
                <wp:lineTo x="21465" y="0"/>
                <wp:lineTo x="0" y="0"/>
              </wp:wrapPolygon>
            </wp:wrapThrough>
            <wp:docPr id="1064278164" name="Picture 1" descr="A black backpack with a digital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black backpack with a digital screen&#10;&#10;AI-generated content may be incorrect."/>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827530" cy="2753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4501F">
        <w:rPr>
          <w:rFonts w:ascii="Arial" w:eastAsia="Arial" w:hAnsi="Arial" w:cs="Arial"/>
          <w:lang w:bidi="iu-Cans-CA"/>
        </w:rPr>
        <w:t>ᐱᕐᔭᔭᑦᑎᐊᖅᓯᒪᔭᕆᐊᖃᖅᐳᑎᑦ, ᑕᐃᒪᓐᓇᓂᖓᓄᓪᓗ ᑎᑎᕋᖅᓯᓗᑎᑦ ᐱᔭᕆᐊᖃᕐᓂᐊᖅᑕᕐᓂᒃ.</w:t>
      </w:r>
    </w:p>
    <w:p w14:paraId="116D08F7" w14:textId="758C49DD" w:rsidR="00AB73E7" w:rsidRPr="00D4501F" w:rsidRDefault="005D0276" w:rsidP="002B648D">
      <w:pPr>
        <w:pStyle w:val="ListParagraph"/>
        <w:numPr>
          <w:ilvl w:val="0"/>
          <w:numId w:val="19"/>
        </w:numPr>
        <w:rPr>
          <w:rFonts w:ascii="Arial" w:hAnsi="Arial" w:cs="Arial"/>
        </w:rPr>
      </w:pPr>
      <w:r w:rsidRPr="00D4501F">
        <w:rPr>
          <w:rFonts w:ascii="Arial" w:eastAsia="Arial" w:hAnsi="Arial" w:cs="Arial"/>
          <w:lang w:bidi="iu-Cans-CA"/>
        </w:rPr>
        <w:t>ᖃᐅᔨᒪᒋᐊᕐᓗᑎᑦ ᐳᖅᑲᐅᒃᑲᓐᓂᖅᐸᓪᓗᑎᑦ ᐱᖁᑎᒃᑲᓐᓂᕐᓂᒃ ᑐᖅᑯᖅᓯᒪᑦᑎᐊᕐᓗᓪᓗ ᐃᒻᒧᑦᓴᔭᒧᑦ</w:t>
      </w:r>
    </w:p>
    <w:p w14:paraId="1EFDA79A" w14:textId="5127B3AD" w:rsidR="00AB73E7" w:rsidRPr="00D4501F" w:rsidRDefault="005D0276" w:rsidP="002B648D">
      <w:pPr>
        <w:pStyle w:val="ListParagraph"/>
        <w:numPr>
          <w:ilvl w:val="0"/>
          <w:numId w:val="19"/>
        </w:numPr>
        <w:rPr>
          <w:rFonts w:ascii="Arial" w:hAnsi="Arial" w:cs="Arial"/>
        </w:rPr>
      </w:pPr>
      <w:r w:rsidRPr="00D4501F">
        <w:rPr>
          <w:rFonts w:ascii="Arial" w:eastAsia="Arial" w:hAnsi="Arial" w:cs="Arial"/>
          <w:lang w:bidi="iu-Cans-CA"/>
        </w:rPr>
        <w:t>ᐊᑐᖅᐸᓪᓗᑎᑦ ᐳᖅᑕᓂᒃ ᐃᒪᕐᒥᒃ ᖃᐅᔨᒪᑦᑎᐊᙱᒃᑯᕕᑦ ᐃᒪᖅ ᓴᓗᒪᒻᒪᖔᑦ</w:t>
      </w:r>
    </w:p>
    <w:p w14:paraId="04137772" w14:textId="706E7E0F" w:rsidR="00AB73E7" w:rsidRPr="00D4501F" w:rsidRDefault="005D0276" w:rsidP="002B648D">
      <w:pPr>
        <w:pStyle w:val="ListParagraph"/>
        <w:numPr>
          <w:ilvl w:val="0"/>
          <w:numId w:val="19"/>
        </w:numPr>
        <w:rPr>
          <w:rFonts w:ascii="Arial" w:hAnsi="Arial" w:cs="Arial"/>
        </w:rPr>
      </w:pPr>
      <w:r w:rsidRPr="00D4501F">
        <w:rPr>
          <w:rFonts w:ascii="Arial" w:eastAsia="Arial" w:hAnsi="Arial" w:cs="Arial"/>
          <w:lang w:bidi="iu-Cans-CA"/>
        </w:rPr>
        <w:t>ᓇᒃᓴᖅᐸᓪᓗᑎᑦ ᑐᐊᕕᕐᓇᖅᑐᖅᓯᐅᑎᓂᒃ ᐱᖁᑎᓂᒃ ᖃᖓᓕᒫᑦᑎᐊᖅ, ᓱᓪᓗᓕᖓ ᐊᓯᔾᔨᖅᑕᐅᔭᕆᐊᖃᓪᓚᓐᓂᖅᐸᑦ ᐊᖏᕐᕋᖅᓯᒪᙱᒃᑯᕕᑦ</w:t>
      </w:r>
    </w:p>
    <w:p w14:paraId="79DA023D" w14:textId="0EF7CBD0" w:rsidR="00AB73E7" w:rsidRPr="00D4501F" w:rsidRDefault="005D0276" w:rsidP="002B648D">
      <w:pPr>
        <w:pStyle w:val="ListParagraph"/>
        <w:numPr>
          <w:ilvl w:val="0"/>
          <w:numId w:val="19"/>
        </w:numPr>
        <w:rPr>
          <w:rFonts w:ascii="Arial" w:hAnsi="Arial" w:cs="Arial"/>
        </w:rPr>
      </w:pPr>
      <w:r w:rsidRPr="00D4501F">
        <w:rPr>
          <w:rFonts w:ascii="Arial" w:eastAsia="Arial" w:hAnsi="Arial" w:cs="Arial"/>
          <w:lang w:bidi="iu-Cans-CA"/>
        </w:rPr>
        <w:t>ᐱᖁᑎᓕᒫᑦ ᑲᓐᖓᑎᓪᓗᒋᑦ ᐊᑕᐅᓯᕐᒥᑎᓪᓗᒋᑦ (ᓲᕐᓗ ᐊᖏᔪᖅ ᐳᒃᓴᐅᑎ ᐳᓪᓚᒃᓯᒪᔪᖅ ᐊᐅᓪᑕᔅᓘᓐᓃᑦ ᐳᖅ)</w:t>
      </w:r>
    </w:p>
    <w:p w14:paraId="3B94D659" w14:textId="38EBA1E3" w:rsidR="00AB73E7" w:rsidRPr="00D4501F" w:rsidRDefault="005D0276" w:rsidP="002B648D">
      <w:pPr>
        <w:pStyle w:val="ListParagraph"/>
        <w:numPr>
          <w:ilvl w:val="0"/>
          <w:numId w:val="19"/>
        </w:numPr>
        <w:rPr>
          <w:rFonts w:ascii="Arial" w:hAnsi="Arial" w:cs="Arial"/>
        </w:rPr>
      </w:pPr>
      <w:r w:rsidRPr="00D4501F">
        <w:rPr>
          <w:rFonts w:ascii="Arial" w:eastAsia="Arial" w:hAnsi="Arial" w:cs="Arial"/>
          <w:lang w:bidi="iu-Cans-CA"/>
        </w:rPr>
        <w:t>ᐊᑦᑕᕐᓇᖅᑕᐃᓕᒪᓂᕐᒧᑦ ᐱᔾᔪᑎᖃᕐᓗᓂ, ᓂᕆᑎᑦᑎᓂᖅ ᓄᑕᕋᕐᒥᒃ NG ᓱᓪᓗᓕᒃᑯᑦ ᐊᐅᓪᓛᖅᑐᒥ ᐊᒃᑲᓪᓘᓐᓃᑦ ᐃᖏᕐᕋᔾᔪᑎᒥ ᐊᑐᖅᑕᐅᖁᔭᐅᙱᓚᖅ ᑭᓯᐊᓂ ᑲᒪᒋᔭᐅᓪᓚᕆᒃᐸᑦ.</w:t>
      </w:r>
    </w:p>
    <w:p w14:paraId="57EFD54B" w14:textId="1D9EF15B" w:rsidR="00AB73E7" w:rsidRPr="00D4501F" w:rsidRDefault="005D0276" w:rsidP="002B648D">
      <w:pPr>
        <w:pStyle w:val="ListParagraph"/>
        <w:numPr>
          <w:ilvl w:val="0"/>
          <w:numId w:val="19"/>
        </w:numPr>
        <w:rPr>
          <w:rFonts w:ascii="Arial" w:hAnsi="Arial" w:cs="Arial"/>
        </w:rPr>
      </w:pPr>
      <w:r w:rsidRPr="00D4501F">
        <w:rPr>
          <w:rFonts w:ascii="Arial" w:eastAsia="Arial" w:hAnsi="Arial" w:cs="Arial"/>
          <w:lang w:bidi="iu-Cans-CA"/>
        </w:rPr>
        <w:t xml:space="preserve">ᓂᐅᕕᐊᒃᓴᖃᖅᑐᓂᒃ ᓇᖅᓴᐅᑎᑕᖃᖅᐳᖅ ᐃᓂᖃᖅᑎᑦᑎᔪᓐᓇᖅᑐᓂᒃ ᓂᕆᑎᑦᑎᔾᔪᑎᓂᒃ ᐊᒻᒪᓗ ᐃᒻᒧᑦᓴᔭᒥᒃ ᓂᓪᓕᓇᖅᑐᒦᑎᑦᑎᔪᓐᓇᖅᑐᓂᒃ ᐃᑲᔪᑎᖃᕈᓐᓇᖅᑐᓂᒃ ᐊᖏᕐᕋᖅᓯᒪᙱᓪᓗᓂ ᓂᕆᑎᑦᑎᓂᐊᕐᓗᓂ. </w:t>
      </w:r>
    </w:p>
    <w:p w14:paraId="0F8FB5B9" w14:textId="035AB781" w:rsidR="00AB73E7" w:rsidRPr="00D4501F" w:rsidRDefault="005D0276">
      <w:pPr>
        <w:pStyle w:val="Heading2"/>
        <w:rPr>
          <w:rFonts w:cs="Arial"/>
        </w:rPr>
      </w:pPr>
      <w:r w:rsidRPr="00D4501F">
        <w:rPr>
          <w:rFonts w:cs="Arial"/>
          <w:lang w:bidi="iu-Cans-CA"/>
        </w:rPr>
        <w:t>ᖃᓂᒃᑯᑦ ᑲᒪᑦᑎᐊᕐᓂᖅ:</w:t>
      </w:r>
    </w:p>
    <w:p w14:paraId="173B3F25" w14:textId="77777777" w:rsidR="00AB73E7" w:rsidRPr="00D4501F" w:rsidRDefault="005D0276">
      <w:pPr>
        <w:rPr>
          <w:rFonts w:ascii="Arial" w:hAnsi="Arial" w:cs="Arial"/>
        </w:rPr>
      </w:pPr>
      <w:r w:rsidRPr="00D4501F">
        <w:rPr>
          <w:rFonts w:ascii="Arial" w:eastAsia="Arial" w:hAnsi="Arial" w:cs="Arial"/>
          <w:lang w:bidi="iu-Cans-CA"/>
        </w:rPr>
        <w:t>ᐱᒻᒪᕆᐅᕗᖅ ᐋᖅᑭᐅᒪᑎᑦᑎᓂᐊᕐᓗᓂ ᓈᒻᒪᒃᑐᒥᒃ ᖃᓂᐅᑉ ᖃᓄᐃᓕᖓᓂᖓᓂᒃ ᓄᑕᖅᑲᑦ ᓂᕆᔪᓐᓇᙱᒃᑲᖓᑕ ᖃᓂᒃᑯᑦ.</w:t>
      </w:r>
    </w:p>
    <w:p w14:paraId="56F2261D" w14:textId="77777777" w:rsidR="00AB73E7" w:rsidRPr="00D4501F" w:rsidRDefault="005D0276" w:rsidP="002B648D">
      <w:pPr>
        <w:pStyle w:val="ListParagraph"/>
        <w:numPr>
          <w:ilvl w:val="0"/>
          <w:numId w:val="20"/>
        </w:numPr>
        <w:rPr>
          <w:rFonts w:ascii="Arial" w:hAnsi="Arial" w:cs="Arial"/>
        </w:rPr>
      </w:pPr>
      <w:r w:rsidRPr="00D4501F">
        <w:rPr>
          <w:rFonts w:ascii="Arial" w:eastAsia="Arial" w:hAnsi="Arial" w:cs="Arial"/>
          <w:lang w:bidi="iu-Cans-CA"/>
        </w:rPr>
        <w:t>ᖃᓄᐃᓕᐅᕈᓐᓇᖅᑕᑎᑦ ᖃᓂᒃᑯᑦ ᑲᒪᑦᑎᐊᕐᓂᕐᒧᑦ:</w:t>
      </w:r>
    </w:p>
    <w:p w14:paraId="22ACFECE" w14:textId="77777777" w:rsidR="00AB73E7" w:rsidRPr="00D4501F" w:rsidRDefault="005D0276" w:rsidP="002B648D">
      <w:pPr>
        <w:pStyle w:val="ListParagraph"/>
        <w:numPr>
          <w:ilvl w:val="0"/>
          <w:numId w:val="20"/>
        </w:numPr>
        <w:rPr>
          <w:rFonts w:ascii="Arial" w:hAnsi="Arial" w:cs="Arial"/>
        </w:rPr>
      </w:pPr>
      <w:r w:rsidRPr="00D4501F">
        <w:rPr>
          <w:rFonts w:ascii="Arial" w:eastAsia="Arial" w:hAnsi="Arial" w:cs="Arial"/>
          <w:lang w:bidi="iu-Cans-CA"/>
        </w:rPr>
        <w:t>ᐃᕐᒥᖅᑐᖅᐸᒡᓗᒍ ᕿᑐᕐᖓᐃᑦ ᖃᓂᖓ ᑎᓴᒪᐃᕐᓗᒍ ᐊᕐᕕᓂᓪᓘᓐᓃᑦ ᐅᓪᓗᒥ ᐃᒪᕐᒧᑦ, ᖃᓂᕐᒧᑦ ᐅᐊᓴᐅᑎᒧᑦ, ᐊᓪᓕᕈᔭᒃᓴᒧᑦ, Toothette-ᒧᓪᓘᓐᓃᑦ.</w:t>
      </w:r>
      <w:r w:rsidRPr="00D4501F">
        <w:rPr>
          <w:rFonts w:ascii="Arial" w:eastAsia="Arial" w:hAnsi="Arial" w:cs="Arial"/>
          <w:lang w:bidi="iu-Cans-CA"/>
        </w:rPr>
        <w:br/>
        <w:t>ᐱᒻᒪᕆᐅᕗᖅ ᕿᑐᕐᖓᐃᑦ ᑭᒍᑎᖏᑦ ᑭᒍᑎᓯᐅᖅᑕᐅᒐᓗᐊᕐᒪᖔᑕ ᑯᑭᓯᔭᖅᑐᖅᑕᐅᕙᓪᓗᑎᓪᓗ ᒪᕐᕈᐃᖅᑕᕐᓗᒍ ᐅᓪᓗᒥ</w:t>
      </w:r>
    </w:p>
    <w:p w14:paraId="61B7D743" w14:textId="77777777" w:rsidR="00AB73E7" w:rsidRPr="00D4501F" w:rsidRDefault="005D0276" w:rsidP="002B648D">
      <w:pPr>
        <w:pStyle w:val="ListParagraph"/>
        <w:numPr>
          <w:ilvl w:val="0"/>
          <w:numId w:val="20"/>
        </w:numPr>
        <w:rPr>
          <w:rFonts w:ascii="Arial" w:hAnsi="Arial" w:cs="Arial"/>
        </w:rPr>
      </w:pPr>
      <w:r w:rsidRPr="00D4501F">
        <w:rPr>
          <w:rFonts w:ascii="Arial" w:eastAsia="Arial" w:hAnsi="Arial" w:cs="Arial"/>
          <w:lang w:bidi="iu-Cans-CA"/>
        </w:rPr>
        <w:t>ᖃᖅᖢᐃᑦ ᕿᐅᒃᑲᖓᑎᑉᐸᒡᓗᒋᑦ</w:t>
      </w:r>
    </w:p>
    <w:p w14:paraId="64CA088B" w14:textId="77777777" w:rsidR="00AB73E7" w:rsidRPr="00D4501F" w:rsidRDefault="005D0276" w:rsidP="002B648D">
      <w:pPr>
        <w:pStyle w:val="ListParagraph"/>
        <w:numPr>
          <w:ilvl w:val="0"/>
          <w:numId w:val="20"/>
        </w:numPr>
        <w:rPr>
          <w:rFonts w:ascii="Arial" w:hAnsi="Arial" w:cs="Arial"/>
        </w:rPr>
      </w:pPr>
      <w:r w:rsidRPr="00D4501F">
        <w:rPr>
          <w:rFonts w:ascii="Arial" w:eastAsia="Arial" w:hAnsi="Arial" w:cs="Arial"/>
          <w:lang w:bidi="iu-Cans-CA"/>
        </w:rPr>
        <w:t>ᓘᒃᑖᒧᑦ ᐅᖃᐅᔾᔪᖅᑕᐅᒍᑎᒃ, ᓄᑕᖅᑲᑦ ᒥᓗᒋᐊᕈᓐᓇᖅᐳᑦ ᓱᑲᕆᔭᐅᑎᓂᒃ, ᐅᐊᔾᒥᐊᒐᕐᓂᒃ, ᐊᓯᖏᓐᓂᓪᓘᓐᓃᑦ ᓄᕚᑉ ᐃᖏᕐᕋᓂᖓᓂᒃ ᐃᑲᔪᕐᓂᐊᕐᓗᓂ (ᖃᓂᒃᑯᑦ ᐊᐅᓚᔾᔭᐃᔾᔪᑎ)</w:t>
      </w:r>
    </w:p>
    <w:p w14:paraId="35B6A938" w14:textId="77777777" w:rsidR="00AB73E7" w:rsidRPr="00D4501F" w:rsidRDefault="005D0276">
      <w:pPr>
        <w:pStyle w:val="Heading2"/>
        <w:rPr>
          <w:rFonts w:cs="Arial"/>
        </w:rPr>
      </w:pPr>
      <w:r w:rsidRPr="00D4501F">
        <w:rPr>
          <w:rFonts w:cs="Arial"/>
          <w:lang w:bidi="iu-Cans-CA"/>
        </w:rPr>
        <w:t>ᐅᕕᓂᒃᑯᑦ ᑲᒪᒋᔭᐅᓂᖅ:</w:t>
      </w:r>
    </w:p>
    <w:p w14:paraId="3B869253" w14:textId="0B6DF3CF" w:rsidR="00AB73E7" w:rsidRPr="00D4501F" w:rsidRDefault="005D0276">
      <w:pPr>
        <w:rPr>
          <w:rFonts w:ascii="Arial" w:hAnsi="Arial" w:cs="Arial"/>
        </w:rPr>
      </w:pPr>
      <w:r w:rsidRPr="00D4501F">
        <w:rPr>
          <w:rFonts w:ascii="Arial" w:eastAsia="Arial" w:hAnsi="Arial" w:cs="Arial"/>
          <w:lang w:bidi="iu-Cans-CA"/>
        </w:rPr>
        <w:t>ᓴᓗᒻᒪᖅᓴᕐᓗᒍ ᐅᕕᓂᖓ ᕿᖓᐅᑉ ᐅᓗᐊᖓᑕᓗ NG ᓱᓪᓗᓕᐅᑉ ᐃᓂᒋᔭᓂ, ᐱᒻᒪᕆᐅᕗᖅ ᐅᕕᓂᖓ ᖃᓄᐃᙱᑦᑎᐊᕐᓗᒍ. ᓱᓪᓗᓕᒃ ᐊᒧᑎᙱᓪᓗᒍ ᐱᒻᒪᕆᐅᒻᒥᔪᖅ, ᐊᒧᓯᓂᖅ ᕿᖓᕐᒥᒃ ᓱᑲᒋᔭᐅᔪᓐᓇᕐᒪᑦ ᐋᓐᓂᐊᕈᑕᐅᓕᕈᓐᓇᖅᑐᓂᓗ.</w:t>
      </w:r>
    </w:p>
    <w:p w14:paraId="34A850D8" w14:textId="6ED91167" w:rsidR="00AB73E7" w:rsidRPr="00D4501F" w:rsidRDefault="005D0276">
      <w:pPr>
        <w:rPr>
          <w:rFonts w:ascii="Arial" w:hAnsi="Arial" w:cs="Arial"/>
        </w:rPr>
      </w:pPr>
      <w:r w:rsidRPr="00D4501F">
        <w:rPr>
          <w:rFonts w:ascii="Arial" w:eastAsia="Arial" w:hAnsi="Arial" w:cs="Arial"/>
          <w:lang w:bidi="iu-Cans-CA"/>
        </w:rPr>
        <w:t>ᐊᓯᔾᔨᕐᓗᒍ ᓂᐱᐅᑎ ᐃᑉᐸᒃᐸᑦ ᖃᐅᓯᓕᕈᓂᓘᓐᓃᑦ ᐅᕕᓂᖕᓂᒃ ᖃᓄᐃᙱᑦᑎᐊᖅᑎᑦᑎᔪᓐᓇᖅᐳᖅ. ᕿᖓᐅᑉ ᓴᓂᕋᖓ ᐊᓯᔾᔨᖅᑕᕐᓗᒍ ᓱᓪᓗᓕᐅᑉ ᐃᓯᖅᑕᕐᕕᖓ ᐃᑲᔪᕈᓐᓇᕐᒥᔪᖅ.</w:t>
      </w:r>
    </w:p>
    <w:p w14:paraId="38324E61" w14:textId="61B7DBF4" w:rsidR="00AB73E7" w:rsidRPr="00D4501F" w:rsidRDefault="005D0276">
      <w:pPr>
        <w:rPr>
          <w:rFonts w:ascii="Arial" w:hAnsi="Arial" w:cs="Arial"/>
        </w:rPr>
      </w:pPr>
      <w:r w:rsidRPr="00D4501F">
        <w:rPr>
          <w:rFonts w:ascii="Arial" w:eastAsia="Arial" w:hAnsi="Arial" w:cs="Arial"/>
          <w:lang w:bidi="iu-Cans-CA"/>
        </w:rPr>
        <w:t>ᕿᑐᕐᖓᐃᑦ ᐊᐅᐸᖅᓯᒃᐸᑦ, ᖃᐅᓯᓕᖅᐸᑦ, ᐋᓐᓂᐊᓕᖅᐸᑦ ᑲᒃᑭᓚᖅᐸᓪᓘᓐᓃᑦ ᐅᕕᓂᖓ, ᐅᖃᖃᑎᒋᓗᒋᑦ ᑲᒪᔨᑎᑦ ᓇᓕᕌᒐᒃᓴᓂᒃ ᓴᐳᒻᒥᑦᑎᔾᔪᑎᒃᓴᓂᒃ ᐅᕕᓂᖓᓂᒃ.</w:t>
      </w:r>
    </w:p>
    <w:p w14:paraId="4A9FC937" w14:textId="1E2A78BE" w:rsidR="00AB73E7" w:rsidRPr="00071F10" w:rsidRDefault="005D0276" w:rsidP="00071F10">
      <w:pPr>
        <w:pStyle w:val="Heading2"/>
      </w:pPr>
      <w:r w:rsidRPr="00071F10">
        <w:rPr>
          <w:rStyle w:val="Heading2Char"/>
          <w:b/>
          <w:lang w:bidi="iu-Cans-CA"/>
        </w:rPr>
        <w:t>ᐅᓂᒃᑲᐅᓯᕆᓂᖅ ᓱᓪᓗᑯᑖᒥᒃ ᐊᓯᒥᓄᑦ</w:t>
      </w:r>
    </w:p>
    <w:p w14:paraId="6EF71EEA" w14:textId="61E3303B" w:rsidR="00AB73E7" w:rsidRPr="00D4501F" w:rsidRDefault="005D0276">
      <w:pPr>
        <w:rPr>
          <w:rFonts w:ascii="Arial" w:hAnsi="Arial" w:cs="Arial"/>
        </w:rPr>
      </w:pPr>
      <w:r w:rsidRPr="00D4501F">
        <w:rPr>
          <w:rFonts w:ascii="Arial" w:eastAsia="Arial" w:hAnsi="Arial" w:cs="Arial"/>
          <w:lang w:bidi="iu-Cans-CA"/>
        </w:rPr>
        <w:t>ᐊᔪᕐᓇᙱᑎᓪᓗᒍ ᐱᐅᔫᑎᓪᓗᒍᓗ. ᐆᒃᑐᕆᑦ:</w:t>
      </w:r>
    </w:p>
    <w:p w14:paraId="1969F258" w14:textId="77777777" w:rsidR="00AB73E7" w:rsidRPr="00D4501F" w:rsidRDefault="005D0276" w:rsidP="00632B87">
      <w:pPr>
        <w:pStyle w:val="ListParagraph"/>
        <w:numPr>
          <w:ilvl w:val="0"/>
          <w:numId w:val="21"/>
        </w:numPr>
        <w:rPr>
          <w:rFonts w:ascii="Arial" w:hAnsi="Arial" w:cs="Arial"/>
        </w:rPr>
      </w:pPr>
      <w:r w:rsidRPr="00D4501F">
        <w:rPr>
          <w:rFonts w:ascii="Arial" w:eastAsia="Arial" w:hAnsi="Arial" w:cs="Arial"/>
          <w:lang w:bidi="iu-Cans-CA"/>
        </w:rPr>
        <w:t>"ᐅᓇ ᓱᓪᓗᑯᑖᒃ ᑎᒥᓐᓄᑦ ᓂᕿᑖᖅᑎᑦᑎᓲᖅ"</w:t>
      </w:r>
    </w:p>
    <w:p w14:paraId="1082CCD9" w14:textId="664A3419" w:rsidR="00AB73E7" w:rsidRPr="00D4501F" w:rsidRDefault="005D0276" w:rsidP="00632B87">
      <w:pPr>
        <w:pStyle w:val="ListParagraph"/>
        <w:numPr>
          <w:ilvl w:val="0"/>
          <w:numId w:val="21"/>
        </w:numPr>
        <w:rPr>
          <w:rFonts w:ascii="Arial" w:hAnsi="Arial" w:cs="Arial"/>
        </w:rPr>
      </w:pPr>
      <w:r w:rsidRPr="00D4501F">
        <w:rPr>
          <w:rFonts w:ascii="Arial" w:eastAsia="Arial" w:hAnsi="Arial" w:cs="Arial"/>
          <w:lang w:bidi="iu-Cans-CA"/>
        </w:rPr>
        <w:lastRenderedPageBreak/>
        <w:t>"ᓲᕐᓗ ᓱᓪᓗᓕᒐᓛᖅ ᐊᑭᐊᕈᓐᓄᐊᖅᑐᖅ ᐱᕈᖅᐸᓪᓕᐊᔾᔪᑎᒋᓂᐊᕋᒃᑯ"</w:t>
      </w:r>
    </w:p>
    <w:p w14:paraId="04F96120" w14:textId="51112B17" w:rsidR="00AB73E7" w:rsidRPr="00D4501F" w:rsidRDefault="005D0276" w:rsidP="00632B87">
      <w:pPr>
        <w:pStyle w:val="ListParagraph"/>
        <w:numPr>
          <w:ilvl w:val="0"/>
          <w:numId w:val="21"/>
        </w:numPr>
        <w:rPr>
          <w:rFonts w:ascii="Arial" w:hAnsi="Arial" w:cs="Arial"/>
        </w:rPr>
      </w:pPr>
      <w:r w:rsidRPr="00D4501F">
        <w:rPr>
          <w:rFonts w:ascii="Arial" w:eastAsia="Arial" w:hAnsi="Arial" w:cs="Arial"/>
          <w:lang w:bidi="iu-Cans-CA"/>
        </w:rPr>
        <w:t>"ᕿᑐᕐᖓᕋ ᐊᑐᖅᐸᒃᐳᖅ ᓱᓪᓗᓕᖕᒥᒃ ᓂᕆᑎᑦᑎᔾᔪᑎᒥᒃ ᓂᕿᑦᑎᐊᕙᒃᑖᕈᑎᒋᓪᓗᒍ. ᐃᑲᔪᖅᑐᐃᕙᒃᐳᖅ ᖃᓄᐃᙱᑦᑎᐊᕈᓐᓇᕐᓂᖏᓐᓄᑦ ᐱᕈᖅᐸᓪᓕᐊᓂᖏᓐᓄᓪᓗ"</w:t>
      </w:r>
    </w:p>
    <w:p w14:paraId="6E0FB641" w14:textId="6B77055A" w:rsidR="00AB73E7" w:rsidRPr="00D4501F" w:rsidRDefault="005D0276" w:rsidP="00632B87">
      <w:pPr>
        <w:pStyle w:val="ListParagraph"/>
        <w:numPr>
          <w:ilvl w:val="0"/>
          <w:numId w:val="21"/>
        </w:numPr>
        <w:rPr>
          <w:rFonts w:ascii="Arial" w:hAnsi="Arial" w:cs="Arial"/>
        </w:rPr>
      </w:pPr>
      <w:r w:rsidRPr="00D4501F">
        <w:rPr>
          <w:rFonts w:ascii="Arial" w:eastAsia="Arial" w:hAnsi="Arial" w:cs="Arial"/>
          <w:lang w:bidi="iu-Cans-CA"/>
        </w:rPr>
        <w:t>"ᐃᓅᓕᓴᐅᑎᐅᖕᒪᑦ ᐅᕙᓐᓂᒃ ᐱᕚᓪᓕᕈᑎᒋᕙᒃᑕᕋ"</w:t>
      </w:r>
    </w:p>
    <w:p w14:paraId="6BCFCD34" w14:textId="7FEDCB96" w:rsidR="00AB73E7" w:rsidRPr="00D4501F" w:rsidRDefault="005D0276">
      <w:pPr>
        <w:pStyle w:val="Heading2"/>
        <w:rPr>
          <w:rFonts w:cs="Arial"/>
        </w:rPr>
      </w:pPr>
      <w:r w:rsidRPr="00D4501F">
        <w:rPr>
          <w:rFonts w:cs="Arial"/>
          <w:lang w:bidi="iu-Cans-CA"/>
        </w:rPr>
        <w:t>ᖃᑕᙳᑎᒌᑦ</w:t>
      </w:r>
    </w:p>
    <w:p w14:paraId="1E002BD2" w14:textId="0E1A4ACC" w:rsidR="00AB73E7" w:rsidRPr="00D4501F" w:rsidRDefault="005D0276">
      <w:pPr>
        <w:rPr>
          <w:rFonts w:ascii="Arial" w:hAnsi="Arial" w:cs="Arial"/>
        </w:rPr>
      </w:pPr>
      <w:r w:rsidRPr="00D4501F">
        <w:rPr>
          <w:rFonts w:ascii="Arial" w:eastAsia="Arial" w:hAnsi="Arial" w:cs="Arial"/>
          <w:lang w:bidi="iu-Cans-CA"/>
        </w:rPr>
        <w:t>ᒪᓕᒡᓗᒋᑦ ᐅᑭᐅᖏᑦ ᐊᓯᖏᑕ ᓄᑕᖅᑲᑦ ᐊᖏᕐᕋᒥ, ᐊᐱᖅᑯᑎᒃᓴᖃᑐᐃᓐᓇᕆᐊᓕᒃ ᕿᑐᕐᖓᐃᑦ ᓂᕆᑎᑦᑎᔾᔪᑎᖓᑕ ᓱᓪᓗᓕᖓᓂᒃ. ᐃᓕᖕᓂᒃ ᐃᓕᑦᑎᕙᓪᓕᐊᓂᖅ ᓱᓪᓗᓕᖕᒥᒃ ᐱᕕᖃᖅᑎᑦᑎᓂᐊᖅᑐᖅ ᐱᐅᓛᓂᒃ ᑭᐅᓯᓂᕐᒥᒃ ᕿᑐᕐᙵᕕᑦ ᖃᑕᙳᑎᖏᓐᓄᑦ. ᐃᖅᑲᐅᒪᒋᑦ, ᖃᑕᓐᖑᑎᖏᑦ ᖃᐅᔨᔪᒪᔪᑦ ᐊᒧᓯᔪᒪᑐᐃᓐᓇᕆᐊᖃᕐᒪᑕ ᓱᓪᓗᓕᖕᒥᒃ – ᖃᐅᔨᒪᒋᐊᕐᓗᒍ ᓱᓪᓗᓕᖓ ᐃᒧᓯᒪᒐᓗᐊᕐᒪᖔᑦ ᓂᐱᑎᓯᒪᓗᓂᓗ ᕿᑐᕐᖓᐃᑦ ᐊᓐᓄᕌᖏᓐᓄᑦ ᐃᒋᑕᐅᓐᓂᖅᐳᒃᑯᑦ ᐲᔭᖅᑕᐅᖁᓇᒍ.</w:t>
      </w:r>
    </w:p>
    <w:p w14:paraId="079DC85F" w14:textId="25DB9C68" w:rsidR="00AB73E7" w:rsidRPr="00D4501F" w:rsidRDefault="00957187" w:rsidP="00632B87">
      <w:pPr>
        <w:pStyle w:val="Heading2"/>
        <w:rPr>
          <w:rFonts w:cs="Arial"/>
        </w:rPr>
      </w:pPr>
      <w:r w:rsidRPr="00D4501F">
        <w:rPr>
          <w:rFonts w:cs="Arial"/>
          <w:lang w:bidi="iu-Cans-CA"/>
        </w:rPr>
        <w:t>ᓂᕆᓐᓇᐃᑦ</w:t>
      </w:r>
    </w:p>
    <w:p w14:paraId="4B1C9703" w14:textId="547A825E" w:rsidR="00AB73E7" w:rsidRPr="00D4501F" w:rsidRDefault="00071F10">
      <w:pPr>
        <w:rPr>
          <w:rFonts w:ascii="Arial" w:hAnsi="Arial" w:cs="Arial"/>
        </w:rPr>
      </w:pPr>
      <w:r w:rsidRPr="00D4501F">
        <w:rPr>
          <w:rFonts w:ascii="Arial" w:eastAsia="Arial" w:hAnsi="Arial" w:cs="Arial"/>
          <w:noProof/>
          <w:lang w:bidi="iu-Cans-CA"/>
        </w:rPr>
        <w:drawing>
          <wp:anchor distT="0" distB="0" distL="114300" distR="114300" simplePos="0" relativeHeight="251679232" behindDoc="1" locked="0" layoutInCell="1" allowOverlap="1" wp14:anchorId="7BEDCEAC" wp14:editId="7706EDFE">
            <wp:simplePos x="0" y="0"/>
            <wp:positionH relativeFrom="column">
              <wp:posOffset>5213985</wp:posOffset>
            </wp:positionH>
            <wp:positionV relativeFrom="paragraph">
              <wp:posOffset>81886</wp:posOffset>
            </wp:positionV>
            <wp:extent cx="1479550" cy="2219325"/>
            <wp:effectExtent l="0" t="0" r="6350" b="9525"/>
            <wp:wrapTight wrapText="bothSides">
              <wp:wrapPolygon edited="0">
                <wp:start x="0" y="0"/>
                <wp:lineTo x="0" y="21507"/>
                <wp:lineTo x="21415" y="21507"/>
                <wp:lineTo x="21415" y="0"/>
                <wp:lineTo x="0" y="0"/>
              </wp:wrapPolygon>
            </wp:wrapTight>
            <wp:docPr id="17965289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528903" name=""/>
                    <pic:cNvPicPr/>
                  </pic:nvPicPr>
                  <pic:blipFill>
                    <a:blip r:embed="rId32"/>
                    <a:stretch>
                      <a:fillRect/>
                    </a:stretch>
                  </pic:blipFill>
                  <pic:spPr>
                    <a:xfrm flipH="1">
                      <a:off x="0" y="0"/>
                      <a:ext cx="1479550" cy="2219325"/>
                    </a:xfrm>
                    <a:prstGeom prst="rect">
                      <a:avLst/>
                    </a:prstGeom>
                  </pic:spPr>
                </pic:pic>
              </a:graphicData>
            </a:graphic>
            <wp14:sizeRelH relativeFrom="page">
              <wp14:pctWidth>0</wp14:pctWidth>
            </wp14:sizeRelH>
            <wp14:sizeRelV relativeFrom="page">
              <wp14:pctHeight>0</wp14:pctHeight>
            </wp14:sizeRelV>
          </wp:anchor>
        </w:drawing>
      </w:r>
      <w:r w:rsidR="0002648A" w:rsidRPr="00D4501F">
        <w:rPr>
          <w:rFonts w:ascii="Arial" w:eastAsia="Arial" w:hAnsi="Arial" w:cs="Arial"/>
          <w:lang w:bidi="iu-Cans-CA"/>
        </w:rPr>
        <w:t>ᓂᕆᓐᓇᐃᑦ ᓄᑕᕋᕐᒧᑦ ᓱᓪᓗᓕᒃᑯᑦ ᓂᕆᑎᑕᐅᓲᒧᑦ</w:t>
      </w:r>
    </w:p>
    <w:p w14:paraId="22DA3844" w14:textId="2377BEB8" w:rsidR="00AB73E7" w:rsidRPr="00D4501F" w:rsidRDefault="005D0276" w:rsidP="00632B87">
      <w:pPr>
        <w:pStyle w:val="ListParagraph"/>
        <w:numPr>
          <w:ilvl w:val="0"/>
          <w:numId w:val="22"/>
        </w:numPr>
        <w:rPr>
          <w:rFonts w:ascii="Arial" w:hAnsi="Arial" w:cs="Arial"/>
        </w:rPr>
      </w:pPr>
      <w:r w:rsidRPr="00D4501F">
        <w:rPr>
          <w:rFonts w:ascii="Arial" w:eastAsia="Arial" w:hAnsi="Arial" w:cs="Arial"/>
          <w:lang w:bidi="iu-Cans-CA"/>
        </w:rPr>
        <w:t xml:space="preserve">ᓄᑕᕋᓛᑦ ᓱᓪᓗᓕᒃᑯᑦ ᓂᕆᑎᓪᓗᒍ ᑕᐃᒪᐃᓕᐅᕐᓗᑎᑦ ᑕᐃᒪᐃᓕᐅᕋᔭᖅᑕᕐᓂᒃ ᖃᓂᒃᑯᑦ ᓂᕆᑎᓪᓗᒍ </w:t>
      </w:r>
    </w:p>
    <w:p w14:paraId="28AD4AF1" w14:textId="7450B703" w:rsidR="00AB73E7" w:rsidRPr="00D4501F" w:rsidRDefault="005D0276" w:rsidP="00632B87">
      <w:pPr>
        <w:pStyle w:val="ListParagraph"/>
        <w:numPr>
          <w:ilvl w:val="0"/>
          <w:numId w:val="22"/>
        </w:numPr>
        <w:rPr>
          <w:rFonts w:ascii="Arial" w:hAnsi="Arial" w:cs="Arial"/>
        </w:rPr>
      </w:pPr>
      <w:r w:rsidRPr="00D4501F">
        <w:rPr>
          <w:rFonts w:ascii="Arial" w:eastAsia="Arial" w:hAnsi="Arial" w:cs="Arial"/>
          <w:lang w:bidi="iu-Cans-CA"/>
        </w:rPr>
        <w:t>ᓄᑕᕋᓛᑦ ᑎᒍᒥᐊᕐᓗᒍ ᐃᑲᔪᖅᑐᖅᓯᒪᔪᒥᒃ ᐃᒃᓯᕚᕐᓗᓂ ᓂᕆᑎᓪᓗᒍ ᑲᓐᖓᖃᑎᒌᑦᑎᐊᕐᓂᖅᓴᐅᖁᓪᓗᓯ.</w:t>
      </w:r>
    </w:p>
    <w:p w14:paraId="1B20C8E8" w14:textId="77777777" w:rsidR="00AB73E7" w:rsidRPr="00D4501F" w:rsidRDefault="005D0276" w:rsidP="00632B87">
      <w:pPr>
        <w:pStyle w:val="ListParagraph"/>
        <w:numPr>
          <w:ilvl w:val="0"/>
          <w:numId w:val="22"/>
        </w:numPr>
        <w:rPr>
          <w:rFonts w:ascii="Arial" w:hAnsi="Arial" w:cs="Arial"/>
        </w:rPr>
      </w:pPr>
      <w:r w:rsidRPr="00D4501F">
        <w:rPr>
          <w:rFonts w:ascii="Arial" w:eastAsia="Arial" w:hAnsi="Arial" w:cs="Arial"/>
          <w:lang w:bidi="iu-Cans-CA"/>
        </w:rPr>
        <w:t>ᕿᑐᕐᖓᐃᑦ ᐃᒃᐱᖕᓂᐊᔾᔪᑎᖏᓐᓂᒃ ᖃᐅᔨᑎᑉᐸᒡᓗᒋᑦ ᖃᓂᒃᑯᑦ ᖃᓂᒋᔭᖓᒍᓪᓗ ᑎᓕᐅᕐᓗᒋᓪᓗ ᖃᖅᖢᖏᑦ, ᐊᒡᓕᕈᖏᑦ ᐊᒻᒪ ᐅᖃᖏᑦ ᐊᑐᖁᓗᒋᑦ. ᐊᑐᕈᓐᓇᖅᑐᑎᑦ ᓲᕐᓗ ᐅᐊᔾᒥᐊᒐᕐᒥᒃ, ᑭᒍᑎᓯᐅᑎᒥᒃ, ᐅᕝᕙᓘᓐᓃᑦ ᓄᑕᕋᐅᑉ ᐊᒡᒐᖓᓂᒃ.</w:t>
      </w:r>
    </w:p>
    <w:p w14:paraId="6628928F" w14:textId="77777777" w:rsidR="00071F10" w:rsidRDefault="005D0276" w:rsidP="00071F10">
      <w:pPr>
        <w:pStyle w:val="ListParagraph"/>
        <w:numPr>
          <w:ilvl w:val="0"/>
          <w:numId w:val="22"/>
        </w:numPr>
        <w:rPr>
          <w:rFonts w:ascii="Arial" w:hAnsi="Arial" w:cs="Arial"/>
        </w:rPr>
      </w:pPr>
      <w:r w:rsidRPr="00D4501F">
        <w:rPr>
          <w:rFonts w:ascii="Arial" w:eastAsia="Arial" w:hAnsi="Arial" w:cs="Arial"/>
          <w:lang w:bidi="iu-Cans-CA"/>
        </w:rPr>
        <w:t>ᐃᓚᓕᐅᑎᓗᒋᑦ ᓂᕆᓃᑦ ᓂᕆᓂᕐᓗ ᖁᕕᐊᓱᖕᓂᕐᒧᑦ.</w:t>
      </w:r>
    </w:p>
    <w:p w14:paraId="44371072" w14:textId="71CD259B" w:rsidR="00AB73E7" w:rsidRPr="00071F10" w:rsidRDefault="005D0276" w:rsidP="00071F10">
      <w:pPr>
        <w:pStyle w:val="ListParagraph"/>
        <w:numPr>
          <w:ilvl w:val="0"/>
          <w:numId w:val="22"/>
        </w:numPr>
        <w:rPr>
          <w:rFonts w:ascii="Arial" w:hAnsi="Arial" w:cs="Arial"/>
        </w:rPr>
      </w:pPr>
      <w:r w:rsidRPr="00071F10">
        <w:rPr>
          <w:rFonts w:ascii="Arial" w:eastAsia="Arial" w:hAnsi="Arial" w:cs="Arial"/>
          <w:lang w:bidi="iu-Cans-CA"/>
        </w:rPr>
        <w:t>ᐱᕈᖅᓴᔭᐅᔪᑦ ᐊᖓᔪᒃᓯᓄᓪᓘᓐᓃᑦ ᓄᑕᖅᑲᓄᑦ, ᓱᓪᓗᓕᒃᑯᑦ ᓂᕆᑎᑦᑎᕙᓪᓗᑎᒃ ᐃᒃᓯᕚᖅᐸᓪᓗᑎᒃ ᑭᐳᒥ ᐊᔪᙱᒃᑯᓂ, ᐃᓚᒌᑦ ᓂᕆᑎᓪᓗᒋᑦ ᐃᑲᔪᖅᐸᒃᐳᖅ ᓄᑕᖅᑲᒥᒃ ᐃᓚᒋᔭᐅᓪᓗᓂ ᐃᓚᒌᓄᑦ ᐃᓕᑦᑎᕙᓪᓕᐊᓪᓗᓂ ᓂᕆᕙᖕᓂᕐᒥᒃ ᓂᕿᓂᒃ.</w:t>
      </w:r>
    </w:p>
    <w:p w14:paraId="0F7EADF3" w14:textId="4536C49F" w:rsidR="00AB73E7" w:rsidRPr="00D4501F" w:rsidRDefault="005D0276">
      <w:pPr>
        <w:rPr>
          <w:rFonts w:ascii="Arial" w:hAnsi="Arial" w:cs="Arial"/>
        </w:rPr>
      </w:pPr>
      <w:r w:rsidRPr="00D4501F">
        <w:rPr>
          <w:rFonts w:ascii="Arial" w:eastAsia="Arial" w:hAnsi="Arial" w:cs="Arial"/>
          <w:lang w:bidi="iu-Cans-CA"/>
        </w:rPr>
        <w:t>ᐅᖃᖃᑎᒋᓗᒍ ᓘᒃᑖᑦ ᐃᖃᐃᓕᓴᖅᑎᑦᑎᔨᓘᓐᓃᑦ ᐃᒻᒥᒃᑰᖓᔪᓂᒃ ᖃᓂᒃᑯᑦ ᓂᕆᑎᑦᑎᖃᑦᑕᕐᓂᕐᒧᑦ ᐊᑐᓕᖁᔭᐅᓯᒪᔪᓂᒃ ᑐᓐᖓᕕᖃᕐᓗᑎᒃ ᕿᑐᕐᖓᐃᑦ ᐱᔭᕆᐊᖃᖅᑕᖏᓐᓂᒃ.</w:t>
      </w:r>
    </w:p>
    <w:p w14:paraId="4FC77DB1" w14:textId="332DDF2B" w:rsidR="00FB6DFD" w:rsidRDefault="00FB6DFD">
      <w:pPr>
        <w:rPr>
          <w:rFonts w:ascii="Arial" w:eastAsiaTheme="majorEastAsia" w:hAnsi="Arial" w:cs="Times New Roman (Headings CS)"/>
          <w:b/>
          <w:bCs/>
          <w:color w:val="25262A"/>
          <w:sz w:val="28"/>
          <w:szCs w:val="26"/>
        </w:rPr>
      </w:pPr>
      <w:r>
        <w:rPr>
          <w:lang w:bidi="iu-Cans-CA"/>
        </w:rPr>
        <w:br w:type="page"/>
      </w:r>
    </w:p>
    <w:p w14:paraId="385887B0" w14:textId="311C40C2" w:rsidR="00AB73E7" w:rsidRPr="00D4501F" w:rsidRDefault="00071F10">
      <w:pPr>
        <w:pStyle w:val="Heading1"/>
        <w:rPr>
          <w:rFonts w:cs="Arial"/>
        </w:rPr>
      </w:pPr>
      <w:r w:rsidRPr="00D4501F">
        <w:rPr>
          <w:noProof/>
          <w:lang w:bidi="iu-Cans-CA"/>
        </w:rPr>
        <w:lastRenderedPageBreak/>
        <w:drawing>
          <wp:anchor distT="0" distB="0" distL="114300" distR="114300" simplePos="0" relativeHeight="251670016" behindDoc="1" locked="0" layoutInCell="1" allowOverlap="1" wp14:anchorId="6DFCCF8A" wp14:editId="4615C6A3">
            <wp:simplePos x="0" y="0"/>
            <wp:positionH relativeFrom="column">
              <wp:posOffset>3869690</wp:posOffset>
            </wp:positionH>
            <wp:positionV relativeFrom="paragraph">
              <wp:posOffset>-98425</wp:posOffset>
            </wp:positionV>
            <wp:extent cx="2664460" cy="1775460"/>
            <wp:effectExtent l="0" t="0" r="2540" b="2540"/>
            <wp:wrapTight wrapText="bothSides">
              <wp:wrapPolygon edited="0">
                <wp:start x="0" y="0"/>
                <wp:lineTo x="0" y="21476"/>
                <wp:lineTo x="21518" y="21476"/>
                <wp:lineTo x="21518" y="0"/>
                <wp:lineTo x="0" y="0"/>
              </wp:wrapPolygon>
            </wp:wrapTight>
            <wp:docPr id="19886908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664460" cy="17754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4501F">
        <w:rPr>
          <w:rFonts w:cs="Arial"/>
          <w:lang w:bidi="iu-Cans-CA"/>
        </w:rPr>
        <w:t>ᖃᐅᔨᓇᓱᖕᓂᖅ</w:t>
      </w:r>
    </w:p>
    <w:p w14:paraId="375A46BA" w14:textId="2D97C9C5" w:rsidR="00AB73E7" w:rsidRPr="00D4501F" w:rsidRDefault="0002648A" w:rsidP="00071F10">
      <w:pPr>
        <w:pStyle w:val="Heading2"/>
      </w:pPr>
      <w:r w:rsidRPr="00D4501F">
        <w:rPr>
          <w:lang w:bidi="iu-Cans-CA"/>
        </w:rPr>
        <w:t>ᒥᓪᓗᐊᕈᑎᒧᑦ ᐊᒃᑐᐊᓂᓖᑦ ᐊᑲᐅᙱᓕᐅᕈᑕᐅᔪᑦ</w:t>
      </w:r>
    </w:p>
    <w:p w14:paraId="1D58149B" w14:textId="71E34225" w:rsidR="00AB73E7" w:rsidRPr="00071F10" w:rsidRDefault="005D0276" w:rsidP="00071F10">
      <w:pPr>
        <w:pStyle w:val="ListNumber2"/>
      </w:pPr>
      <w:r w:rsidRPr="00071F10">
        <w:rPr>
          <w:lang w:bidi="iu-Cans-CA"/>
        </w:rPr>
        <w:t>ᖃᐅᔨᒪᒋᐊᕐᓗᒍ ᒥᓪᓗᐊᕈᑎ ᑲᑉᐳᑎᓯᒪᒐᓗᐊᕐᒪᖔᑦ</w:t>
      </w:r>
    </w:p>
    <w:p w14:paraId="571B3947" w14:textId="57F9D168" w:rsidR="00AB73E7" w:rsidRPr="00071F10" w:rsidRDefault="005D0276" w:rsidP="00071F10">
      <w:pPr>
        <w:pStyle w:val="ListNumber2"/>
      </w:pPr>
      <w:r w:rsidRPr="00071F10">
        <w:rPr>
          <w:lang w:bidi="iu-Cans-CA"/>
        </w:rPr>
        <w:t>ᐹᑕᓖᖓ ᓴᙱᒃᑎᒋᐊᕆᐊᖃᖅᐸ</w:t>
      </w:r>
    </w:p>
    <w:p w14:paraId="4A7130C2" w14:textId="47AA7D00" w:rsidR="00AB73E7" w:rsidRPr="00071F10" w:rsidRDefault="005D0276" w:rsidP="00071F10">
      <w:pPr>
        <w:pStyle w:val="ListNumber2"/>
      </w:pPr>
      <w:r w:rsidRPr="00071F10">
        <w:rPr>
          <w:lang w:bidi="iu-Cans-CA"/>
        </w:rPr>
        <w:t>ᓂᐱᑦᓴᔭᖅ ᑐᑭᓕᐊᑦᓯᐊᖅᓯᒪᕚ ᓇᕿᑕᐅᑦᓯᐊᕐᓗᓂᓗ ᐃᓂᖓᓄᑦ</w:t>
      </w:r>
    </w:p>
    <w:p w14:paraId="736865C1" w14:textId="2879192B" w:rsidR="00AB73E7" w:rsidRPr="00071F10" w:rsidRDefault="005D0276" w:rsidP="00071F10">
      <w:pPr>
        <w:pStyle w:val="ListNumber2"/>
      </w:pPr>
      <w:r w:rsidRPr="00071F10">
        <w:rPr>
          <w:lang w:bidi="iu-Cans-CA"/>
        </w:rPr>
        <w:t>ᓱᓪᓗᓕᖏᑦ ᓄᑭᖃᖅᐸᑦ ᐅᕝᕙᓘᓐᓃᑦ ᓴᖑᓯᒪᕚᑦ</w:t>
      </w:r>
    </w:p>
    <w:p w14:paraId="071490CE" w14:textId="77777777" w:rsidR="00AB73E7" w:rsidRPr="00071F10" w:rsidRDefault="005D0276" w:rsidP="00071F10">
      <w:pPr>
        <w:pStyle w:val="ListNumber2"/>
        <w:numPr>
          <w:ilvl w:val="0"/>
          <w:numId w:val="0"/>
        </w:numPr>
      </w:pPr>
      <w:r w:rsidRPr="00071F10">
        <w:rPr>
          <w:lang w:bidi="iu-Cans-CA"/>
        </w:rPr>
        <w:t>ᒥᓪᓗᐊᕈᑎ ᖃᐅᔨᒃᑲᐃᔾᔪᑎᖃᖅᐳᖅ ᓯᐊᓂᖅᑐᒥᒃ ᐊᑲᐅᙱᓪᓕᐅᕈᑎᖃᖅᐸᑦ. ᒪᓕᒃᐸᒡᓗᒋᑦ ᖃᓄᐃᓕᐅᖁᔭᐅᔪᑦ ᐃᒐᓛᒦᑦᑐᑦ ᖃᐅᔨᒃᑲᐃᔾᔪᑎᒥᒃ ᑐᓴᕋᐃᑦ.</w:t>
      </w:r>
    </w:p>
    <w:p w14:paraId="3B03F3B2" w14:textId="14A2ED2C" w:rsidR="00AB73E7" w:rsidRPr="00D4501F" w:rsidRDefault="005D0276">
      <w:pPr>
        <w:pStyle w:val="Heading2"/>
        <w:rPr>
          <w:rFonts w:cs="Arial"/>
        </w:rPr>
      </w:pPr>
      <w:r w:rsidRPr="00D4501F">
        <w:rPr>
          <w:rFonts w:cs="Arial"/>
          <w:lang w:bidi="iu-Cans-CA"/>
        </w:rPr>
        <w:t>ᐅᖁᒪᐃᓐᓂᖓᓄᑦ ᐊᒃᑐᐊᓂᓖᑦ ᐊᑲᐅᙱᓕᐅᕈᑕᐅᔪᑦ</w:t>
      </w:r>
    </w:p>
    <w:p w14:paraId="21A8CABC" w14:textId="5D2F4A73" w:rsidR="00AB73E7" w:rsidRPr="00D4501F" w:rsidRDefault="005D0276" w:rsidP="00071F10">
      <w:pPr>
        <w:pStyle w:val="ListNumber2"/>
        <w:numPr>
          <w:ilvl w:val="0"/>
          <w:numId w:val="39"/>
        </w:numPr>
      </w:pPr>
      <w:r w:rsidRPr="00D4501F">
        <w:rPr>
          <w:lang w:bidi="iu-Cans-CA"/>
        </w:rPr>
        <w:t>ᓱᓪᓗᓕᖓ ᓯᒥᒃᓯᒪᕚ ᐊᒃᓴᓗᐊᒧᑦ?</w:t>
      </w:r>
    </w:p>
    <w:p w14:paraId="63764451" w14:textId="7A47F810" w:rsidR="00AB73E7" w:rsidRPr="00D4501F" w:rsidRDefault="005D0276" w:rsidP="00071F10">
      <w:pPr>
        <w:pStyle w:val="ListNumber2"/>
        <w:numPr>
          <w:ilvl w:val="0"/>
          <w:numId w:val="39"/>
        </w:numPr>
      </w:pPr>
      <w:r w:rsidRPr="00D4501F">
        <w:rPr>
          <w:lang w:bidi="iu-Cans-CA"/>
        </w:rPr>
        <w:t>ᑯᕕᕝᕕᖓ ᑕᑕᓗᐊᖅᓯᒪᕚ?</w:t>
      </w:r>
    </w:p>
    <w:p w14:paraId="4B27D634" w14:textId="3604794C" w:rsidR="00AB73E7" w:rsidRPr="00D4501F" w:rsidRDefault="005D0276" w:rsidP="00071F10">
      <w:pPr>
        <w:pStyle w:val="ListNumber2"/>
        <w:numPr>
          <w:ilvl w:val="0"/>
          <w:numId w:val="39"/>
        </w:numPr>
      </w:pPr>
      <w:r w:rsidRPr="00D4501F">
        <w:rPr>
          <w:lang w:bidi="iu-Cans-CA"/>
        </w:rPr>
        <w:t>ᓱᓪᓗᓕᖓ ᐃᒧᓯᒪᕚ?</w:t>
      </w:r>
    </w:p>
    <w:p w14:paraId="52516F9E" w14:textId="060C62E8" w:rsidR="00AB73E7" w:rsidRPr="00D4501F" w:rsidRDefault="005D0276" w:rsidP="00071F10">
      <w:pPr>
        <w:pStyle w:val="ListNumber2"/>
        <w:numPr>
          <w:ilvl w:val="0"/>
          <w:numId w:val="39"/>
        </w:numPr>
      </w:pPr>
      <w:r w:rsidRPr="00D4501F">
        <w:rPr>
          <w:lang w:bidi="iu-Cans-CA"/>
        </w:rPr>
        <w:t>ᓱᒃᑲᓕᓗᐊᓚᐅᖅᐹ? ᐳᖅ ᐊᒻᒧᒋᐊᕆᐊᖃᖅᐳᖅ, ᐅᕝᕙᓘᓐᓃᑦ ᐊᒃᓴᓗᐊᖓ ᒪᑐᓯᒪᓂᖅᓴᐅᔭᕆᐊᖃᖅᐳᖅ.</w:t>
      </w:r>
    </w:p>
    <w:p w14:paraId="1933DB5D" w14:textId="64AE1945" w:rsidR="00AB73E7" w:rsidRPr="00D4501F" w:rsidRDefault="005D0276" w:rsidP="00071F10">
      <w:pPr>
        <w:pStyle w:val="ListNumber2"/>
        <w:numPr>
          <w:ilvl w:val="0"/>
          <w:numId w:val="39"/>
        </w:numPr>
      </w:pPr>
      <w:r w:rsidRPr="00D4501F">
        <w:rPr>
          <w:lang w:bidi="iu-Cans-CA"/>
        </w:rPr>
        <w:t>ᐃᓕᐅᖅᑲᐃᓂᖅ ᓱᒃᑲᐃᓗᐊᓚᐅᖅᐸ? ᐳᖅ ᖁᖏᕙᕆᐊᓂᖅᓴᐅᔭᕆᐊᖃᖅᐳᖅ, ᐅᕝᕙᓘᓐᓃᑦ ᐊᒃᓴᓗᐊᖓ ᒪᑐᐃᖅᑕᐅᒃᑲᓐᓂᕆᐊᖃᖅᐳᖅ.</w:t>
      </w:r>
    </w:p>
    <w:p w14:paraId="757345E4" w14:textId="60ACD68D" w:rsidR="00AB73E7" w:rsidRPr="00D4501F" w:rsidRDefault="005D0276">
      <w:pPr>
        <w:pStyle w:val="Heading2"/>
        <w:rPr>
          <w:rFonts w:cs="Arial"/>
        </w:rPr>
      </w:pPr>
      <w:r w:rsidRPr="00D4501F">
        <w:rPr>
          <w:rFonts w:cs="Arial"/>
          <w:lang w:bidi="iu-Cans-CA"/>
        </w:rPr>
        <w:t>ᓯᒥᒃᓯᒪᓇᓱᒋᔭᐅᔪᖅ / ᐊᒃᑲᖅᑎᑦᑎᔪᖅ</w:t>
      </w:r>
    </w:p>
    <w:p w14:paraId="624D2420" w14:textId="77777777" w:rsidR="00AB73E7" w:rsidRPr="00071F10" w:rsidRDefault="005D0276" w:rsidP="00071F10">
      <w:pPr>
        <w:pStyle w:val="ListParagraph"/>
        <w:numPr>
          <w:ilvl w:val="0"/>
          <w:numId w:val="40"/>
        </w:numPr>
        <w:rPr>
          <w:rFonts w:ascii="Arial" w:hAnsi="Arial" w:cs="Arial"/>
        </w:rPr>
      </w:pPr>
      <w:r w:rsidRPr="00071F10">
        <w:rPr>
          <w:rFonts w:ascii="Arial" w:eastAsia="Arial" w:hAnsi="Arial" w:cs="Arial"/>
          <w:lang w:bidi="iu-Cans-CA"/>
        </w:rPr>
        <w:t>ᐊᑐᖅᐸᓪᓗᑎᑦ 30 mL-ᓂᒃ ᐊᖏᓐᓂᖅᓴᒥᓪᓘᓐᓃᑦ ᑲᐴᑎᒥᒃ ᑯᐊᖅᑎᑦᑎᓂᐊᕐᓗᓂ. ᓴᙱᔪᒥᒃ ᐊᑐᖅᑐᖃᖅᐸᑦ ᓄᖅᑲᕆᑦ ᑯᕕᑎᑦᑎᑎᑦᑕᐃᓕᓗᒍ</w:t>
      </w:r>
    </w:p>
    <w:p w14:paraId="446FD9D5" w14:textId="77777777" w:rsidR="00AB73E7" w:rsidRPr="00071F10" w:rsidRDefault="005D0276" w:rsidP="00071F10">
      <w:pPr>
        <w:pStyle w:val="ListParagraph"/>
        <w:numPr>
          <w:ilvl w:val="0"/>
          <w:numId w:val="40"/>
        </w:numPr>
        <w:rPr>
          <w:rFonts w:ascii="Arial" w:hAnsi="Arial" w:cs="Arial"/>
        </w:rPr>
      </w:pPr>
      <w:r w:rsidRPr="00071F10">
        <w:rPr>
          <w:rFonts w:ascii="Arial" w:eastAsia="Arial" w:hAnsi="Arial" w:cs="Arial"/>
          <w:lang w:bidi="iu-Cans-CA"/>
        </w:rPr>
        <w:t>ᐊᒃᓱᕈᓗᐊᙱᓪᓗᑎᑦ ᐊᒧᓗᒍ 30mL-ᒧᑦ ᑲᐴᑎᒧᑦ ᓯᒥᒃᓯᒪᓂᖓ ᐲᕐᓂᐊᕐᓗᒍ.</w:t>
      </w:r>
    </w:p>
    <w:p w14:paraId="1204A409" w14:textId="77777777" w:rsidR="00AB73E7" w:rsidRPr="00071F10" w:rsidRDefault="005D0276" w:rsidP="00071F10">
      <w:pPr>
        <w:pStyle w:val="ListParagraph"/>
        <w:numPr>
          <w:ilvl w:val="0"/>
          <w:numId w:val="40"/>
        </w:numPr>
        <w:rPr>
          <w:rFonts w:ascii="Arial" w:hAnsi="Arial" w:cs="Arial"/>
        </w:rPr>
      </w:pPr>
      <w:r w:rsidRPr="00071F10">
        <w:rPr>
          <w:rFonts w:ascii="Arial" w:eastAsia="Arial" w:hAnsi="Arial" w:cs="Arial"/>
          <w:lang w:bidi="iu-Cans-CA"/>
        </w:rPr>
        <w:t>ᓯᒥᒃᓯᒪᔪᖅ ᐲᕈᓐᓇᙱᒃᑯᕕᐅᒃ, ᑯᐊᖅᑎᑦᑎᐊᕐᓗᒍ ᐅᓇᕐᔪᒃᑐᒧᑦ ᐃᒪᕐᒧᑦ (ᐅᓇᖅᑐᒧᑦᐅᙱᑦᑐᖅ).</w:t>
      </w:r>
    </w:p>
    <w:p w14:paraId="5715B713" w14:textId="58563194" w:rsidR="00AB73E7" w:rsidRPr="00071F10" w:rsidRDefault="005D0276" w:rsidP="00071F10">
      <w:pPr>
        <w:pStyle w:val="ListParagraph"/>
        <w:numPr>
          <w:ilvl w:val="0"/>
          <w:numId w:val="40"/>
        </w:numPr>
        <w:rPr>
          <w:rFonts w:ascii="Arial" w:hAnsi="Arial" w:cs="Arial"/>
        </w:rPr>
      </w:pPr>
      <w:r w:rsidRPr="00071F10">
        <w:rPr>
          <w:rFonts w:ascii="Arial" w:eastAsia="Arial" w:hAnsi="Arial" w:cs="Arial"/>
          <w:lang w:bidi="iu-Cans-CA"/>
        </w:rPr>
        <w:t>ᑲᐴᑎᒧᑦ ᓴᙱᔪᒥᒃ ᐊᑐᙱᓪᓗᑎᑦ ᐊᕝᕕᐊᕈᑎᒥᒃ ᐊᓂᒍᖅᑎᑦᑎᓇᓱᒡᓗᑎᑦ − ᐊᒃᓱᕉᓴᓗᐊᕐᓗᓂ ᓱᓪᓗᓕᖓ ᓱᕋᒍᓐᓇᕐᒪᑦ.</w:t>
      </w:r>
    </w:p>
    <w:p w14:paraId="771D2A84" w14:textId="77777777" w:rsidR="00AB73E7" w:rsidRPr="00071F10" w:rsidRDefault="005D0276" w:rsidP="00071F10">
      <w:pPr>
        <w:pStyle w:val="ListParagraph"/>
        <w:numPr>
          <w:ilvl w:val="0"/>
          <w:numId w:val="40"/>
        </w:numPr>
        <w:rPr>
          <w:rFonts w:ascii="Arial" w:hAnsi="Arial" w:cs="Arial"/>
        </w:rPr>
      </w:pPr>
      <w:r w:rsidRPr="00071F10">
        <w:rPr>
          <w:rFonts w:ascii="Arial" w:eastAsia="Arial" w:hAnsi="Arial" w:cs="Arial"/>
          <w:lang w:bidi="iu-Cans-CA"/>
        </w:rPr>
        <w:t>ᑲᐴᑎᓂᒃ ᐊᑐᙱᓪᓗᑎᑦ 30mL ᑐᖓᓂ ᑯᐊᖅᑎᑦᑎᓕᕌᖓᕕᑦ ᐳᓪᓚᖃᓗᐊᖁᓇᒍ.</w:t>
      </w:r>
    </w:p>
    <w:p w14:paraId="34F50942" w14:textId="77777777" w:rsidR="00AB73E7" w:rsidRPr="00071F10" w:rsidRDefault="005D0276" w:rsidP="00071F10">
      <w:pPr>
        <w:pStyle w:val="ListParagraph"/>
        <w:numPr>
          <w:ilvl w:val="0"/>
          <w:numId w:val="40"/>
        </w:numPr>
        <w:rPr>
          <w:rFonts w:ascii="Arial" w:hAnsi="Arial" w:cs="Arial"/>
        </w:rPr>
      </w:pPr>
      <w:r w:rsidRPr="00071F10">
        <w:rPr>
          <w:rFonts w:ascii="Arial" w:eastAsia="Arial" w:hAnsi="Arial" w:cs="Arial"/>
          <w:lang w:bidi="iu-Cans-CA"/>
        </w:rPr>
        <w:t>ᐋᖅᑭᒍᓐᓇᙱᒃᑯᕕᐅᒃ ᓯᒥᒃᓯᒪᔪᖅ ᓱᓪᓗᓕᖓ ᐊᓯᔾᔨᖅᑕᐅᔭᕆᐊᖃᑐᐃᓐᓇᕆᐊᓕᒃ.</w:t>
      </w:r>
    </w:p>
    <w:p w14:paraId="3770F3D5" w14:textId="77777777" w:rsidR="00AB73E7" w:rsidRPr="00071F10" w:rsidRDefault="005D0276" w:rsidP="00071F10">
      <w:pPr>
        <w:pStyle w:val="ListParagraph"/>
        <w:numPr>
          <w:ilvl w:val="0"/>
          <w:numId w:val="40"/>
        </w:numPr>
        <w:rPr>
          <w:rFonts w:ascii="Arial" w:hAnsi="Arial" w:cs="Arial"/>
        </w:rPr>
      </w:pPr>
      <w:r w:rsidRPr="00071F10">
        <w:rPr>
          <w:rFonts w:ascii="Arial" w:eastAsia="Arial" w:hAnsi="Arial" w:cs="Arial"/>
          <w:lang w:bidi="iu-Cans-CA"/>
        </w:rPr>
        <w:t>ᐊᓂᖅᓵᖅᑐᒐᕐᒥᒃ ᐊᑐᙱᓪᓗᑎᑦ ᓯᒥᒃᓯᒪᔪᖅ ᐊᓂᒍᖅᑎᑦᑎᓇᓱᐊᕐᓗᑎᑦ – ᑕᒪᓐᓇ ᐳᓪᓚᖃᓕᕈᓐᓇᕐᒪᑦ ᓯᕋᐃᓗᓂᓗ ᓱᓪᓗᓕᖕᒥᒃ.</w:t>
      </w:r>
    </w:p>
    <w:p w14:paraId="0346F778" w14:textId="49717F82" w:rsidR="00AB73E7" w:rsidRPr="00D4501F" w:rsidRDefault="005D0276">
      <w:pPr>
        <w:pStyle w:val="Heading2"/>
        <w:rPr>
          <w:rFonts w:cs="Arial"/>
        </w:rPr>
      </w:pPr>
      <w:r w:rsidRPr="00D4501F">
        <w:rPr>
          <w:rFonts w:cs="Arial"/>
          <w:lang w:bidi="iu-Cans-CA"/>
        </w:rPr>
        <w:t>ᓄᑕᕋᖅ ᐊᕿᑦᑐᖅᓱᖅᑐᖅ</w:t>
      </w:r>
    </w:p>
    <w:p w14:paraId="549055D7" w14:textId="77777777" w:rsidR="00AB73E7" w:rsidRPr="00071F10" w:rsidRDefault="005D0276" w:rsidP="00071F10">
      <w:pPr>
        <w:pStyle w:val="ListParagraph"/>
        <w:numPr>
          <w:ilvl w:val="0"/>
          <w:numId w:val="42"/>
        </w:numPr>
        <w:rPr>
          <w:rFonts w:ascii="Arial" w:hAnsi="Arial" w:cs="Arial"/>
        </w:rPr>
      </w:pPr>
      <w:r w:rsidRPr="00071F10">
        <w:rPr>
          <w:rFonts w:ascii="Arial" w:eastAsia="Arial" w:hAnsi="Arial" w:cs="Arial"/>
          <w:lang w:bidi="iu-Cans-CA"/>
        </w:rPr>
        <w:t>ᐃᓚᖏᑦ ᐃᓅᓕᓴᐅᑎᑦ ᐊᕿᑦᑐᖅᓱᖅᑎᑦᑎᔪᓐᓇᖅᑐᑦ, ᐄᔭᒐᓕᕆᔨᒧᑦ ᐅᖃᖃᑎᖃᕐᓗᑎᑦ</w:t>
      </w:r>
    </w:p>
    <w:p w14:paraId="4039E922" w14:textId="77777777" w:rsidR="00AB73E7" w:rsidRPr="00071F10" w:rsidRDefault="005D0276" w:rsidP="00071F10">
      <w:pPr>
        <w:pStyle w:val="ListParagraph"/>
        <w:numPr>
          <w:ilvl w:val="0"/>
          <w:numId w:val="42"/>
        </w:numPr>
        <w:rPr>
          <w:rFonts w:ascii="Arial" w:hAnsi="Arial" w:cs="Arial"/>
        </w:rPr>
      </w:pPr>
      <w:r w:rsidRPr="00071F10">
        <w:rPr>
          <w:rFonts w:ascii="Arial" w:eastAsia="Arial" w:hAnsi="Arial" w:cs="Arial"/>
          <w:lang w:bidi="iu-Cans-CA"/>
        </w:rPr>
        <w:t>ᐃᓛᓐᓂᐅᓪᓗ ᓱᓪᓗᓕᒃ ᐃᓂᒋᙱᑕᖓᓄᐊᕈᓐᓇᕐᒪᑦ ᐊᓇᓪᓗᒃᑎᑦᑎᔾᔪᑕᐅᔪᓐᓇᖅᑐᓂᓗ, ᖃᐅᔨᒋᐊᕐᓗᒍ ᓱᓪᓗᓕᐅᑉ ᐃᓂᖓ ᐊᑐᕐᓗᒍ pH, ᐊᓇᓪᓗᒃᑐᐃᓐᓇᖅᐸᑦ ᕿᑐᕐᖓᐃᑦ ᑲᒪᔨᖏᓐᓄᑦ ᖃᐅᔨᒋᐊᕐᓗᑎᑦ.</w:t>
      </w:r>
    </w:p>
    <w:p w14:paraId="08B18789" w14:textId="223585DB" w:rsidR="00AB73E7" w:rsidRPr="00D4501F" w:rsidRDefault="005D0276">
      <w:pPr>
        <w:pStyle w:val="Heading2"/>
        <w:rPr>
          <w:rFonts w:cs="Arial"/>
        </w:rPr>
      </w:pPr>
      <w:r w:rsidRPr="00D4501F">
        <w:rPr>
          <w:rFonts w:cs="Arial"/>
          <w:lang w:bidi="iu-Cans-CA"/>
        </w:rPr>
        <w:t>ᓄᑕᕋᖅ ᒥᕆᐊᑲᑕᒃᐸᑦ/ᒥᕆᐊᙳᑲᑕᒃᐸᑦ</w:t>
      </w:r>
    </w:p>
    <w:p w14:paraId="1DA93F81" w14:textId="77777777" w:rsidR="00AB73E7" w:rsidRPr="00071F10" w:rsidRDefault="005D0276" w:rsidP="00071F10">
      <w:pPr>
        <w:pStyle w:val="ListParagraph"/>
        <w:numPr>
          <w:ilvl w:val="0"/>
          <w:numId w:val="41"/>
        </w:numPr>
        <w:rPr>
          <w:rFonts w:ascii="Arial" w:hAnsi="Arial" w:cs="Arial"/>
        </w:rPr>
      </w:pPr>
      <w:r w:rsidRPr="00071F10">
        <w:rPr>
          <w:rFonts w:ascii="Arial" w:eastAsia="Arial" w:hAnsi="Arial" w:cs="Arial"/>
          <w:lang w:bidi="iu-Cans-CA"/>
        </w:rPr>
        <w:t>ᕿᑐᕐᙵᐃᑦ ᐋᓐᓂᐊᖅᑰᔨᓕᕈᓐᓇᖅᑐᖅ ᐃᒪᐃᓐᓂᖓᓄᑦ:</w:t>
      </w:r>
    </w:p>
    <w:p w14:paraId="00F5FC34" w14:textId="210793BE" w:rsidR="00AB73E7" w:rsidRPr="00071F10" w:rsidRDefault="005D0276" w:rsidP="00071F10">
      <w:pPr>
        <w:pStyle w:val="ListParagraph"/>
        <w:numPr>
          <w:ilvl w:val="0"/>
          <w:numId w:val="41"/>
        </w:numPr>
        <w:rPr>
          <w:rFonts w:ascii="Arial" w:hAnsi="Arial" w:cs="Arial"/>
        </w:rPr>
      </w:pPr>
      <w:r w:rsidRPr="00071F10">
        <w:rPr>
          <w:rFonts w:ascii="Arial" w:eastAsia="Arial" w:hAnsi="Arial" w:cs="Arial"/>
          <w:lang w:bidi="iu-Cans-CA"/>
        </w:rPr>
        <w:lastRenderedPageBreak/>
        <w:t>ᓂᕆᔭᐅᖅᑐᓗᐊᖅᐸᑦ, ᕿᓚᒥᑯᓗᒃ ᓂᕆᑎᑦᑎᓂᖅ ᓄᖅᑲᖓᑎᓚᐅᕐᓗᒍ ᐃᓚᖓ, ᓱᒃᑲᐃᓐᓂᖅᓴᐅᓕᕐᓗᑎᑦ ᓂᕆᑎᑦᑎᒃᑲᓐᓂᓕᕈᕕᑦ. ᒥᕆᐊᑲᑕᒃᐸᑕ ᓱᓕ ᖃᐅᔨᒋᐊᕐᕕᒋᓗᒋᑦ ᕿᑐᕐᙵᕕᑦ ᑲᒪᔨᖏᑦ.</w:t>
      </w:r>
    </w:p>
    <w:p w14:paraId="77D8FD2D" w14:textId="77777777" w:rsidR="00AB73E7" w:rsidRPr="00071F10" w:rsidRDefault="005D0276" w:rsidP="00071F10">
      <w:pPr>
        <w:pStyle w:val="ListParagraph"/>
        <w:numPr>
          <w:ilvl w:val="0"/>
          <w:numId w:val="41"/>
        </w:numPr>
        <w:rPr>
          <w:rFonts w:ascii="Arial" w:hAnsi="Arial" w:cs="Arial"/>
        </w:rPr>
      </w:pPr>
      <w:r w:rsidRPr="00071F10">
        <w:rPr>
          <w:rFonts w:ascii="Arial" w:eastAsia="Arial" w:hAnsi="Arial" w:cs="Arial"/>
          <w:lang w:bidi="iu-Cans-CA"/>
        </w:rPr>
        <w:t>ᒥᕆᐊᕈᔪᒃᐸᑦ ᓂᕆᑎᓪᓗᒍ, ᓂᕆᑎᑦᑎᓇᓱᐊᖅᐸᒡᓗᑎᑦ ᐃᒃᓯᕚᖅᑎᓪᓗᒍ ᐅᕝᕙᓘᓐᓃᑦ ᖁᖏᒋᐊᖅᓯᒪᔪᒥ</w:t>
      </w:r>
    </w:p>
    <w:p w14:paraId="5A75A095" w14:textId="77777777" w:rsidR="00AB73E7" w:rsidRPr="00071F10" w:rsidRDefault="005D0276" w:rsidP="00071F10">
      <w:pPr>
        <w:pStyle w:val="ListParagraph"/>
        <w:numPr>
          <w:ilvl w:val="0"/>
          <w:numId w:val="41"/>
        </w:numPr>
        <w:rPr>
          <w:rFonts w:ascii="Arial" w:hAnsi="Arial" w:cs="Arial"/>
        </w:rPr>
      </w:pPr>
      <w:r w:rsidRPr="00071F10">
        <w:rPr>
          <w:rFonts w:ascii="Arial" w:eastAsia="Arial" w:hAnsi="Arial" w:cs="Arial"/>
          <w:lang w:bidi="iu-Cans-CA"/>
        </w:rPr>
        <w:t>ᖃᓂᒪᒍᑎᒃ ᖁᐱᕐᕈᐊᕐᔪᖕᒧᑦ</w:t>
      </w:r>
    </w:p>
    <w:p w14:paraId="6D9E5575" w14:textId="77777777" w:rsidR="00AB73E7" w:rsidRPr="00071F10" w:rsidRDefault="005D0276" w:rsidP="00071F10">
      <w:pPr>
        <w:pStyle w:val="ListParagraph"/>
        <w:numPr>
          <w:ilvl w:val="0"/>
          <w:numId w:val="41"/>
        </w:numPr>
        <w:rPr>
          <w:rFonts w:ascii="Arial" w:hAnsi="Arial" w:cs="Arial"/>
        </w:rPr>
      </w:pPr>
      <w:r w:rsidRPr="00071F10">
        <w:rPr>
          <w:rFonts w:ascii="Arial" w:eastAsia="Arial" w:hAnsi="Arial" w:cs="Arial"/>
          <w:lang w:bidi="iu-Cans-CA"/>
        </w:rPr>
        <w:t>ᓱᓪᓗᓕᒃ ᑕᒻᒪᖅᓯᒪᒃᐸᑦ – ᓇᓗᓇᐃᕐᓗᒍ ᐃᓂᖓ ᓱᓪᓗᓕᐅᑉ ᐊᑐᕐᓗᒍ pH-ᖓ</w:t>
      </w:r>
    </w:p>
    <w:p w14:paraId="6E4167D5" w14:textId="7A5CDE0C" w:rsidR="00AB73E7" w:rsidRPr="00D4501F" w:rsidRDefault="005D0276">
      <w:pPr>
        <w:pStyle w:val="Heading2"/>
        <w:rPr>
          <w:rFonts w:cs="Arial"/>
        </w:rPr>
      </w:pPr>
      <w:r w:rsidRPr="00D4501F">
        <w:rPr>
          <w:rFonts w:cs="Arial"/>
          <w:lang w:bidi="iu-Cans-CA"/>
        </w:rPr>
        <w:t>ᓱᓪᓗᓕᖓ ᑯᑐᒃᑐᖅ</w:t>
      </w:r>
    </w:p>
    <w:p w14:paraId="5E3939CF" w14:textId="77777777" w:rsidR="00AB73E7" w:rsidRPr="00071F10" w:rsidRDefault="005D0276" w:rsidP="00071F10">
      <w:pPr>
        <w:pStyle w:val="ListParagraph"/>
        <w:numPr>
          <w:ilvl w:val="0"/>
          <w:numId w:val="44"/>
        </w:numPr>
        <w:rPr>
          <w:rFonts w:ascii="Arial" w:hAnsi="Arial" w:cs="Arial"/>
        </w:rPr>
      </w:pPr>
      <w:r w:rsidRPr="00071F10">
        <w:rPr>
          <w:rFonts w:ascii="Arial" w:eastAsia="Arial" w:hAnsi="Arial" w:cs="Arial"/>
          <w:lang w:bidi="iu-Cans-CA"/>
        </w:rPr>
        <w:t>ᖃᐅᔨᒋᐊᕐᓗᒋᑦ ᓱᓪᓗᓕᖏᑦ ᓂᕆᑎᑦᑎᓂᕐᒧᑦ ᐃᓅᓕᓴᐅᑎᓄᓪᓗ ᒪᑐᓯᒪᒐᓗᐊᕐᒪᖔᑕ. ᐊᑲᐅᙱᓕᐅᕈᑕᐅᖏᓐᓇᖅᐸᑦ ᓱᓪᓗᓕᖓ ᐊᓯᔾᔨᖅᑕᐅᔭᕆᐊᖃᑐᐃᓐᓇᕆᐊᓕᒃ.</w:t>
      </w:r>
    </w:p>
    <w:p w14:paraId="546B9589" w14:textId="77777777" w:rsidR="00AB73E7" w:rsidRPr="00071F10" w:rsidRDefault="005D0276" w:rsidP="00071F10">
      <w:pPr>
        <w:pStyle w:val="ListParagraph"/>
        <w:numPr>
          <w:ilvl w:val="0"/>
          <w:numId w:val="44"/>
        </w:numPr>
        <w:rPr>
          <w:rFonts w:ascii="Arial" w:hAnsi="Arial" w:cs="Arial"/>
        </w:rPr>
      </w:pPr>
      <w:r w:rsidRPr="00071F10">
        <w:rPr>
          <w:rFonts w:ascii="Arial" w:eastAsia="Arial" w:hAnsi="Arial" w:cs="Arial"/>
          <w:lang w:bidi="iu-Cans-CA"/>
        </w:rPr>
        <w:t>ᓂᐱᐅᑎᒥᒃ ᐃᓚᓯᑦᑕᐃᓕᓗᑎᑦ ᓱᓪᓗᓕᖕᒧᑦ ᑯᑐᓗᐊᖁᓇᒍ. ᐃᓱᒪᒋᓗᒍ ᐃᓕᓯᒃᑲᓐᓂᕐᓂᖅ ᓄᑖᒥᒃ ᓱᓪᓗᓕᖕᒥᒃ ᑯᑐᐃᓐᓇᖅᐸᑦ.</w:t>
      </w:r>
    </w:p>
    <w:p w14:paraId="3E5492B8" w14:textId="57BF7B1A" w:rsidR="00AB73E7" w:rsidRPr="00D4501F" w:rsidRDefault="005D0276">
      <w:pPr>
        <w:pStyle w:val="Heading2"/>
        <w:rPr>
          <w:rFonts w:cs="Arial"/>
        </w:rPr>
      </w:pPr>
      <w:r w:rsidRPr="00D4501F">
        <w:rPr>
          <w:rFonts w:cs="Arial"/>
          <w:lang w:bidi="iu-Cans-CA"/>
        </w:rPr>
        <w:t>ᐅᕕᓂᖓ ᐅᓗᐊᒃᑯᑦ ᕿᖓᒃᑯᓪᓘᓐᓃᑦ ᐊᐅᐸᖅᑐᖅᐸᑦ ᐳᓪᓕᓗᓂᓘᓐᓃᑦ</w:t>
      </w:r>
    </w:p>
    <w:p w14:paraId="4D8D708A" w14:textId="77777777" w:rsidR="00AB73E7" w:rsidRPr="00071F10" w:rsidRDefault="005D0276" w:rsidP="00071F10">
      <w:pPr>
        <w:pStyle w:val="ListParagraph"/>
        <w:numPr>
          <w:ilvl w:val="0"/>
          <w:numId w:val="43"/>
        </w:numPr>
        <w:rPr>
          <w:rFonts w:ascii="Arial" w:hAnsi="Arial" w:cs="Arial"/>
        </w:rPr>
      </w:pPr>
      <w:r w:rsidRPr="00071F10">
        <w:rPr>
          <w:rFonts w:ascii="Arial" w:eastAsia="Arial" w:hAnsi="Arial" w:cs="Arial"/>
          <w:lang w:bidi="iu-Cans-CA"/>
        </w:rPr>
        <w:t>ᐅᕕᓂᐃᑦ ᐸᓂᖅᑎᒋᐊᕐᓗᒍ.</w:t>
      </w:r>
    </w:p>
    <w:p w14:paraId="462333DA" w14:textId="77777777" w:rsidR="00AB73E7" w:rsidRPr="00071F10" w:rsidRDefault="005D0276" w:rsidP="00071F10">
      <w:pPr>
        <w:pStyle w:val="ListParagraph"/>
        <w:numPr>
          <w:ilvl w:val="0"/>
          <w:numId w:val="43"/>
        </w:numPr>
        <w:rPr>
          <w:rFonts w:ascii="Arial" w:hAnsi="Arial" w:cs="Arial"/>
        </w:rPr>
      </w:pPr>
      <w:r w:rsidRPr="00071F10">
        <w:rPr>
          <w:rFonts w:ascii="Arial" w:eastAsia="Arial" w:hAnsi="Arial" w:cs="Arial"/>
          <w:lang w:bidi="iu-Cans-CA"/>
        </w:rPr>
        <w:t>ᖃᐅᔨᒋᐊᕐᓗᒍ ᓱᓪᓗᓕᖓ ᑕᒻᒪᖅᓯᒪᙱᒃᑲᓗᐊᕐᒪᖔᑦ (ᓄᓱᒃᑕᐅᙱᓪᓗᓂ) ᓂᐱᑎᑦᑎᐊᕐᓗᒍᓗ.</w:t>
      </w:r>
    </w:p>
    <w:p w14:paraId="4F89043E" w14:textId="77777777" w:rsidR="00AB73E7" w:rsidRPr="00071F10" w:rsidRDefault="005D0276" w:rsidP="00071F10">
      <w:pPr>
        <w:pStyle w:val="ListParagraph"/>
        <w:numPr>
          <w:ilvl w:val="0"/>
          <w:numId w:val="43"/>
        </w:numPr>
        <w:rPr>
          <w:rFonts w:ascii="Arial" w:hAnsi="Arial" w:cs="Arial"/>
        </w:rPr>
      </w:pPr>
      <w:r w:rsidRPr="00071F10">
        <w:rPr>
          <w:rFonts w:ascii="Arial" w:eastAsia="Arial" w:hAnsi="Arial" w:cs="Arial"/>
          <w:lang w:bidi="iu-Cans-CA"/>
        </w:rPr>
        <w:t>ᐊᓯᔾᔨᕆᐊᖃᕈᕕᐅᒃ ᓂᐱᑦᓴᔭᖅ.</w:t>
      </w:r>
    </w:p>
    <w:p w14:paraId="56749464" w14:textId="77777777" w:rsidR="00AB73E7" w:rsidRPr="00071F10" w:rsidRDefault="005D0276" w:rsidP="00071F10">
      <w:pPr>
        <w:pStyle w:val="ListParagraph"/>
        <w:numPr>
          <w:ilvl w:val="0"/>
          <w:numId w:val="43"/>
        </w:numPr>
        <w:rPr>
          <w:rFonts w:ascii="Arial" w:hAnsi="Arial" w:cs="Arial"/>
        </w:rPr>
      </w:pPr>
      <w:r w:rsidRPr="00071F10">
        <w:rPr>
          <w:rFonts w:ascii="Arial" w:eastAsia="Arial" w:hAnsi="Arial" w:cs="Arial"/>
          <w:lang w:bidi="iu-Cans-CA"/>
        </w:rPr>
        <w:t>ᐃᓱᒪᒃᓴᖅᓯᐅᕈᑎᖃᕆᑦ ᐊᔾᔨᒋᙱᑕᖓᓂᒃ ᓂᐱᓕᐅᕆᓂᕐᒥᒃ.</w:t>
      </w:r>
    </w:p>
    <w:p w14:paraId="516DA04F" w14:textId="77777777" w:rsidR="00AB73E7" w:rsidRPr="00071F10" w:rsidRDefault="005D0276" w:rsidP="00071F10">
      <w:pPr>
        <w:pStyle w:val="ListParagraph"/>
        <w:numPr>
          <w:ilvl w:val="0"/>
          <w:numId w:val="43"/>
        </w:numPr>
        <w:rPr>
          <w:rFonts w:ascii="Arial" w:hAnsi="Arial" w:cs="Arial"/>
        </w:rPr>
      </w:pPr>
      <w:r w:rsidRPr="00071F10">
        <w:rPr>
          <w:rFonts w:ascii="Arial" w:eastAsia="Arial" w:hAnsi="Arial" w:cs="Arial"/>
          <w:lang w:bidi="iu-Cans-CA"/>
        </w:rPr>
        <w:t>ᐊᑲᐅᙱᓕᐅᕈᑕᐅᖏᓐᓇᖅᐸᑦ, ᐅᖄᓚᕝᕕᒋᓗᒋᑦ ᐋᓐᓂᐊᖃᕐᓇᙱᑦᑐᓕᕆᓂᕐᒧᑦ ᐱᓕᕆᖃᑎᒌᒃᐸᒃᑐᑦ.</w:t>
      </w:r>
    </w:p>
    <w:p w14:paraId="75ABEAAF" w14:textId="77777777" w:rsidR="00AB73E7" w:rsidRPr="00D4501F" w:rsidRDefault="005D0276">
      <w:pPr>
        <w:pStyle w:val="Heading2"/>
        <w:rPr>
          <w:rFonts w:cs="Arial"/>
        </w:rPr>
      </w:pPr>
      <w:r w:rsidRPr="00D4501F">
        <w:rPr>
          <w:rFonts w:cs="Arial"/>
          <w:lang w:bidi="iu-Cans-CA"/>
        </w:rPr>
        <w:t>ᐃᒪᕐᒥᒃ ᐅᑎᖅᑎᑦᑎᔪᓐᓇᙱᖦᖢᓂ ᖃᐅᔨᓴᕐᓂᐊᕐᓗᒍ pH-ᖓ</w:t>
      </w:r>
    </w:p>
    <w:p w14:paraId="5F5742AB" w14:textId="77777777" w:rsidR="00AB73E7" w:rsidRPr="00071F10" w:rsidRDefault="005D0276" w:rsidP="00071F10">
      <w:pPr>
        <w:pStyle w:val="ListParagraph"/>
        <w:numPr>
          <w:ilvl w:val="0"/>
          <w:numId w:val="45"/>
        </w:numPr>
        <w:rPr>
          <w:rFonts w:ascii="Arial" w:hAnsi="Arial" w:cs="Arial"/>
        </w:rPr>
      </w:pPr>
      <w:r w:rsidRPr="00071F10">
        <w:rPr>
          <w:rFonts w:ascii="Arial" w:eastAsia="Arial" w:hAnsi="Arial" w:cs="Arial"/>
          <w:lang w:bidi="iu-Cans-CA"/>
        </w:rPr>
        <w:t>ᐃᓛᓐᓂᐅᓪᓗ ᑕᐃᒪᐃᓲᖑᕗᖅ ᕿᑐᕐᖓᐃᑦ ᒥᕆᐊᓵᕐᓂᕈᓂ ᓂᕆᓚᐅᙱᒃᑯᓂᓘᓐᓃᑦ ᐃᑲᕐᕋᒐᓵᓄᑦ. ᒥᕆᐊᓵᕐᓂᕈᓂ, ᐅᑕᖅᑭᓗᑎᑦ 30 ᒥᓂᑦᓯᓂᒃ ᐆᒃᑐᒃᑲᓐᓂᕐᓗᑎᓪᓗ.</w:t>
      </w:r>
    </w:p>
    <w:p w14:paraId="31A58725" w14:textId="77777777" w:rsidR="00AB73E7" w:rsidRPr="00071F10" w:rsidRDefault="005D0276" w:rsidP="00071F10">
      <w:pPr>
        <w:pStyle w:val="ListParagraph"/>
        <w:numPr>
          <w:ilvl w:val="0"/>
          <w:numId w:val="45"/>
        </w:numPr>
        <w:rPr>
          <w:rFonts w:ascii="Arial" w:hAnsi="Arial" w:cs="Arial"/>
        </w:rPr>
      </w:pPr>
      <w:r w:rsidRPr="00071F10">
        <w:rPr>
          <w:rFonts w:ascii="Arial" w:eastAsia="Arial" w:hAnsi="Arial" w:cs="Arial"/>
          <w:lang w:bidi="iu-Cans-CA"/>
        </w:rPr>
        <w:t xml:space="preserve">ᐃᓛᓐᓂᐅᓪᓗ ᓱᓪᓗᓕᖓ ᖁᖏᕙᓯᓗᐊᖅᐸᑦ ᐊᑭᐊᕈᒥ, ᕿᑐᕐᖓᐃᑦ ᓇᓪᓕᖓᑎᓪᓗᒍ ᓴᐅᒥᐊᓂ 15-30 ᒥᓂᑦᓂᒃ ᐊᒧᓯᒃᑲᓐᓂᕋᓱᐊᕐᓗᑎᑦ. </w:t>
      </w:r>
      <w:r w:rsidRPr="00071F10">
        <w:rPr>
          <w:rFonts w:ascii="Arial" w:eastAsia="Arial" w:hAnsi="Arial" w:cs="Arial"/>
          <w:lang w:bidi="iu-Cans-CA"/>
        </w:rPr>
        <w:br/>
        <w:t>- 3mL-ᓂᒃ ᐊᓂᖅᓵᖅᑐᒐᕐᒥᒃ/ᐊᓂᕐᓂᕐᒥᒃ ᓱᓪᓗᓕᖕᒧᑦ ᐳᓪᓚᒡᓗᒍ, ᐊᒧᓯᒃᑲᓐᓂᕋᓱᐊᕐᓗᑎᑦ.</w:t>
      </w:r>
    </w:p>
    <w:p w14:paraId="363E54EF" w14:textId="77777777" w:rsidR="00AB73E7" w:rsidRPr="00071F10" w:rsidRDefault="005D0276" w:rsidP="00071F10">
      <w:pPr>
        <w:pStyle w:val="ListParagraph"/>
        <w:numPr>
          <w:ilvl w:val="0"/>
          <w:numId w:val="45"/>
        </w:numPr>
        <w:rPr>
          <w:rFonts w:ascii="Arial" w:hAnsi="Arial" w:cs="Arial"/>
        </w:rPr>
      </w:pPr>
      <w:r w:rsidRPr="00071F10">
        <w:rPr>
          <w:rFonts w:ascii="Arial" w:eastAsia="Arial" w:hAnsi="Arial" w:cs="Arial"/>
          <w:lang w:bidi="iu-Cans-CA"/>
        </w:rPr>
        <w:t>ᕿᑐᕐᖓᐃᑦ ᓂᕆᒍᓐᓇᖅᑎᑕᐅᑉᐸᑦ ᖃᓂᒃᑯᑦ, ᐃᓚᖏᓐᓂᒃ ᓂᕆᑎᓚᐅᕐᓗᒍ ᖃᓂᒃᑯᑦ, ᐃᒪᕐᒥᒃ ᐅᑎᖅᑎᑦᑎᓇᓱᐊᒃᑲᓐᓂᕐᓗᑎᑦ.</w:t>
      </w:r>
    </w:p>
    <w:p w14:paraId="104D1B09" w14:textId="77777777" w:rsidR="00AB73E7" w:rsidRPr="00071F10" w:rsidRDefault="005D0276" w:rsidP="00071F10">
      <w:pPr>
        <w:pStyle w:val="ListParagraph"/>
        <w:numPr>
          <w:ilvl w:val="0"/>
          <w:numId w:val="45"/>
        </w:numPr>
        <w:rPr>
          <w:rFonts w:ascii="Arial" w:hAnsi="Arial" w:cs="Arial"/>
        </w:rPr>
      </w:pPr>
      <w:r w:rsidRPr="00071F10">
        <w:rPr>
          <w:rFonts w:ascii="Arial" w:eastAsia="Arial" w:hAnsi="Arial" w:cs="Arial"/>
          <w:lang w:bidi="iu-Cans-CA"/>
        </w:rPr>
        <w:t>ᐃᓛᓐᓂᐅᓪᓗ ᓱᓪᓗᓕᒃ ᐃᒧᓯᒪᕗᖅ ᐃᒡᒋᐊᒃᑯᑦ ᐊᑭᐊᕈᕐᒧᐊᙱᓪᓗᓂ, ᐱᔪᓐᓇᙱᒃᑯᕕᑦ ᑭᓱᑐᐃᓐᓇᕐᒥᒃ ᑖᒃᑯᓂᖓ ᐊᑐᓚᐅᖅᑎᓪᓗᑎᑦ, ᐊᒧᓗᒍ ᐃᓕᒃᑲᓐᓂᕐᓗᒍᓗ.</w:t>
      </w:r>
    </w:p>
    <w:p w14:paraId="7912E34F" w14:textId="77777777" w:rsidR="00AB73E7" w:rsidRPr="00D4501F" w:rsidRDefault="005D0276">
      <w:pPr>
        <w:pStyle w:val="Heading2"/>
        <w:rPr>
          <w:rFonts w:cs="Arial"/>
        </w:rPr>
      </w:pPr>
      <w:r w:rsidRPr="00D4501F">
        <w:rPr>
          <w:rFonts w:cs="Arial"/>
          <w:lang w:bidi="iu-Cans-CA"/>
        </w:rPr>
        <w:t>pH-ᖓ 5.5 ᑐᖔᓃᙱᓚᖅ</w:t>
      </w:r>
    </w:p>
    <w:p w14:paraId="64A752FF" w14:textId="77777777" w:rsidR="00AB73E7" w:rsidRPr="00071F10" w:rsidRDefault="005D0276" w:rsidP="00071F10">
      <w:pPr>
        <w:pStyle w:val="ListParagraph"/>
        <w:numPr>
          <w:ilvl w:val="0"/>
          <w:numId w:val="46"/>
        </w:numPr>
        <w:rPr>
          <w:rFonts w:ascii="Arial" w:hAnsi="Arial" w:cs="Arial"/>
        </w:rPr>
      </w:pPr>
      <w:r w:rsidRPr="00071F10">
        <w:rPr>
          <w:rFonts w:ascii="Arial" w:eastAsia="Arial" w:hAnsi="Arial" w:cs="Arial"/>
          <w:lang w:bidi="iu-Cans-CA"/>
        </w:rPr>
        <w:t>ᐃᓛᓐᓂᒃᑯᑦ ᕿᑐᕐᙵᐃᑦ ᓂᕆᑎᑕᐅᑐᐃᓐᓇᖅᐸᑦ pH-ᒥᒃ ᖁᕝᕙᓯᒃᑐᒃᓴᐅᕗᖅ. ᐅᑕᖅᑭᓗᑎᑦ 30 ᒥᓂᑦᓯᓂᒃ ᖃᐅᔨᓴᒃᑲᓐᓂᕐᓗᒍᓗ.</w:t>
      </w:r>
    </w:p>
    <w:p w14:paraId="0227DFE0" w14:textId="77777777" w:rsidR="00AB73E7" w:rsidRPr="00071F10" w:rsidRDefault="005D0276" w:rsidP="00071F10">
      <w:pPr>
        <w:pStyle w:val="ListParagraph"/>
        <w:numPr>
          <w:ilvl w:val="0"/>
          <w:numId w:val="46"/>
        </w:numPr>
        <w:rPr>
          <w:rFonts w:ascii="Arial" w:hAnsi="Arial" w:cs="Arial"/>
        </w:rPr>
      </w:pPr>
      <w:r w:rsidRPr="00071F10">
        <w:rPr>
          <w:rFonts w:ascii="Arial" w:eastAsia="Arial" w:hAnsi="Arial" w:cs="Arial"/>
          <w:lang w:bidi="iu-Cans-CA"/>
        </w:rPr>
        <w:t>ᐃᓚᖏᑦ ᐃᓅᓕᓴᐅᑎᑦ ᕿᑐᕐᖓᖅᐱᑦ pH-ᖓᓂᒃ ᖁᕝᕙᓯᒃᑎᑦᑎᔪᓐᓇᖅᑐᑦ, ᐅᖃᖃᑎᒋᓗᒍ ᐄᔭᒐᖅᑖᕐᕕᓕᕆᔨ ᕿᑐᕐᖓᖅᐱᑦ ᐄᔭᒐᖃᑦᑕᖅᑕᖏᓐᓂᒃ.</w:t>
      </w:r>
    </w:p>
    <w:p w14:paraId="4D73FBF1" w14:textId="7606A69D" w:rsidR="00071F10" w:rsidRDefault="005D0276" w:rsidP="001A33DD">
      <w:pPr>
        <w:pStyle w:val="ListParagraph"/>
        <w:numPr>
          <w:ilvl w:val="0"/>
          <w:numId w:val="46"/>
        </w:numPr>
        <w:rPr>
          <w:rFonts w:ascii="Arial" w:hAnsi="Arial" w:cs="Arial"/>
        </w:rPr>
      </w:pPr>
      <w:r w:rsidRPr="00071F10">
        <w:rPr>
          <w:rFonts w:ascii="Arial" w:eastAsia="Arial" w:hAnsi="Arial" w:cs="Arial"/>
          <w:lang w:bidi="iu-Cans-CA"/>
        </w:rPr>
        <w:t>ᑯᐊᖅᑎᑦᑎᔾᔪᑎ ᑭᖑᓪᓕᖅᐹᒥ ᐊᑐᓚᐅᖅᑕᐃᑦ ᐃᒋᑕᐅᔭᕆᐊᖃᖅᐳᖅ ᖃᐅᔨᓴᒐᕐᒥᒃ ᐱᖅᑳᕋᐅᙱᓐᓂᕐᓂ. ᕿᑐᕐᖓᐃᑦ ᓱᓪᓗᓕᖓ ᑯᐊᖅᑎᑕᐅᓐᓂᖅᐸᑦ, ᐊᒧᓯᓗᑎᑦ 3mL-ᓂᒃ ᑲᐴᑎᒃᑲᓐᓂᕐᒧᓪᓗ ᐊᒧᓯᒃᑲᓐᓂᕐᓗᑎᑦ 1-2mL-ᒃᑲᓐᓂᕐᓂᒃ ᖃᐅᔨᓴᕐᓂᐊᕐᓗᒍ.</w:t>
      </w:r>
    </w:p>
    <w:p w14:paraId="4E9EDFBA" w14:textId="1CDABEBA" w:rsidR="001A33DD" w:rsidRDefault="001A33DD">
      <w:pPr>
        <w:rPr>
          <w:rFonts w:ascii="Arial" w:hAnsi="Arial" w:cs="Arial"/>
        </w:rPr>
      </w:pPr>
      <w:r>
        <w:rPr>
          <w:rFonts w:ascii="Arial" w:eastAsia="Arial" w:hAnsi="Arial" w:cs="Arial"/>
          <w:lang w:bidi="iu-Cans-CA"/>
        </w:rPr>
        <w:br w:type="page"/>
      </w:r>
    </w:p>
    <w:p w14:paraId="5A3EF0CB" w14:textId="02355AAC" w:rsidR="00AB73E7" w:rsidRPr="00D4501F" w:rsidRDefault="005D0276" w:rsidP="00792FA0">
      <w:pPr>
        <w:pStyle w:val="Heading1"/>
      </w:pPr>
      <w:r w:rsidRPr="001A33DD">
        <w:rPr>
          <w:lang w:bidi="iu-Cans-CA"/>
        </w:rPr>
        <w:lastRenderedPageBreak/>
        <w:t>ᑮᓇᐅᔭᓕᕆᓂᕐᒧᑦ ᐃᓱᒪᒋᔭᒃᓴᑦ ᔮᓄᐊᕆ 2026−ᒥ ᐱᒋᐊᖅᖢᓂ</w:t>
      </w:r>
    </w:p>
    <w:p w14:paraId="3BA87596" w14:textId="77777777" w:rsidR="00AB73E7" w:rsidRPr="00D4501F" w:rsidRDefault="005D0276" w:rsidP="00792FA0">
      <w:pPr>
        <w:pStyle w:val="Heading2"/>
      </w:pPr>
      <w:r w:rsidRPr="00792FA0">
        <w:rPr>
          <w:lang w:bidi="iu-Cans-CA"/>
        </w:rPr>
        <w:t>ᐋᓐᑎᐅᕆᐅ</w:t>
      </w:r>
    </w:p>
    <w:p w14:paraId="48B3CD2A" w14:textId="4CA99B29" w:rsidR="00AB73E7" w:rsidRPr="00D4501F" w:rsidRDefault="005D0276" w:rsidP="0083685E">
      <w:pPr>
        <w:pStyle w:val="Heading2"/>
        <w:rPr>
          <w:rFonts w:cs="Arial"/>
        </w:rPr>
      </w:pPr>
      <w:r w:rsidRPr="00D4501F">
        <w:rPr>
          <w:rFonts w:cs="Arial"/>
          <w:lang w:bidi="iu-Cans-CA"/>
        </w:rPr>
        <w:t>ᐃᑲᔫᑎᒃᓴᓄᑦ ᐱᓕᕆᔾᔪᑎᓄᑦ ᐱᓕᕆᐊᖅ – ᑐᒃᓯᕋᐅᑎ ᑮᓇᐅᔭᖃᖅᑎᑕᐅᔾᔪᑎᓄᑦ ᓱᓪᓗᓕᒃᑯᑦ ᓂᕆᑎᑦᑎᔾᔪᑎᓄᑦ ᒥᓪᓗᐊᕈᑎᒧᑦ ᐱᖁᑎᓄᓪᓗ</w:t>
      </w:r>
    </w:p>
    <w:p w14:paraId="34D29DA6" w14:textId="77777777" w:rsidR="00AB73E7" w:rsidRPr="00D4501F" w:rsidRDefault="005D0276" w:rsidP="00FB6DFD">
      <w:pPr>
        <w:pStyle w:val="Heading3"/>
      </w:pPr>
      <w:r w:rsidRPr="00D4501F">
        <w:rPr>
          <w:lang w:bidi="iu-Cans-CA"/>
        </w:rPr>
        <w:t>ᖃᔅᓯᓂᒃ ADP−ᑯᑦ ᐊᑭᓖᓂᐊᖅᐸᑦ:</w:t>
      </w:r>
    </w:p>
    <w:p w14:paraId="0EF6B788" w14:textId="77777777" w:rsidR="00AB73E7" w:rsidRPr="00D4501F" w:rsidRDefault="005D0276">
      <w:pPr>
        <w:rPr>
          <w:rFonts w:ascii="Arial" w:hAnsi="Arial" w:cs="Arial"/>
        </w:rPr>
      </w:pPr>
      <w:r w:rsidRPr="00D4501F">
        <w:rPr>
          <w:rFonts w:ascii="Arial" w:eastAsia="Arial" w:hAnsi="Arial" w:cs="Arial"/>
          <w:b/>
          <w:lang w:bidi="iu-Cans-CA"/>
        </w:rPr>
        <w:t>ᒥᓪᓗᐊᕈᑎ:</w:t>
      </w:r>
      <w:r w:rsidRPr="00D4501F">
        <w:rPr>
          <w:rFonts w:ascii="Arial" w:eastAsia="Arial" w:hAnsi="Arial" w:cs="Arial"/>
          <w:lang w:bidi="iu-Cans-CA"/>
        </w:rPr>
        <w:t xml:space="preserve"> ᐊᐃᑦᑑᓯᐊᑦ $549.75 (ᓇᒃᓴᑲᑦᑕᒐᖅ ᒥᓪᓗᐊᕈᑎ) ᐅᕝᕙᓘᓐᓃᑦ $355.50 (ᒥᓪᓗᐊᕈᑎ) ᓇᒃᓯᐅᔾᔭᐅᓇᔭᖅᑐᖅ "ᐱᓕᕆᔨᒧᑦ: ᐃᑲᔫᑕᐅᓗᓂ ᐊᑭᖏᓐᓄᑦ. ᐊᑐᖅᑕᐅᔪᓐᓇᖅᑐᖅ ᑭᓯᐊᓂ ᓂᐅᕕᕈᑕᐅᓗᓂ ᒥᓪᓗᐊᕈᑎᒥᒃ. ᑖᓐᓇ ᑮᓇᐅᔭᖅ ᐊᑐᖅᑕᐅᔪᓐᓇᙱᑦᑐᖅ ᐊᑐᖅᑐᐊᕐᓂᕐᒧᑦ ᐊᑭᖏᓐᓄᑦ</w:t>
      </w:r>
    </w:p>
    <w:p w14:paraId="29EBA829" w14:textId="77777777" w:rsidR="00AB73E7" w:rsidRPr="00D4501F" w:rsidRDefault="005D0276">
      <w:pPr>
        <w:rPr>
          <w:rFonts w:ascii="Arial" w:hAnsi="Arial" w:cs="Arial"/>
        </w:rPr>
      </w:pPr>
      <w:r w:rsidRPr="00D4501F">
        <w:rPr>
          <w:rFonts w:ascii="Arial" w:eastAsia="Arial" w:hAnsi="Arial" w:cs="Arial"/>
          <w:b/>
          <w:lang w:bidi="iu-Cans-CA"/>
        </w:rPr>
        <w:t>ᐱᖁᑎᑦ:</w:t>
      </w:r>
      <w:r w:rsidRPr="00D4501F">
        <w:rPr>
          <w:rFonts w:ascii="Arial" w:eastAsia="Arial" w:hAnsi="Arial" w:cs="Arial"/>
          <w:lang w:bidi="iu-Cans-CA"/>
        </w:rPr>
        <w:t xml:space="preserve"> ᖃᑕᙳᑎᒌᑦ ᐱᑎᑕᐅᖃᑦᑕᕐᓂᐊᖅᐳᑦ ᐊᕐᕌᒍᑕᒫᑦ ᑐᓐᓂᖅᑯᑕᐅᕙᒃᑐᓂᒃ $1,500−ᓂᒃ. ᑖᓐᓇ ᑐᓐᓂᖅᑯᑕᐅᑐᐃᓐᓇᖅᐸᒃᑐᖅ ᐊᑐᖅᑕᐅᔪᒃᓴᐅᑕᐅᕗᖅ ᓂᐅᕕᕈᑕᐅᓗᓂ ᐱᖁᑎᓂᒃ. ᐊᕐᕌᒍᑕᒫᑦ ᑐᓐᓂᖅᑯᑕᐅᑐᐃᓐᓇᖅᐸᒃᑐᖅ ᐊᑭᓕᖅᑕᐅᑲᐅᑎᒋᕙᒃᐳᖅ ᑎᓴᒪᐅᓕᖅᑲᖓᓪᓗᑎᒃ ᓇᓕᒧᒌᒃᑐᓂᒃ ᖃᔅᓯᐅᓂᖏᓐᓂᒃ, ᑎᓴᒪᐃᖅᓱᕐᓗᒍ ᐊᕐᕌᒍ ᐊᓂᒍᕌᖓᑦ</w:t>
      </w:r>
    </w:p>
    <w:p w14:paraId="509EF8DF" w14:textId="77777777" w:rsidR="00AB73E7" w:rsidRPr="00D4501F" w:rsidRDefault="005D0276">
      <w:pPr>
        <w:rPr>
          <w:rFonts w:ascii="Arial" w:hAnsi="Arial" w:cs="Arial"/>
        </w:rPr>
      </w:pPr>
      <w:r w:rsidRPr="00D4501F">
        <w:rPr>
          <w:rFonts w:ascii="Arial" w:eastAsia="Arial" w:hAnsi="Arial" w:cs="Arial"/>
          <w:lang w:bidi="iu-Cans-CA"/>
        </w:rPr>
        <w:t>ᖃᑕᓐᖑᑎᒌᑦ ᓂᖃᐃᓱᕈᑎᑖᖃᑦᑕᖅᐸᑕ ᐋᓐᑎᕆᐅ ᓴᓇᔪᓕᕆᔨᒃᑯᓐᓂ, ᐋᓐᑎᕆᐅᒥ ᑎᒥᒍᑦ ᐊᔪᕈᑎᓕᓐᓄᑦ ᐃᑲᔪᖅᑕᐅᔾᔪᑎᓂᒃ, ᐅᕝᕙᓘᓐᓃᑦ ᓄᑕᖅᑲᓄᑦ ᑎᒥᒍᑦ ᐊᔪᕈᑎᓕᓐᓄᑦ, ᐊᕐᕌᒍᓕᒫᒧᑦ ᐃᑲᔪᓯᐊᖅᑖᖃᑦᑕᕐᓂᐊᖅᑐᑎᑦ $2,000-ᓂᒃ.</w:t>
      </w:r>
    </w:p>
    <w:p w14:paraId="7DBE63E4" w14:textId="77777777" w:rsidR="00AB73E7" w:rsidRPr="00D4501F" w:rsidRDefault="005D0276" w:rsidP="001A33DD">
      <w:pPr>
        <w:pStyle w:val="Heading3"/>
      </w:pPr>
      <w:r w:rsidRPr="00D4501F">
        <w:rPr>
          <w:lang w:bidi="iu-Cans-CA"/>
        </w:rPr>
        <w:t>ᐋᓐᓂᐊᖃᕐᓇᙱᑦᑐᓕᕆᓂᕐᒧᑦ ᓇᓪᓕᐅᒃᑯᒫᓕᕆᔨᒃᑲ ᐊᑭᓖᓂᐊᖅᐸᑦ ᐊᑭᓕᕆᐊᖃᖅᑕᓐᓂᒃ?</w:t>
      </w:r>
    </w:p>
    <w:p w14:paraId="0C0B1CB7" w14:textId="77777777" w:rsidR="00AB73E7" w:rsidRPr="00D4501F" w:rsidRDefault="005D0276">
      <w:pPr>
        <w:rPr>
          <w:rFonts w:ascii="Arial" w:hAnsi="Arial" w:cs="Arial"/>
        </w:rPr>
      </w:pPr>
      <w:r w:rsidRPr="00D4501F">
        <w:rPr>
          <w:rFonts w:ascii="Arial" w:eastAsia="Arial" w:hAnsi="Arial" w:cs="Arial"/>
          <w:lang w:bidi="iu-Cans-CA"/>
        </w:rPr>
        <w:t>ᐃᓚᖏᑦ ᐃᓛᒃᑰᖅᑐᑦ ᓇᓪᓕᐅᒃᑯᒫᑦ ᒪᓂᒪᑎᑦᑎᕗᑦ ᓇᓪᓕᐅᒃᑯᒫᓂᒃ ᓂᕆᔾᔪᑎᒃᓴᓄᑦ. ᓇᖕᒥᓂᕆᔭᕐᓄᑦ ᐃᓗᐊᖅᓴᖅᑕᐅᓂᕐᒧᑦ ᓇᓪᓕᐅᒃᑯᒫᖃᕈᕕᑦ, ᖃᐅᔨᒋᐊᕐᕕᒋᓗᒍ ᓇᓪᓕᐅᒃᑯᒫᓕᕆᔨᒋᔭᐃᑦ ᐱᓕᕆᔨᒋᔭᕐᓄᓪᓘᓐᓃᑦ ᐊᑭᓖᓇᔭᕐᒪᖔᑕ ᐃᓕᖕᓂᒃ ᐊᑭᓕᕆᐊᖃᖅᑕᕐᓂᒃ.</w:t>
      </w:r>
    </w:p>
    <w:p w14:paraId="215947C3" w14:textId="77777777" w:rsidR="00AB73E7" w:rsidRPr="00D4501F" w:rsidRDefault="005D0276" w:rsidP="00FB6DFD">
      <w:pPr>
        <w:pStyle w:val="Heading1"/>
      </w:pPr>
      <w:r w:rsidRPr="00D4501F">
        <w:rPr>
          <w:lang w:bidi="iu-Cans-CA"/>
        </w:rPr>
        <w:t>ᑯᐸᐃᒃ</w:t>
      </w:r>
    </w:p>
    <w:p w14:paraId="5F307D3D" w14:textId="77777777" w:rsidR="001A33DD" w:rsidRDefault="005D0276" w:rsidP="001A33DD">
      <w:pPr>
        <w:pStyle w:val="Heading3"/>
      </w:pPr>
      <w:r w:rsidRPr="00D4501F">
        <w:rPr>
          <w:lang w:bidi="iu-Cans-CA"/>
        </w:rPr>
        <w:t>ᒥᓂᓪᑕᓄᑦ ᓱᓪᓗᓕᒃᑯᑦ ᓂᕆᑎᑦᑎᕙᓐᓂᕐᒧᑦ ᐱᓕᕆᐊᖑᕙᒃᑐᖅ</w:t>
      </w:r>
    </w:p>
    <w:p w14:paraId="7922CEEA" w14:textId="624169BB" w:rsidR="00AB73E7" w:rsidRPr="00D4501F" w:rsidRDefault="005D0276">
      <w:pPr>
        <w:rPr>
          <w:rFonts w:ascii="Arial" w:hAnsi="Arial" w:cs="Arial"/>
        </w:rPr>
      </w:pPr>
      <w:r w:rsidRPr="00D4501F">
        <w:rPr>
          <w:rFonts w:ascii="Arial" w:eastAsia="Arial" w:hAnsi="Arial" w:cs="Arial"/>
          <w:lang w:bidi="iu-Cans-CA"/>
        </w:rPr>
        <w:t>ᒥᓂᓪᑕᓄᑦ ᓱᓪᓗᓕᒃᑯᑦ ᓂᕆᑎᑦᑎᕙᓐᓂᕐᒧᑦ ᐱᓕᕆᐊᖅ ᑐᕌᖓᑎᑕᐅᕗᖅ ᐃᓄᓐᓄᑦ, ᑕᒪᐃᓐᓄᑦ ᓄᑕᖅᑲᓄᑦ ᐃᓐᓇᕐᓄᓪᓗ, ᐊᖏᕐᕋᖅᓯᒪᔪᓄᑦ ᓂᕆᑦᑎᐊᕈᓐᓇᙱᑦᑐᓄᑦ ᓱᓪᓗᓕᒃᑯᑦ ᓂᕆᑎᑕᐅᖏᓐᓇᕆᐊᖃᖅᑐᓄᑦ ᒪᓕᒐᑎᒍᑦ ᑐᑭᖓᓂᒃ ᓇᓗᓇᐃᖅᓯᒪᔪᖅ ᑎᑎᕋᖅᓯᒪᓂᖓ 1, ᑎᑎᕋᖅᓯᒪᓂᖓ g) ᐱᖁᔭᒥ ᐱᔾᔪᑎᖃᕐᓗᓂ ᐊᑐᕐᓂᕐᒥᒃ ᐱᔪᓐᓇᐅᑎᒋᔭᐅᔪᓂᒃ ᐃᓄᓐᓄᑦ ᑎᒥᒍᑦ ᐊᔪᕈᑎᓕᓐᓄᑦ.</w:t>
      </w:r>
      <w:r w:rsidRPr="00D4501F">
        <w:rPr>
          <w:rFonts w:ascii="Arial" w:eastAsia="Arial" w:hAnsi="Arial" w:cs="Arial"/>
          <w:lang w:bidi="iu-Cans-CA"/>
        </w:rPr>
        <w:br/>
      </w:r>
      <w:r w:rsidRPr="00D4501F">
        <w:rPr>
          <w:rFonts w:ascii="Arial" w:eastAsia="Arial" w:hAnsi="Arial" w:cs="Arial"/>
          <w:lang w:bidi="iu-Cans-CA"/>
        </w:rPr>
        <w:br/>
        <w:t>"ᑭᓇᑐᐃᓐᓇᖅ ᐊᔪᕈᑎᖃᖅᑐᖅ ᐅᔾᔨᕐᓇᖅᑐᒥᒃ ᐊᔪᕈᑎᖃᐃᓐᓇᓕᕐᓗᓂᓗ ᐊᕝᕕᐊᕈᑎᖃᑐᐃᓐᓇᕆᐊᓕᒃ ᖃᐅᑕᒫᑦ ᐱᓕᕆᓇᓱᒃᑎᓪᓗᒍ."</w:t>
      </w:r>
      <w:r w:rsidRPr="00D4501F">
        <w:rPr>
          <w:rFonts w:ascii="Arial" w:eastAsia="Arial" w:hAnsi="Arial" w:cs="Arial"/>
          <w:lang w:bidi="iu-Cans-CA"/>
        </w:rPr>
        <w:br/>
      </w:r>
      <w:r w:rsidRPr="00D4501F">
        <w:rPr>
          <w:rFonts w:ascii="Arial" w:eastAsia="Arial" w:hAnsi="Arial" w:cs="Arial"/>
          <w:lang w:bidi="iu-Cans-CA"/>
        </w:rPr>
        <w:br/>
        <w:t>CHU Sainte-Justine ᐊᐅᓚᑦᑎᕙᒃᐳᖅ ᐊᖏᕐᕋᕆᔭᐅᔪᓂ ᓱᓪᓗᓕᒃᑯᑦ ᓂᕆᑎᑦᑎᔾᔪᑎᓂᒃ ᒪᓕᒃᑐᖃᖅᓗᓂ ᐱᔭᒃᓴᓐᑎᑕᐅᔪᒥᒃ ᑐᓂᔭᐅᓯᒪᔪᒥᒃ ᒥᓂᓪᑕᐅᕝᕕᒋᔭᐅᔪᒥᑦ ᐋᓐᓂᐊᖃᕐᓇᙱᑦᑐᓕᕆᔨᒃᑯᓐᓄᑦ ᐃᓄᓕᕆᔨᒃᑯᓐᓄᓪᓗ (MSSS) ᓇᓗᓇᙱᑦᑎᐊᕋᓱᐊᒃᐸᒃᑐᓂᓗ ᐊᔾᔨᒌᒃᑐᒥᒃ ᐊᑭᓕᖅᑕᐅᓯᒪᓂᕐᒥᒃ ᐱᔭᕆᐊᓕᓐᓄᑦ ᐱᔨᑦᑎᕋᕐᓂᕆᔭᐅᕙᒃᑐᓄᑦ ᑕᒪᐃᓐᓄᑦ ᐊᔪᕈᑎᖃᖅᑐᓄᑦ ᑯᐃᐸᒃᒥ ᓂᕆᔪᓐᓇᑦᑎᐊᙱᑦᑐᓄᑦ.</w:t>
      </w:r>
    </w:p>
    <w:p w14:paraId="4768E75C" w14:textId="6B203A75" w:rsidR="00AB73E7" w:rsidRPr="00D4501F" w:rsidRDefault="005D0276">
      <w:pPr>
        <w:rPr>
          <w:rFonts w:ascii="Arial" w:hAnsi="Arial" w:cs="Arial"/>
        </w:rPr>
      </w:pPr>
      <w:r w:rsidRPr="00D4501F">
        <w:rPr>
          <w:rFonts w:ascii="Arial" w:eastAsia="Arial" w:hAnsi="Arial" w:cs="Arial"/>
          <w:lang w:bidi="iu-Cans-CA"/>
        </w:rPr>
        <w:t>ᑐᓐᖓᕕᓪᓗᐊᑕᕆᔭᕗᑦ ᑲᔪᓯᑎᑦᑎᓯᒪᓂᐅᕗᖅ ᑕᒪᐃᓐᓄᓕᒫᖅ, ᒪᓂᒪᑎᑦᑎᓂᕐᒥᒃ, ᐊᑭᖃᙱᓪᓗᑎᒃ ᐱᔨᑦᑎᓂᕐᒥᒃ ᐱᓕᕆᔾᔪᑎᓄᑦ ᐃᑲᔫᑎᒃᓴᓂᒃ ᐱᖁᑎᓂᓪᓗ ᑐᕌᔭᐅᔪᓄᑦ ᐱᓕᕆᕝᕕᒋᔭᐅᕙᒃᑐᓄᑦ.</w:t>
      </w:r>
    </w:p>
    <w:p w14:paraId="1E80941C" w14:textId="77777777" w:rsidR="00AB73E7" w:rsidRPr="00D4501F" w:rsidRDefault="005D0276">
      <w:pPr>
        <w:rPr>
          <w:rFonts w:ascii="Arial" w:hAnsi="Arial" w:cs="Arial"/>
        </w:rPr>
      </w:pPr>
      <w:r w:rsidRPr="00D4501F">
        <w:rPr>
          <w:rFonts w:ascii="Arial" w:eastAsia="Arial" w:hAnsi="Arial" w:cs="Arial"/>
          <w:lang w:bidi="iu-Cans-CA"/>
        </w:rPr>
        <w:lastRenderedPageBreak/>
        <w:t>ᖃᑕᓐᖑᑎᒌᑦ ᓇᒻᒥᓂᖅ ᓇᓪᓕᐅᒃᑯᒫᖃᖅᐸᑕ, ᒥᓂᓪᑕᓄᑦ ᓱᓪᓗᓕᒃᑯᑦ ᓂᕆᑎᑦᑎᕙᓐᓂᕐᒧᑦ ᐱᓕᕆᐊᖅ ᐱᑎᑦᑎᓇᔭᖅᑐᖅ ᒥᓪᓗᐊᕈᑎᒥᒃ. ᐃᒻᒥᖅᑐᐃᔾᔪᑎ ᓇᑉᐸᖅ CISSSO-ᑯᓐᓂᙵᕋᔭᖅᑐᖅ. ᖃᑕᓐᖑᑎᒌᑦ ᐱᑎᑕᐅᓂᐊᖅᑐᑦ ᐱᒋᐊᕈᑎᒃᓴᒥᒃ ᒥᓪᓗᐊᕈᑎᒥᒃ ᐱᓕᕆᐊᒥᑦ. ᑭᖑᓂᐊᒍᑦ, ᖃᑕᓐᖑᑎᒌᑦ ᓇᓪᓕᐅᒃᑯᒫᒃᑯᕆᐊᖃᕐᓂᐊᖅᑐᑦ ᓂᕆᔾᔪᑎᒃᓴᖏᓐᓄᑦ ᐱᖁᑎᓄᑦ.   ᓇᓪᓕᐅᒃᑯᒫᖏᑦ ᐃᓕᓴᖅᓯᓯᒪᙱᑉᐸᑕ ᐊᑭᓕᖅᑕᐅᔪᓐᓇᕐᓂᕐᒥᒃ, ᐱᓕᕆᐊᖅ ᐱᑎᑦᑎᓇᔭᖅᑐᖅ ᓂᕆᔾᔪᑎᒃᓴᓂᒃ, ᐅᖃᐅᔾᔭᐅᓯᒪᔪᖓ.</w:t>
      </w:r>
    </w:p>
    <w:p w14:paraId="45BEA7ED" w14:textId="77777777" w:rsidR="00AB73E7" w:rsidRPr="00D4501F" w:rsidRDefault="005D0276">
      <w:pPr>
        <w:rPr>
          <w:rFonts w:ascii="Arial" w:hAnsi="Arial" w:cs="Arial"/>
        </w:rPr>
      </w:pPr>
      <w:r w:rsidRPr="00D4501F">
        <w:rPr>
          <w:rFonts w:ascii="Arial" w:eastAsia="Arial" w:hAnsi="Arial" w:cs="Arial"/>
          <w:lang w:bidi="iu-Cans-CA"/>
        </w:rPr>
        <w:t>ᖃᑕᙳᑎᒌᑦ ᓇᖕᒥᓂᖅ ᓇᓪᓕᐅᒃᑯᒫᖃᙱᑉᐸᑕ, ᑕᒪᕐᒥᑦᑎᐊᖅ ᑮᓇᐅᔭᖃᖅᑎᑕᐅᕙᒃᐳᑦ ᐱᓕᕆᐊᖑᔪᒧᑦ.</w:t>
      </w:r>
    </w:p>
    <w:p w14:paraId="3E3CF9F4" w14:textId="77777777" w:rsidR="00AB73E7" w:rsidRPr="00D4501F" w:rsidRDefault="005D0276">
      <w:pPr>
        <w:rPr>
          <w:rFonts w:ascii="Arial" w:hAnsi="Arial" w:cs="Arial"/>
        </w:rPr>
      </w:pPr>
      <w:r w:rsidRPr="00D4501F">
        <w:rPr>
          <w:rFonts w:ascii="Arial" w:eastAsia="Arial" w:hAnsi="Arial" w:cs="Arial"/>
          <w:lang w:bidi="iu-Cans-CA"/>
        </w:rPr>
        <w:t>ᑖᓐᓇ ᐱᓕᕆᐊᖑᔪᖅ ᐱᑎᑦᑎᕙᙱᓚᖅ pH-ᒧᑦ ᑭᔾᔭᖅᑐᖅᓯᒪᔪᓂᒃ.</w:t>
      </w:r>
    </w:p>
    <w:p w14:paraId="444DCAB9" w14:textId="77777777" w:rsidR="00AB73E7" w:rsidRPr="00D4501F" w:rsidRDefault="005D0276" w:rsidP="00792FA0">
      <w:pPr>
        <w:pStyle w:val="Heading1"/>
      </w:pPr>
      <w:r w:rsidRPr="00D4501F">
        <w:rPr>
          <w:lang w:bidi="iu-Cans-CA"/>
        </w:rPr>
        <w:t>ᓄᓇᕗᑦ</w:t>
      </w:r>
    </w:p>
    <w:p w14:paraId="071CA836" w14:textId="263F152A" w:rsidR="001A33DD" w:rsidRDefault="005D0276">
      <w:pPr>
        <w:rPr>
          <w:rFonts w:ascii="Arial" w:hAnsi="Arial" w:cs="Arial"/>
        </w:rPr>
      </w:pPr>
      <w:r w:rsidRPr="00D4501F">
        <w:rPr>
          <w:rFonts w:ascii="Arial" w:eastAsia="Arial" w:hAnsi="Arial" w:cs="Arial"/>
          <w:lang w:bidi="iu-Cans-CA"/>
        </w:rPr>
        <w:t>ᐅᖃᖃᑎᒋᓗᒍ ᑎᓕᔭᐅᓯᒪᔪᖅ ᐃᓄᓕᕆᔨ.</w:t>
      </w:r>
    </w:p>
    <w:p w14:paraId="4B895D35" w14:textId="77777777" w:rsidR="00D428CA" w:rsidRPr="00D4501F" w:rsidRDefault="00D428CA" w:rsidP="00D428CA">
      <w:pPr>
        <w:pStyle w:val="Heading2"/>
        <w:rPr>
          <w:rFonts w:cs="Arial"/>
        </w:rPr>
      </w:pPr>
      <w:r w:rsidRPr="00D4501F">
        <w:rPr>
          <w:rFonts w:cs="Arial"/>
          <w:lang w:bidi="iu-Cans-CA"/>
        </w:rPr>
        <w:t>ᐱᓂᖅ ᓂᕆᔾᔪᑎᒃᓴᓂᒃ ᐱᖁᑎᓂᒃ:</w:t>
      </w:r>
    </w:p>
    <w:p w14:paraId="6FC989E6" w14:textId="77777777" w:rsidR="00D428CA" w:rsidRPr="00D4501F" w:rsidRDefault="00D428CA" w:rsidP="00D428CA">
      <w:pPr>
        <w:pStyle w:val="Heading3"/>
      </w:pPr>
      <w:r w:rsidRPr="00D4501F">
        <w:rPr>
          <w:lang w:bidi="iu-Cans-CA"/>
        </w:rPr>
        <w:t>ᑯᐸᐃᒃᒥᐅᑕᐅᒍᕕᑦ ᖃᑕᙳᑎᒌᓄᑦ:</w:t>
      </w:r>
    </w:p>
    <w:p w14:paraId="21BC3FFB" w14:textId="77777777" w:rsidR="00D428CA" w:rsidRPr="00D4501F" w:rsidRDefault="00D428CA" w:rsidP="00D428CA">
      <w:pPr>
        <w:pStyle w:val="ListBullet"/>
        <w:rPr>
          <w:rFonts w:ascii="Arial" w:hAnsi="Arial" w:cs="Arial"/>
        </w:rPr>
      </w:pPr>
      <w:r w:rsidRPr="00D4501F">
        <w:rPr>
          <w:rFonts w:ascii="Arial" w:eastAsia="Arial" w:hAnsi="Arial" w:cs="Arial"/>
          <w:noProof/>
          <w:lang w:bidi="iu-Cans-CA"/>
        </w:rPr>
        <w:drawing>
          <wp:anchor distT="0" distB="0" distL="114300" distR="114300" simplePos="0" relativeHeight="251694592" behindDoc="1" locked="0" layoutInCell="1" allowOverlap="1" wp14:anchorId="3D38E387" wp14:editId="4A7D74F4">
            <wp:simplePos x="0" y="0"/>
            <wp:positionH relativeFrom="column">
              <wp:posOffset>5219065</wp:posOffset>
            </wp:positionH>
            <wp:positionV relativeFrom="paragraph">
              <wp:posOffset>7620</wp:posOffset>
            </wp:positionV>
            <wp:extent cx="1184275" cy="1776095"/>
            <wp:effectExtent l="0" t="0" r="0" b="0"/>
            <wp:wrapTight wrapText="bothSides">
              <wp:wrapPolygon edited="0">
                <wp:start x="0" y="0"/>
                <wp:lineTo x="0" y="21314"/>
                <wp:lineTo x="21195" y="21314"/>
                <wp:lineTo x="21195" y="0"/>
                <wp:lineTo x="0" y="0"/>
              </wp:wrapPolygon>
            </wp:wrapTight>
            <wp:docPr id="127117601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flipH="1">
                      <a:off x="0" y="0"/>
                      <a:ext cx="1184275" cy="1776095"/>
                    </a:xfrm>
                    <a:prstGeom prst="rect">
                      <a:avLst/>
                    </a:prstGeom>
                    <a:noFill/>
                  </pic:spPr>
                </pic:pic>
              </a:graphicData>
            </a:graphic>
            <wp14:sizeRelH relativeFrom="margin">
              <wp14:pctWidth>0</wp14:pctWidth>
            </wp14:sizeRelH>
            <wp14:sizeRelV relativeFrom="margin">
              <wp14:pctHeight>0</wp14:pctHeight>
            </wp14:sizeRelV>
          </wp:anchor>
        </w:drawing>
      </w:r>
      <w:r w:rsidRPr="00D4501F">
        <w:rPr>
          <w:rFonts w:ascii="Arial" w:eastAsia="Arial" w:hAnsi="Arial" w:cs="Arial"/>
          <w:lang w:bidi="iu-Cans-CA"/>
        </w:rPr>
        <w:t>ᐃᒻᒥᖅᑐᐃᔾᔪᑎ ᓇᑉᐸᕈᖅ ᐱᓂᐊᖅᑐᒍᑦ CISSSO-ᑯᓐᓂᑦ (Qc's Home Care).</w:t>
      </w:r>
    </w:p>
    <w:p w14:paraId="4DEF4ABD" w14:textId="77777777" w:rsidR="00D428CA" w:rsidRPr="00D4501F" w:rsidRDefault="00D428CA" w:rsidP="00D428CA">
      <w:pPr>
        <w:pStyle w:val="Heading3"/>
      </w:pPr>
      <w:r w:rsidRPr="00D4501F">
        <w:rPr>
          <w:lang w:bidi="iu-Cans-CA"/>
        </w:rPr>
        <w:t>ᐋᓐᑎᐅᕆᐅᒥᐅᑕᐅᒍᕕᑦ ᖃᑕᙳᑎᒌᓄᑦ:</w:t>
      </w:r>
    </w:p>
    <w:p w14:paraId="7013043B" w14:textId="77777777" w:rsidR="00D428CA" w:rsidRPr="00D4501F" w:rsidRDefault="00D428CA" w:rsidP="00D428CA">
      <w:pPr>
        <w:pStyle w:val="ListBullet"/>
        <w:rPr>
          <w:rFonts w:ascii="Arial" w:hAnsi="Arial" w:cs="Arial"/>
        </w:rPr>
      </w:pPr>
      <w:r w:rsidRPr="00D4501F">
        <w:rPr>
          <w:rFonts w:ascii="Arial" w:eastAsia="Arial" w:hAnsi="Arial" w:cs="Arial"/>
          <w:lang w:bidi="iu-Cans-CA"/>
        </w:rPr>
        <w:t>ᓂᕆᑎᑦᑎᔾᔪᑎᒥᒃ/ᓱᓪᓗᓕᖕᒧᑦ ᒥᓪᓗᐊᕈᑎᒥᒃ ᐊᑐᖅᑐᐊᖅᑎᓂᖅ ᐊᖏᕐᕋᒥ ᐸᖅᐱᔨᓂᑦ</w:t>
      </w:r>
    </w:p>
    <w:p w14:paraId="249647E4" w14:textId="77777777" w:rsidR="00D428CA" w:rsidRDefault="00D428CA" w:rsidP="00D428CA">
      <w:pPr>
        <w:pStyle w:val="ListBullet"/>
        <w:rPr>
          <w:rFonts w:ascii="Arial" w:hAnsi="Arial" w:cs="Arial"/>
        </w:rPr>
      </w:pPr>
      <w:r w:rsidRPr="00D4501F">
        <w:rPr>
          <w:rFonts w:ascii="Arial" w:eastAsia="Arial" w:hAnsi="Arial" w:cs="Arial"/>
          <w:lang w:bidi="iu-Cans-CA"/>
        </w:rPr>
        <w:t>ᐊᐱᕆᕙᕗᑦ ᖃᑕᓐᖑᑎᒌᑦ ᓂᐅᕕᖁᓪᓗᒋᑦ 3M ᓂᐱᑎᒐᕐᒥᒃ ᐃᓂᓕᐅᕐᓗᒍ ᓂᕆᔾᔪᑎᖓᑕ ᐳᖓ ᖁᓛᓂ ᒥᓪᓗᐊᕈᑎᐅᑉ</w:t>
      </w:r>
    </w:p>
    <w:p w14:paraId="3450C46E" w14:textId="77777777" w:rsidR="00D428CA" w:rsidRPr="00FB6DFD" w:rsidRDefault="00D428CA" w:rsidP="00D428CA">
      <w:pPr>
        <w:pStyle w:val="ListBullet"/>
        <w:rPr>
          <w:rFonts w:ascii="Arial" w:hAnsi="Arial" w:cs="Arial"/>
        </w:rPr>
      </w:pPr>
      <w:r w:rsidRPr="00FB6DFD">
        <w:rPr>
          <w:rFonts w:ascii="Arial" w:eastAsia="Arial" w:hAnsi="Arial" w:cs="Arial"/>
          <w:lang w:bidi="iu-Cans-CA"/>
        </w:rPr>
        <w:t>ᖃᑕᓐᖑᑎᒌᑦ ᐊᑐᖅᑐᐊᖅᐸᑕ ᐋᓐᑎᕆᐅᒥ ᐃᓅᓕᓴᐅᑎᓕᕆᔨᒃᑯᓐᓂᑦ, ᐃᒻᒥᖅᑐᐃᔾᔪᑎ ᓇᑉᐸᕈᕐᒥᒃ ᐱᓇᔭᖅᑐᑦ ᒥᓪᓗᐊᕈᑎᒥᒃ ᐊᑐᖅᑐᐊᕐᓂ.</w:t>
      </w:r>
    </w:p>
    <w:p w14:paraId="198C7832" w14:textId="77777777" w:rsidR="00D428CA" w:rsidRPr="00FB6DFD" w:rsidRDefault="00D428CA" w:rsidP="00D428CA">
      <w:pPr>
        <w:pStyle w:val="ListBullet"/>
        <w:rPr>
          <w:rFonts w:ascii="Arial" w:hAnsi="Arial" w:cs="Arial"/>
        </w:rPr>
      </w:pPr>
      <w:r w:rsidRPr="00FB6DFD">
        <w:rPr>
          <w:rFonts w:ascii="Arial" w:eastAsia="Arial" w:hAnsi="Arial" w:cs="Arial"/>
          <w:lang w:bidi="iu-Cans-CA"/>
        </w:rPr>
        <w:t>ᖃᑕᓐᖑᑎᒌᑦ ᓂᐅᕕᖅᐸᑕ ᒥᓪᓗᐊᕈᑎᒥᒃ, ᓂᐅᕕᖅᑎᑉᐸᑕᕗᑦ ᐃᒻᒥᖅᑐᐃᔾᔪᑎ ᓇᑉᐸᖅᑯᑎᒥᒃ. (ᒥᓪᓗᐊᕈᑎ, ᐃᒻᒥᖅᑐᐃᔾᔪᑎ ᓇᑉᐸᖅ, ᐊᒻᒪ ᑭᐊᒡᕕᒃ/ᐳᖅ).</w:t>
      </w:r>
    </w:p>
    <w:p w14:paraId="3CEBCD89" w14:textId="77777777" w:rsidR="00D428CA" w:rsidRPr="00FB6DFD" w:rsidRDefault="00D428CA" w:rsidP="00D428CA">
      <w:pPr>
        <w:pStyle w:val="ListBullet"/>
        <w:rPr>
          <w:rFonts w:ascii="Arial" w:hAnsi="Arial" w:cs="Arial"/>
        </w:rPr>
      </w:pPr>
      <w:r w:rsidRPr="00FB6DFD">
        <w:rPr>
          <w:rFonts w:ascii="Arial" w:eastAsia="Arial" w:hAnsi="Arial" w:cs="Arial"/>
          <w:lang w:bidi="iu-Cans-CA"/>
        </w:rPr>
        <w:t>ᐃᑲᔫᑎᒃᓴᓄᑦ ᐱᓕᕆᔾᔪᑎᓄᑦ ᐱᓕᕆᐊᖅ– ᑐᒃᓯᕋᐅᑎ ᑮᓇᐅᔭᖃᖅᑎᑕᐅᔾᔪᑎᓄᑦ ᓱᓪᓗᓕᒃᑯᑦ ᓂᕆᑎᑦᑎᔾᔪᑎᓄᑦ ᒥᓪᓗᐊᕈᑎᒧᑦ ᐱᖁᑎᓄᓪᓗ</w:t>
      </w:r>
    </w:p>
    <w:p w14:paraId="7B9984D2" w14:textId="77777777" w:rsidR="00D428CA" w:rsidRPr="00D4501F" w:rsidRDefault="00D428CA">
      <w:pPr>
        <w:rPr>
          <w:rFonts w:ascii="Arial" w:hAnsi="Arial" w:cs="Arial"/>
        </w:rPr>
      </w:pPr>
    </w:p>
    <w:sectPr w:rsidR="00D428CA" w:rsidRPr="00D4501F" w:rsidSect="00034616">
      <w:pgSz w:w="12240" w:h="15840"/>
      <w:pgMar w:top="1008" w:right="1080" w:bottom="1008" w:left="1080"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772719" w14:textId="77777777" w:rsidR="00CA5D44" w:rsidRDefault="00CA5D44">
      <w:pPr>
        <w:spacing w:after="0" w:line="240" w:lineRule="auto"/>
      </w:pPr>
      <w:r>
        <w:separator/>
      </w:r>
    </w:p>
  </w:endnote>
  <w:endnote w:type="continuationSeparator" w:id="0">
    <w:p w14:paraId="36592CCD" w14:textId="77777777" w:rsidR="00CA5D44" w:rsidRDefault="00CA5D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Headings CS)">
    <w:altName w:val="Times New Roman"/>
    <w:panose1 w:val="00000000000000000000"/>
    <w:charset w:val="00"/>
    <w:family w:val="roman"/>
    <w:notTrueType/>
    <w:pitch w:val="default"/>
  </w:font>
  <w:font w:name="Courier">
    <w:panose1 w:val="02070409020205020404"/>
    <w:charset w:val="00"/>
    <w:family w:val="auto"/>
    <w:pitch w:val="variable"/>
    <w:sig w:usb0="00000003" w:usb1="00000000" w:usb2="00000000" w:usb3="00000000" w:csb0="00000001" w:csb1="00000000"/>
  </w:font>
  <w:font w:name="Gadugi">
    <w:panose1 w:val="020B0502040204020203"/>
    <w:charset w:val="00"/>
    <w:family w:val="swiss"/>
    <w:pitch w:val="variable"/>
    <w:sig w:usb0="80000003" w:usb1="02000000" w:usb2="00003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49F0A" w14:textId="77777777" w:rsidR="00AB73E7" w:rsidRDefault="005D0276">
    <w:pPr>
      <w:pStyle w:val="Footer"/>
      <w:jc w:val="right"/>
    </w:pPr>
    <w:r>
      <w:rPr>
        <w:color w:val="666666"/>
        <w:sz w:val="18"/>
        <w:lang w:bidi="iu-Cans-CA"/>
      </w:rPr>
      <w:t xml:space="preserve">CHEO | ᕿᱸᖓᒍᑦ ᓱᓪᓗᓕᖕᒧᑦ ᐃᕐᔫᑎᒃᑯᑦ ᖃᐅᔨᒪᔾᔪᑎ.  </w:t>
    </w:r>
    <w:r>
      <w:rPr>
        <w:lang w:bidi="iu-Cans-CA"/>
      </w:rPr>
      <w:fldChar w:fldCharType="begin"/>
    </w:r>
    <w:r>
      <w:rPr>
        <w:lang w:bidi="iu-Cans-CA"/>
      </w:rPr>
      <w:instrText>PAGE</w:instrText>
    </w:r>
    <w:r>
      <w:rPr>
        <w:lang w:bidi="iu-Cans-CA"/>
      </w:rPr>
      <w:fldChar w:fldCharType="separate"/>
    </w:r>
    <w:r w:rsidR="00A14182">
      <w:rPr>
        <w:noProof/>
        <w:lang w:bidi="iu-Cans-CA"/>
      </w:rPr>
      <w:t>1</w:t>
    </w:r>
    <w:r>
      <w:rPr>
        <w:lang w:bidi="iu-Cans-C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091D6" w14:textId="77777777" w:rsidR="00CA5D44" w:rsidRDefault="00CA5D44">
      <w:pPr>
        <w:spacing w:after="0" w:line="240" w:lineRule="auto"/>
      </w:pPr>
      <w:r>
        <w:separator/>
      </w:r>
    </w:p>
  </w:footnote>
  <w:footnote w:type="continuationSeparator" w:id="0">
    <w:p w14:paraId="561780FA" w14:textId="77777777" w:rsidR="00CA5D44" w:rsidRDefault="00CA5D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D425650"/>
    <w:lvl w:ilvl="0">
      <w:start w:val="1"/>
      <w:numFmt w:val="decimal"/>
      <w:pStyle w:val="ListNumber2"/>
      <w:lvlText w:val="%1."/>
      <w:lvlJc w:val="left"/>
      <w:pPr>
        <w:tabs>
          <w:tab w:val="num" w:pos="397"/>
        </w:tabs>
        <w:ind w:left="397" w:hanging="397"/>
      </w:pPr>
      <w:rPr>
        <w:rFonts w:hint="default"/>
      </w:r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A3D82656"/>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33E1C5B"/>
    <w:multiLevelType w:val="hybridMultilevel"/>
    <w:tmpl w:val="020E303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0" w15:restartNumberingAfterBreak="0">
    <w:nsid w:val="0B806AC2"/>
    <w:multiLevelType w:val="hybridMultilevel"/>
    <w:tmpl w:val="C60A20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0BE09A9"/>
    <w:multiLevelType w:val="hybridMultilevel"/>
    <w:tmpl w:val="72BE6B2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2" w15:restartNumberingAfterBreak="0">
    <w:nsid w:val="10C46EFA"/>
    <w:multiLevelType w:val="hybridMultilevel"/>
    <w:tmpl w:val="8EA849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3764A02"/>
    <w:multiLevelType w:val="multilevel"/>
    <w:tmpl w:val="89FCEEF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4EA0B16"/>
    <w:multiLevelType w:val="hybridMultilevel"/>
    <w:tmpl w:val="0DBE961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5" w15:restartNumberingAfterBreak="0">
    <w:nsid w:val="17A9705A"/>
    <w:multiLevelType w:val="hybridMultilevel"/>
    <w:tmpl w:val="EE98C4A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6" w15:restartNumberingAfterBreak="0">
    <w:nsid w:val="1A770765"/>
    <w:multiLevelType w:val="hybridMultilevel"/>
    <w:tmpl w:val="B408258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7" w15:restartNumberingAfterBreak="0">
    <w:nsid w:val="1A881B6C"/>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1E320B73"/>
    <w:multiLevelType w:val="hybridMultilevel"/>
    <w:tmpl w:val="B5B8C8C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9" w15:restartNumberingAfterBreak="0">
    <w:nsid w:val="20DC3E8B"/>
    <w:multiLevelType w:val="hybridMultilevel"/>
    <w:tmpl w:val="31D657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0F62FE4"/>
    <w:multiLevelType w:val="multilevel"/>
    <w:tmpl w:val="44169060"/>
    <w:styleLink w:val="CurrentList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24D94AB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251F3E8E"/>
    <w:multiLevelType w:val="hybridMultilevel"/>
    <w:tmpl w:val="1FC2B942"/>
    <w:lvl w:ilvl="0" w:tplc="CF5A4C08">
      <w:start w:val="1"/>
      <w:numFmt w:val="decimal"/>
      <w:pStyle w:val="ListNumber"/>
      <w:lvlText w:val="%1."/>
      <w:lvlJc w:val="left"/>
      <w:pPr>
        <w:ind w:left="340" w:hanging="340"/>
      </w:pPr>
      <w:rPr>
        <w:rFonts w:hint="default"/>
      </w:rPr>
    </w:lvl>
    <w:lvl w:ilvl="1" w:tplc="28F245D8">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6FC521D"/>
    <w:multiLevelType w:val="multilevel"/>
    <w:tmpl w:val="EE62E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77568B2"/>
    <w:multiLevelType w:val="hybridMultilevel"/>
    <w:tmpl w:val="742E76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27C16238"/>
    <w:multiLevelType w:val="hybridMultilevel"/>
    <w:tmpl w:val="874AB9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281F58FB"/>
    <w:multiLevelType w:val="multilevel"/>
    <w:tmpl w:val="0409001D"/>
    <w:styleLink w:val="NumberedList"/>
    <w:lvl w:ilvl="0">
      <w:start w:val="1"/>
      <w:numFmt w:val="decimal"/>
      <w:lvlText w:val="%1)"/>
      <w:lvlJc w:val="left"/>
      <w:pPr>
        <w:ind w:left="360" w:hanging="360"/>
      </w:pPr>
      <w:rPr>
        <w:rFonts w:ascii="Arial" w:hAnsi="Arial"/>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2A095C67"/>
    <w:multiLevelType w:val="multilevel"/>
    <w:tmpl w:val="50AEB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B4244B7"/>
    <w:multiLevelType w:val="singleLevel"/>
    <w:tmpl w:val="E19006EE"/>
    <w:lvl w:ilvl="0">
      <w:start w:val="1"/>
      <w:numFmt w:val="decimal"/>
      <w:lvlText w:val="%1."/>
      <w:lvlJc w:val="left"/>
      <w:pPr>
        <w:ind w:left="360" w:hanging="360"/>
      </w:pPr>
      <w:rPr>
        <w:rFonts w:ascii="Arial" w:hAnsi="Arial" w:hint="default"/>
        <w:b/>
        <w:i w:val="0"/>
      </w:rPr>
    </w:lvl>
  </w:abstractNum>
  <w:abstractNum w:abstractNumId="29" w15:restartNumberingAfterBreak="0">
    <w:nsid w:val="2C3B117B"/>
    <w:multiLevelType w:val="hybridMultilevel"/>
    <w:tmpl w:val="9E48DE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2C6858CF"/>
    <w:multiLevelType w:val="hybridMultilevel"/>
    <w:tmpl w:val="6C6278C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1" w15:restartNumberingAfterBreak="0">
    <w:nsid w:val="3A6F6EF6"/>
    <w:multiLevelType w:val="multilevel"/>
    <w:tmpl w:val="3EFE2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3927172"/>
    <w:multiLevelType w:val="hybridMultilevel"/>
    <w:tmpl w:val="D432101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50BF6540"/>
    <w:multiLevelType w:val="hybridMultilevel"/>
    <w:tmpl w:val="1AE068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51DB7558"/>
    <w:multiLevelType w:val="multilevel"/>
    <w:tmpl w:val="731C7426"/>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52DC109D"/>
    <w:multiLevelType w:val="multilevel"/>
    <w:tmpl w:val="04090023"/>
    <w:styleLink w:val="ArticleSection"/>
    <w:lvl w:ilvl="0">
      <w:start w:val="1"/>
      <w:numFmt w:val="upperRoman"/>
      <w:lvlText w:val="ᑎᑎᕋᖅᓯᒪᔪᖅ %1."/>
      <w:lvlJc w:val="left"/>
      <w:pPr>
        <w:ind w:left="0" w:firstLine="0"/>
      </w:pPr>
    </w:lvl>
    <w:lvl w:ilvl="1">
      <w:start w:val="1"/>
      <w:numFmt w:val="decimalZero"/>
      <w:isLgl/>
      <w:lvlText w:val="ᐊᒡᒍᖅᓯᒪᓂᖓ %1.%2"/>
      <w:lvlJc w:val="left"/>
      <w:pPr>
        <w:ind w:left="0" w:firstLine="0"/>
      </w:pPr>
    </w:lvl>
    <w:lvl w:ilvl="2">
      <w:start w:val="1"/>
      <w:numFmt w:val="lowerLetter"/>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36" w15:restartNumberingAfterBreak="0">
    <w:nsid w:val="5911256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66023473"/>
    <w:multiLevelType w:val="multilevel"/>
    <w:tmpl w:val="0409001D"/>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38" w15:restartNumberingAfterBreak="0">
    <w:nsid w:val="6E40525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725F7FB7"/>
    <w:multiLevelType w:val="hybridMultilevel"/>
    <w:tmpl w:val="C44C14A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0" w15:restartNumberingAfterBreak="0">
    <w:nsid w:val="734865C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790626E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7D574FD4"/>
    <w:multiLevelType w:val="hybridMultilevel"/>
    <w:tmpl w:val="A29A59F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16cid:durableId="164252277">
    <w:abstractNumId w:val="8"/>
  </w:num>
  <w:num w:numId="2" w16cid:durableId="2074615152">
    <w:abstractNumId w:val="6"/>
  </w:num>
  <w:num w:numId="3" w16cid:durableId="40056250">
    <w:abstractNumId w:val="5"/>
  </w:num>
  <w:num w:numId="4" w16cid:durableId="686173873">
    <w:abstractNumId w:val="4"/>
  </w:num>
  <w:num w:numId="5" w16cid:durableId="2109500066">
    <w:abstractNumId w:val="7"/>
  </w:num>
  <w:num w:numId="6" w16cid:durableId="418840794">
    <w:abstractNumId w:val="3"/>
  </w:num>
  <w:num w:numId="7" w16cid:durableId="1339505096">
    <w:abstractNumId w:val="2"/>
  </w:num>
  <w:num w:numId="8" w16cid:durableId="1606305982">
    <w:abstractNumId w:val="1"/>
  </w:num>
  <w:num w:numId="9" w16cid:durableId="1110005387">
    <w:abstractNumId w:val="0"/>
  </w:num>
  <w:num w:numId="10" w16cid:durableId="708261215">
    <w:abstractNumId w:val="32"/>
  </w:num>
  <w:num w:numId="11" w16cid:durableId="1008213470">
    <w:abstractNumId w:val="14"/>
  </w:num>
  <w:num w:numId="12" w16cid:durableId="1546987243">
    <w:abstractNumId w:val="30"/>
  </w:num>
  <w:num w:numId="13" w16cid:durableId="621421859">
    <w:abstractNumId w:val="39"/>
  </w:num>
  <w:num w:numId="14" w16cid:durableId="581187548">
    <w:abstractNumId w:val="31"/>
  </w:num>
  <w:num w:numId="15" w16cid:durableId="798649065">
    <w:abstractNumId w:val="23"/>
  </w:num>
  <w:num w:numId="16" w16cid:durableId="1963878006">
    <w:abstractNumId w:val="27"/>
  </w:num>
  <w:num w:numId="17" w16cid:durableId="1129518068">
    <w:abstractNumId w:val="18"/>
  </w:num>
  <w:num w:numId="18" w16cid:durableId="861431821">
    <w:abstractNumId w:val="9"/>
  </w:num>
  <w:num w:numId="19" w16cid:durableId="1283616455">
    <w:abstractNumId w:val="11"/>
  </w:num>
  <w:num w:numId="20" w16cid:durableId="1159732929">
    <w:abstractNumId w:val="16"/>
  </w:num>
  <w:num w:numId="21" w16cid:durableId="518814131">
    <w:abstractNumId w:val="15"/>
  </w:num>
  <w:num w:numId="22" w16cid:durableId="46927365">
    <w:abstractNumId w:val="42"/>
  </w:num>
  <w:num w:numId="23" w16cid:durableId="1082875597">
    <w:abstractNumId w:val="26"/>
  </w:num>
  <w:num w:numId="24" w16cid:durableId="213195952">
    <w:abstractNumId w:val="7"/>
    <w:lvlOverride w:ilvl="0">
      <w:startOverride w:val="1"/>
    </w:lvlOverride>
  </w:num>
  <w:num w:numId="25" w16cid:durableId="926615354">
    <w:abstractNumId w:val="37"/>
  </w:num>
  <w:num w:numId="26" w16cid:durableId="970130435">
    <w:abstractNumId w:val="13"/>
  </w:num>
  <w:num w:numId="27" w16cid:durableId="652611983">
    <w:abstractNumId w:val="38"/>
  </w:num>
  <w:num w:numId="28" w16cid:durableId="195121149">
    <w:abstractNumId w:val="34"/>
  </w:num>
  <w:num w:numId="29" w16cid:durableId="1419249254">
    <w:abstractNumId w:val="17"/>
  </w:num>
  <w:num w:numId="30" w16cid:durableId="989989209">
    <w:abstractNumId w:val="35"/>
  </w:num>
  <w:num w:numId="31" w16cid:durableId="1636905695">
    <w:abstractNumId w:val="28"/>
  </w:num>
  <w:num w:numId="32" w16cid:durableId="770509225">
    <w:abstractNumId w:val="22"/>
  </w:num>
  <w:num w:numId="33" w16cid:durableId="1999184704">
    <w:abstractNumId w:val="20"/>
  </w:num>
  <w:num w:numId="34" w16cid:durableId="1596010256">
    <w:abstractNumId w:val="22"/>
    <w:lvlOverride w:ilvl="0">
      <w:startOverride w:val="1"/>
    </w:lvlOverride>
  </w:num>
  <w:num w:numId="35" w16cid:durableId="783841941">
    <w:abstractNumId w:val="41"/>
  </w:num>
  <w:num w:numId="36" w16cid:durableId="1614704194">
    <w:abstractNumId w:val="21"/>
  </w:num>
  <w:num w:numId="37" w16cid:durableId="1985352527">
    <w:abstractNumId w:val="40"/>
  </w:num>
  <w:num w:numId="38" w16cid:durableId="940456552">
    <w:abstractNumId w:val="36"/>
  </w:num>
  <w:num w:numId="39" w16cid:durableId="2041975796">
    <w:abstractNumId w:val="3"/>
    <w:lvlOverride w:ilvl="0">
      <w:startOverride w:val="1"/>
    </w:lvlOverride>
  </w:num>
  <w:num w:numId="40" w16cid:durableId="42826994">
    <w:abstractNumId w:val="25"/>
  </w:num>
  <w:num w:numId="41" w16cid:durableId="2038503752">
    <w:abstractNumId w:val="10"/>
  </w:num>
  <w:num w:numId="42" w16cid:durableId="1274089406">
    <w:abstractNumId w:val="19"/>
  </w:num>
  <w:num w:numId="43" w16cid:durableId="252519234">
    <w:abstractNumId w:val="33"/>
  </w:num>
  <w:num w:numId="44" w16cid:durableId="1334145402">
    <w:abstractNumId w:val="29"/>
  </w:num>
  <w:num w:numId="45" w16cid:durableId="1663584574">
    <w:abstractNumId w:val="12"/>
  </w:num>
  <w:num w:numId="46" w16cid:durableId="210646370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648A"/>
    <w:rsid w:val="00034616"/>
    <w:rsid w:val="00046536"/>
    <w:rsid w:val="0006063C"/>
    <w:rsid w:val="000715B5"/>
    <w:rsid w:val="00071F10"/>
    <w:rsid w:val="0015074B"/>
    <w:rsid w:val="001544A3"/>
    <w:rsid w:val="001A33DD"/>
    <w:rsid w:val="001C269A"/>
    <w:rsid w:val="001C300D"/>
    <w:rsid w:val="001D0F02"/>
    <w:rsid w:val="001E3D34"/>
    <w:rsid w:val="001F075D"/>
    <w:rsid w:val="00213201"/>
    <w:rsid w:val="002160A8"/>
    <w:rsid w:val="00266E13"/>
    <w:rsid w:val="0029639D"/>
    <w:rsid w:val="002B648D"/>
    <w:rsid w:val="002E5219"/>
    <w:rsid w:val="00304CEC"/>
    <w:rsid w:val="00326F90"/>
    <w:rsid w:val="003A6189"/>
    <w:rsid w:val="003C6CFE"/>
    <w:rsid w:val="00467A9A"/>
    <w:rsid w:val="00471212"/>
    <w:rsid w:val="004766CD"/>
    <w:rsid w:val="00490C33"/>
    <w:rsid w:val="004F3D47"/>
    <w:rsid w:val="00535A76"/>
    <w:rsid w:val="00567174"/>
    <w:rsid w:val="005A3150"/>
    <w:rsid w:val="005D0276"/>
    <w:rsid w:val="00632B87"/>
    <w:rsid w:val="00641E53"/>
    <w:rsid w:val="00670BBA"/>
    <w:rsid w:val="006A31F9"/>
    <w:rsid w:val="006F0F5C"/>
    <w:rsid w:val="00792FA0"/>
    <w:rsid w:val="007E1AB4"/>
    <w:rsid w:val="0083685E"/>
    <w:rsid w:val="00845EA4"/>
    <w:rsid w:val="008C4E47"/>
    <w:rsid w:val="008E1800"/>
    <w:rsid w:val="008F26EC"/>
    <w:rsid w:val="0090334C"/>
    <w:rsid w:val="00957187"/>
    <w:rsid w:val="0099230E"/>
    <w:rsid w:val="00A14182"/>
    <w:rsid w:val="00A47758"/>
    <w:rsid w:val="00A7489E"/>
    <w:rsid w:val="00AA1D8D"/>
    <w:rsid w:val="00AB73E7"/>
    <w:rsid w:val="00B47730"/>
    <w:rsid w:val="00B829C6"/>
    <w:rsid w:val="00C533A1"/>
    <w:rsid w:val="00CA5D44"/>
    <w:rsid w:val="00CB0664"/>
    <w:rsid w:val="00CB5918"/>
    <w:rsid w:val="00CF5809"/>
    <w:rsid w:val="00D14A39"/>
    <w:rsid w:val="00D22D75"/>
    <w:rsid w:val="00D26274"/>
    <w:rsid w:val="00D428CA"/>
    <w:rsid w:val="00D4501F"/>
    <w:rsid w:val="00D90556"/>
    <w:rsid w:val="00D96E58"/>
    <w:rsid w:val="00D97A81"/>
    <w:rsid w:val="00DA1A54"/>
    <w:rsid w:val="00E24A94"/>
    <w:rsid w:val="00E2738B"/>
    <w:rsid w:val="00E30AC4"/>
    <w:rsid w:val="00E9416F"/>
    <w:rsid w:val="00EA1790"/>
    <w:rsid w:val="00EA473F"/>
    <w:rsid w:val="00EE6B72"/>
    <w:rsid w:val="00F13F25"/>
    <w:rsid w:val="00FB6DFD"/>
    <w:rsid w:val="00FC1517"/>
    <w:rsid w:val="00FC5DA4"/>
    <w:rsid w:val="00FC693F"/>
    <w:rsid w:val="00FD2C28"/>
    <w:rsid w:val="00FD652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865D87E"/>
  <w14:defaultImageDpi w14:val="300"/>
  <w15:docId w15:val="{F7161641-C935-49FF-A9EA-253DA724A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u-Cans-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304CEC"/>
    <w:pPr>
      <w:keepNext/>
      <w:keepLines/>
      <w:spacing w:before="480" w:after="120"/>
      <w:outlineLvl w:val="0"/>
    </w:pPr>
    <w:rPr>
      <w:rFonts w:ascii="Arial" w:eastAsiaTheme="majorEastAsia" w:hAnsi="Arial" w:cstheme="majorBidi"/>
      <w:b/>
      <w:bCs/>
      <w:color w:val="7B2881"/>
      <w:sz w:val="36"/>
      <w:szCs w:val="28"/>
    </w:rPr>
  </w:style>
  <w:style w:type="paragraph" w:styleId="Heading2">
    <w:name w:val="heading 2"/>
    <w:basedOn w:val="Normal"/>
    <w:next w:val="Normal"/>
    <w:link w:val="Heading2Char"/>
    <w:uiPriority w:val="9"/>
    <w:unhideWhenUsed/>
    <w:qFormat/>
    <w:rsid w:val="00304CEC"/>
    <w:pPr>
      <w:keepNext/>
      <w:keepLines/>
      <w:spacing w:before="200" w:after="120"/>
      <w:outlineLvl w:val="1"/>
    </w:pPr>
    <w:rPr>
      <w:rFonts w:ascii="Arial" w:eastAsiaTheme="majorEastAsia" w:hAnsi="Arial" w:cs="Times New Roman (Headings CS)"/>
      <w:b/>
      <w:bCs/>
      <w:color w:val="25262A"/>
      <w:sz w:val="28"/>
      <w:szCs w:val="26"/>
    </w:rPr>
  </w:style>
  <w:style w:type="paragraph" w:styleId="Heading3">
    <w:name w:val="heading 3"/>
    <w:basedOn w:val="Normal"/>
    <w:next w:val="Normal"/>
    <w:link w:val="Heading3Char"/>
    <w:uiPriority w:val="9"/>
    <w:unhideWhenUsed/>
    <w:qFormat/>
    <w:rsid w:val="00304CEC"/>
    <w:pPr>
      <w:keepNext/>
      <w:keepLines/>
      <w:spacing w:before="200" w:after="80"/>
      <w:outlineLvl w:val="2"/>
    </w:pPr>
    <w:rPr>
      <w:rFonts w:ascii="Arial" w:eastAsiaTheme="majorEastAsia" w:hAnsi="Arial" w:cstheme="majorBidi"/>
      <w:b/>
      <w:bCs/>
      <w:color w:val="25262A"/>
      <w:sz w:val="24"/>
    </w:rPr>
  </w:style>
  <w:style w:type="paragraph" w:styleId="Heading4">
    <w:name w:val="heading 4"/>
    <w:basedOn w:val="Normal"/>
    <w:next w:val="Normal"/>
    <w:link w:val="Heading4Char"/>
    <w:uiPriority w:val="9"/>
    <w:semiHidden/>
    <w:unhideWhenUsed/>
    <w:qFormat/>
    <w:rsid w:val="00FC693F"/>
    <w:pPr>
      <w:keepNext/>
      <w:keepLines/>
      <w:numPr>
        <w:ilvl w:val="3"/>
        <w:numId w:val="30"/>
      </w:numPr>
      <w:spacing w:before="200" w:after="0"/>
      <w:outlineLvl w:val="3"/>
    </w:pPr>
    <w:rPr>
      <w:rFonts w:asciiTheme="majorHAnsi" w:eastAsiaTheme="majorEastAsia" w:hAnsiTheme="majorHAnsi" w:cstheme="majorBidi"/>
      <w:b/>
      <w:bCs/>
      <w:i/>
      <w:iCs/>
      <w:color w:val="792881" w:themeColor="accent1"/>
    </w:rPr>
  </w:style>
  <w:style w:type="paragraph" w:styleId="Heading5">
    <w:name w:val="heading 5"/>
    <w:basedOn w:val="Normal"/>
    <w:next w:val="Normal"/>
    <w:link w:val="Heading5Char"/>
    <w:uiPriority w:val="9"/>
    <w:semiHidden/>
    <w:unhideWhenUsed/>
    <w:qFormat/>
    <w:rsid w:val="00FC693F"/>
    <w:pPr>
      <w:keepNext/>
      <w:keepLines/>
      <w:numPr>
        <w:ilvl w:val="4"/>
        <w:numId w:val="30"/>
      </w:numPr>
      <w:spacing w:before="200" w:after="0"/>
      <w:outlineLvl w:val="4"/>
    </w:pPr>
    <w:rPr>
      <w:rFonts w:asciiTheme="majorHAnsi" w:eastAsiaTheme="majorEastAsia" w:hAnsiTheme="majorHAnsi" w:cstheme="majorBidi"/>
      <w:color w:val="3C1440" w:themeColor="accent1" w:themeShade="7F"/>
    </w:rPr>
  </w:style>
  <w:style w:type="paragraph" w:styleId="Heading6">
    <w:name w:val="heading 6"/>
    <w:basedOn w:val="Normal"/>
    <w:next w:val="Normal"/>
    <w:link w:val="Heading6Char"/>
    <w:uiPriority w:val="9"/>
    <w:semiHidden/>
    <w:unhideWhenUsed/>
    <w:qFormat/>
    <w:rsid w:val="00FC693F"/>
    <w:pPr>
      <w:keepNext/>
      <w:keepLines/>
      <w:numPr>
        <w:ilvl w:val="5"/>
        <w:numId w:val="30"/>
      </w:numPr>
      <w:spacing w:before="200" w:after="0"/>
      <w:outlineLvl w:val="5"/>
    </w:pPr>
    <w:rPr>
      <w:rFonts w:asciiTheme="majorHAnsi" w:eastAsiaTheme="majorEastAsia" w:hAnsiTheme="majorHAnsi" w:cstheme="majorBidi"/>
      <w:i/>
      <w:iCs/>
      <w:color w:val="3C1440" w:themeColor="accent1" w:themeShade="7F"/>
    </w:rPr>
  </w:style>
  <w:style w:type="paragraph" w:styleId="Heading7">
    <w:name w:val="heading 7"/>
    <w:basedOn w:val="Normal"/>
    <w:next w:val="Normal"/>
    <w:link w:val="Heading7Char"/>
    <w:uiPriority w:val="9"/>
    <w:semiHidden/>
    <w:unhideWhenUsed/>
    <w:qFormat/>
    <w:rsid w:val="00FC693F"/>
    <w:pPr>
      <w:keepNext/>
      <w:keepLines/>
      <w:numPr>
        <w:ilvl w:val="6"/>
        <w:numId w:val="30"/>
      </w:numPr>
      <w:spacing w:before="200" w:after="0"/>
      <w:outlineLvl w:val="6"/>
    </w:pPr>
    <w:rPr>
      <w:rFonts w:asciiTheme="majorHAnsi" w:eastAsiaTheme="majorEastAsia" w:hAnsiTheme="majorHAnsi" w:cstheme="majorBidi"/>
      <w:i/>
      <w:iCs/>
      <w:color w:val="5D5D5D" w:themeColor="text1" w:themeTint="BF"/>
    </w:rPr>
  </w:style>
  <w:style w:type="paragraph" w:styleId="Heading8">
    <w:name w:val="heading 8"/>
    <w:basedOn w:val="Normal"/>
    <w:next w:val="Normal"/>
    <w:link w:val="Heading8Char"/>
    <w:uiPriority w:val="9"/>
    <w:semiHidden/>
    <w:unhideWhenUsed/>
    <w:qFormat/>
    <w:rsid w:val="00FC693F"/>
    <w:pPr>
      <w:keepNext/>
      <w:keepLines/>
      <w:numPr>
        <w:ilvl w:val="7"/>
        <w:numId w:val="30"/>
      </w:numPr>
      <w:spacing w:before="200" w:after="0"/>
      <w:outlineLvl w:val="7"/>
    </w:pPr>
    <w:rPr>
      <w:rFonts w:asciiTheme="majorHAnsi" w:eastAsiaTheme="majorEastAsia" w:hAnsiTheme="majorHAnsi" w:cstheme="majorBidi"/>
      <w:color w:val="792881" w:themeColor="accent1"/>
      <w:sz w:val="20"/>
      <w:szCs w:val="20"/>
    </w:rPr>
  </w:style>
  <w:style w:type="paragraph" w:styleId="Heading9">
    <w:name w:val="heading 9"/>
    <w:basedOn w:val="Normal"/>
    <w:next w:val="Normal"/>
    <w:link w:val="Heading9Char"/>
    <w:uiPriority w:val="9"/>
    <w:semiHidden/>
    <w:unhideWhenUsed/>
    <w:qFormat/>
    <w:rsid w:val="00FC693F"/>
    <w:pPr>
      <w:keepNext/>
      <w:keepLines/>
      <w:numPr>
        <w:ilvl w:val="8"/>
        <w:numId w:val="30"/>
      </w:numPr>
      <w:spacing w:before="200" w:after="0"/>
      <w:outlineLvl w:val="8"/>
    </w:pPr>
    <w:rPr>
      <w:rFonts w:asciiTheme="majorHAnsi" w:eastAsiaTheme="majorEastAsia" w:hAnsiTheme="majorHAnsi" w:cstheme="majorBidi"/>
      <w:i/>
      <w:iCs/>
      <w:color w:val="5D5D5D"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FC693F"/>
    <w:pPr>
      <w:spacing w:after="0" w:line="240" w:lineRule="auto"/>
    </w:pPr>
  </w:style>
  <w:style w:type="character" w:customStyle="1" w:styleId="Heading1Char">
    <w:name w:val="Heading 1 Char"/>
    <w:basedOn w:val="DefaultParagraphFont"/>
    <w:link w:val="Heading1"/>
    <w:uiPriority w:val="9"/>
    <w:rsid w:val="00304CEC"/>
    <w:rPr>
      <w:rFonts w:ascii="Arial" w:eastAsiaTheme="majorEastAsia" w:hAnsi="Arial" w:cstheme="majorBidi"/>
      <w:b/>
      <w:bCs/>
      <w:color w:val="7B2881"/>
      <w:sz w:val="36"/>
      <w:szCs w:val="28"/>
    </w:rPr>
  </w:style>
  <w:style w:type="character" w:customStyle="1" w:styleId="Heading2Char">
    <w:name w:val="Heading 2 Char"/>
    <w:basedOn w:val="DefaultParagraphFont"/>
    <w:link w:val="Heading2"/>
    <w:uiPriority w:val="9"/>
    <w:rsid w:val="00304CEC"/>
    <w:rPr>
      <w:rFonts w:ascii="Arial" w:eastAsiaTheme="majorEastAsia" w:hAnsi="Arial" w:cs="Times New Roman (Headings CS)"/>
      <w:b/>
      <w:bCs/>
      <w:color w:val="25262A"/>
      <w:sz w:val="28"/>
      <w:szCs w:val="26"/>
    </w:rPr>
  </w:style>
  <w:style w:type="character" w:customStyle="1" w:styleId="Heading3Char">
    <w:name w:val="Heading 3 Char"/>
    <w:basedOn w:val="DefaultParagraphFont"/>
    <w:link w:val="Heading3"/>
    <w:uiPriority w:val="9"/>
    <w:rsid w:val="00304CEC"/>
    <w:rPr>
      <w:rFonts w:ascii="Arial" w:eastAsiaTheme="majorEastAsia" w:hAnsi="Arial" w:cstheme="majorBidi"/>
      <w:b/>
      <w:bCs/>
      <w:color w:val="25262A"/>
      <w:sz w:val="24"/>
    </w:rPr>
  </w:style>
  <w:style w:type="paragraph" w:styleId="Title">
    <w:name w:val="Title"/>
    <w:basedOn w:val="Normal"/>
    <w:next w:val="Normal"/>
    <w:link w:val="TitleChar"/>
    <w:uiPriority w:val="10"/>
    <w:qFormat/>
    <w:rsid w:val="00FC693F"/>
    <w:pPr>
      <w:pBdr>
        <w:bottom w:val="single" w:sz="8" w:space="4" w:color="792881" w:themeColor="accent1"/>
      </w:pBdr>
      <w:spacing w:after="300" w:line="240" w:lineRule="auto"/>
      <w:contextualSpacing/>
    </w:pPr>
    <w:rPr>
      <w:rFonts w:asciiTheme="majorHAnsi" w:eastAsiaTheme="majorEastAsia" w:hAnsiTheme="majorHAnsi" w:cstheme="majorBidi"/>
      <w:color w:val="303030"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303030"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792881"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792881"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aliases w:val="List Number Bold"/>
    <w:basedOn w:val="Normal"/>
    <w:autoRedefine/>
    <w:uiPriority w:val="99"/>
    <w:unhideWhenUsed/>
    <w:rsid w:val="00CB5918"/>
    <w:pPr>
      <w:numPr>
        <w:numId w:val="32"/>
      </w:numPr>
      <w:contextualSpacing/>
    </w:pPr>
    <w:rPr>
      <w:rFonts w:ascii="Arial" w:hAnsi="Arial"/>
    </w:rPr>
  </w:style>
  <w:style w:type="paragraph" w:styleId="ListNumber2">
    <w:name w:val="List Number 2"/>
    <w:basedOn w:val="Normal"/>
    <w:uiPriority w:val="99"/>
    <w:unhideWhenUsed/>
    <w:rsid w:val="00CB5918"/>
    <w:pPr>
      <w:numPr>
        <w:numId w:val="6"/>
      </w:numPr>
      <w:spacing w:after="120"/>
    </w:pPr>
    <w:rPr>
      <w:rFonts w:ascii="Arial" w:hAnsi="Arial"/>
    </w:r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282828" w:themeColor="text1"/>
    </w:rPr>
  </w:style>
  <w:style w:type="character" w:customStyle="1" w:styleId="QuoteChar">
    <w:name w:val="Quote Char"/>
    <w:basedOn w:val="DefaultParagraphFont"/>
    <w:link w:val="Quote"/>
    <w:uiPriority w:val="29"/>
    <w:rsid w:val="00FC693F"/>
    <w:rPr>
      <w:i/>
      <w:iCs/>
      <w:color w:val="282828"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792881"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3C144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3C144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5D5D5D"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792881"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5D5D5D"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792881"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792881" w:themeColor="accent1"/>
      </w:pBdr>
      <w:spacing w:before="200" w:after="280"/>
      <w:ind w:left="936" w:right="936"/>
    </w:pPr>
    <w:rPr>
      <w:b/>
      <w:bCs/>
      <w:i/>
      <w:iCs/>
      <w:color w:val="792881" w:themeColor="accent1"/>
    </w:rPr>
  </w:style>
  <w:style w:type="character" w:customStyle="1" w:styleId="IntenseQuoteChar">
    <w:name w:val="Intense Quote Char"/>
    <w:basedOn w:val="DefaultParagraphFont"/>
    <w:link w:val="IntenseQuote"/>
    <w:uiPriority w:val="30"/>
    <w:rsid w:val="00FC693F"/>
    <w:rPr>
      <w:b/>
      <w:bCs/>
      <w:i/>
      <w:iCs/>
      <w:color w:val="792881" w:themeColor="accent1"/>
    </w:rPr>
  </w:style>
  <w:style w:type="character" w:styleId="SubtleEmphasis">
    <w:name w:val="Subtle Emphasis"/>
    <w:basedOn w:val="DefaultParagraphFont"/>
    <w:uiPriority w:val="19"/>
    <w:qFormat/>
    <w:rsid w:val="00FC693F"/>
    <w:rPr>
      <w:i/>
      <w:iCs/>
      <w:color w:val="939393" w:themeColor="text1" w:themeTint="7F"/>
    </w:rPr>
  </w:style>
  <w:style w:type="character" w:styleId="IntenseEmphasis">
    <w:name w:val="Intense Emphasis"/>
    <w:basedOn w:val="DefaultParagraphFont"/>
    <w:uiPriority w:val="21"/>
    <w:qFormat/>
    <w:rsid w:val="00FC693F"/>
    <w:rPr>
      <w:b/>
      <w:bCs/>
      <w:i/>
      <w:iCs/>
      <w:color w:val="792881" w:themeColor="accent1"/>
    </w:rPr>
  </w:style>
  <w:style w:type="character" w:styleId="SubtleReference">
    <w:name w:val="Subtle Reference"/>
    <w:basedOn w:val="DefaultParagraphFont"/>
    <w:uiPriority w:val="31"/>
    <w:qFormat/>
    <w:rsid w:val="00FC693F"/>
    <w:rPr>
      <w:smallCaps/>
      <w:color w:val="A35BB3" w:themeColor="accent2"/>
      <w:u w:val="single"/>
    </w:rPr>
  </w:style>
  <w:style w:type="character" w:styleId="IntenseReference">
    <w:name w:val="Intense Reference"/>
    <w:basedOn w:val="DefaultParagraphFont"/>
    <w:uiPriority w:val="32"/>
    <w:qFormat/>
    <w:rsid w:val="00FC693F"/>
    <w:rPr>
      <w:b/>
      <w:bCs/>
      <w:smallCaps/>
      <w:color w:val="A35BB3"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1D1D1D" w:themeColor="text1" w:themeShade="BF"/>
    </w:rPr>
    <w:tblPr>
      <w:tblStyleRowBandSize w:val="1"/>
      <w:tblStyleColBandSize w:val="1"/>
      <w:tblBorders>
        <w:top w:val="single" w:sz="8" w:space="0" w:color="282828" w:themeColor="text1"/>
        <w:bottom w:val="single" w:sz="8" w:space="0" w:color="282828" w:themeColor="text1"/>
      </w:tblBorders>
    </w:tblPr>
    <w:tblStylePr w:type="firstRow">
      <w:pPr>
        <w:spacing w:before="0" w:after="0" w:line="240" w:lineRule="auto"/>
      </w:pPr>
      <w:rPr>
        <w:b/>
        <w:bCs/>
      </w:rPr>
      <w:tblPr/>
      <w:tcPr>
        <w:tcBorders>
          <w:top w:val="single" w:sz="8" w:space="0" w:color="282828" w:themeColor="text1"/>
          <w:left w:val="nil"/>
          <w:bottom w:val="single" w:sz="8" w:space="0" w:color="282828" w:themeColor="text1"/>
          <w:right w:val="nil"/>
          <w:insideH w:val="nil"/>
          <w:insideV w:val="nil"/>
        </w:tcBorders>
      </w:tcPr>
    </w:tblStylePr>
    <w:tblStylePr w:type="lastRow">
      <w:pPr>
        <w:spacing w:before="0" w:after="0" w:line="240" w:lineRule="auto"/>
      </w:pPr>
      <w:rPr>
        <w:b/>
        <w:bCs/>
      </w:rPr>
      <w:tblPr/>
      <w:tcPr>
        <w:tcBorders>
          <w:top w:val="single" w:sz="8" w:space="0" w:color="282828" w:themeColor="text1"/>
          <w:left w:val="nil"/>
          <w:bottom w:val="single" w:sz="8" w:space="0" w:color="282828"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9C9" w:themeFill="text1" w:themeFillTint="3F"/>
      </w:tcPr>
    </w:tblStylePr>
    <w:tblStylePr w:type="band1Horz">
      <w:tblPr/>
      <w:tcPr>
        <w:tcBorders>
          <w:left w:val="nil"/>
          <w:right w:val="nil"/>
          <w:insideH w:val="nil"/>
          <w:insideV w:val="nil"/>
        </w:tcBorders>
        <w:shd w:val="clear" w:color="auto" w:fill="C9C9C9" w:themeFill="text1" w:themeFillTint="3F"/>
      </w:tcPr>
    </w:tblStylePr>
  </w:style>
  <w:style w:type="table" w:styleId="LightShading-Accent1">
    <w:name w:val="Light Shading Accent 1"/>
    <w:basedOn w:val="TableNormal"/>
    <w:uiPriority w:val="60"/>
    <w:rsid w:val="00FC693F"/>
    <w:pPr>
      <w:spacing w:after="0" w:line="240" w:lineRule="auto"/>
    </w:pPr>
    <w:rPr>
      <w:color w:val="5A1E60" w:themeColor="accent1" w:themeShade="BF"/>
    </w:rPr>
    <w:tblPr>
      <w:tblStyleRowBandSize w:val="1"/>
      <w:tblStyleColBandSize w:val="1"/>
      <w:tblBorders>
        <w:top w:val="single" w:sz="8" w:space="0" w:color="792881" w:themeColor="accent1"/>
        <w:bottom w:val="single" w:sz="8" w:space="0" w:color="792881" w:themeColor="accent1"/>
      </w:tblBorders>
    </w:tblPr>
    <w:tblStylePr w:type="firstRow">
      <w:pPr>
        <w:spacing w:before="0" w:after="0" w:line="240" w:lineRule="auto"/>
      </w:pPr>
      <w:rPr>
        <w:b/>
        <w:bCs/>
      </w:rPr>
      <w:tblPr/>
      <w:tcPr>
        <w:tcBorders>
          <w:top w:val="single" w:sz="8" w:space="0" w:color="792881" w:themeColor="accent1"/>
          <w:left w:val="nil"/>
          <w:bottom w:val="single" w:sz="8" w:space="0" w:color="792881" w:themeColor="accent1"/>
          <w:right w:val="nil"/>
          <w:insideH w:val="nil"/>
          <w:insideV w:val="nil"/>
        </w:tcBorders>
      </w:tcPr>
    </w:tblStylePr>
    <w:tblStylePr w:type="lastRow">
      <w:pPr>
        <w:spacing w:before="0" w:after="0" w:line="240" w:lineRule="auto"/>
      </w:pPr>
      <w:rPr>
        <w:b/>
        <w:bCs/>
      </w:rPr>
      <w:tblPr/>
      <w:tcPr>
        <w:tcBorders>
          <w:top w:val="single" w:sz="8" w:space="0" w:color="792881" w:themeColor="accent1"/>
          <w:left w:val="nil"/>
          <w:bottom w:val="single" w:sz="8" w:space="0" w:color="792881"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BEEB" w:themeFill="accent1" w:themeFillTint="3F"/>
      </w:tcPr>
    </w:tblStylePr>
    <w:tblStylePr w:type="band1Horz">
      <w:tblPr/>
      <w:tcPr>
        <w:tcBorders>
          <w:left w:val="nil"/>
          <w:right w:val="nil"/>
          <w:insideH w:val="nil"/>
          <w:insideV w:val="nil"/>
        </w:tcBorders>
        <w:shd w:val="clear" w:color="auto" w:fill="E7BEEB" w:themeFill="accent1" w:themeFillTint="3F"/>
      </w:tcPr>
    </w:tblStylePr>
  </w:style>
  <w:style w:type="table" w:styleId="LightShading-Accent2">
    <w:name w:val="Light Shading Accent 2"/>
    <w:basedOn w:val="TableNormal"/>
    <w:uiPriority w:val="60"/>
    <w:rsid w:val="00FC693F"/>
    <w:pPr>
      <w:spacing w:after="0" w:line="240" w:lineRule="auto"/>
    </w:pPr>
    <w:rPr>
      <w:color w:val="7C408A" w:themeColor="accent2" w:themeShade="BF"/>
    </w:rPr>
    <w:tblPr>
      <w:tblStyleRowBandSize w:val="1"/>
      <w:tblStyleColBandSize w:val="1"/>
      <w:tblBorders>
        <w:top w:val="single" w:sz="8" w:space="0" w:color="A35BB3" w:themeColor="accent2"/>
        <w:bottom w:val="single" w:sz="8" w:space="0" w:color="A35BB3" w:themeColor="accent2"/>
      </w:tblBorders>
    </w:tblPr>
    <w:tblStylePr w:type="firstRow">
      <w:pPr>
        <w:spacing w:before="0" w:after="0" w:line="240" w:lineRule="auto"/>
      </w:pPr>
      <w:rPr>
        <w:b/>
        <w:bCs/>
      </w:rPr>
      <w:tblPr/>
      <w:tcPr>
        <w:tcBorders>
          <w:top w:val="single" w:sz="8" w:space="0" w:color="A35BB3" w:themeColor="accent2"/>
          <w:left w:val="nil"/>
          <w:bottom w:val="single" w:sz="8" w:space="0" w:color="A35BB3" w:themeColor="accent2"/>
          <w:right w:val="nil"/>
          <w:insideH w:val="nil"/>
          <w:insideV w:val="nil"/>
        </w:tcBorders>
      </w:tcPr>
    </w:tblStylePr>
    <w:tblStylePr w:type="lastRow">
      <w:pPr>
        <w:spacing w:before="0" w:after="0" w:line="240" w:lineRule="auto"/>
      </w:pPr>
      <w:rPr>
        <w:b/>
        <w:bCs/>
      </w:rPr>
      <w:tblPr/>
      <w:tcPr>
        <w:tcBorders>
          <w:top w:val="single" w:sz="8" w:space="0" w:color="A35BB3" w:themeColor="accent2"/>
          <w:left w:val="nil"/>
          <w:bottom w:val="single" w:sz="8" w:space="0" w:color="A35BB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D6EC" w:themeFill="accent2" w:themeFillTint="3F"/>
      </w:tcPr>
    </w:tblStylePr>
    <w:tblStylePr w:type="band1Horz">
      <w:tblPr/>
      <w:tcPr>
        <w:tcBorders>
          <w:left w:val="nil"/>
          <w:right w:val="nil"/>
          <w:insideH w:val="nil"/>
          <w:insideV w:val="nil"/>
        </w:tcBorders>
        <w:shd w:val="clear" w:color="auto" w:fill="E8D6EC" w:themeFill="accent2" w:themeFillTint="3F"/>
      </w:tcPr>
    </w:tblStylePr>
  </w:style>
  <w:style w:type="table" w:styleId="LightShading-Accent3">
    <w:name w:val="Light Shading Accent 3"/>
    <w:basedOn w:val="TableNormal"/>
    <w:uiPriority w:val="60"/>
    <w:rsid w:val="00FC693F"/>
    <w:pPr>
      <w:spacing w:after="0" w:line="240" w:lineRule="auto"/>
    </w:pPr>
    <w:rPr>
      <w:color w:val="D267C2" w:themeColor="accent3" w:themeShade="BF"/>
    </w:rPr>
    <w:tblPr>
      <w:tblStyleRowBandSize w:val="1"/>
      <w:tblStyleColBandSize w:val="1"/>
      <w:tblBorders>
        <w:top w:val="single" w:sz="8" w:space="0" w:color="EAB8E3" w:themeColor="accent3"/>
        <w:bottom w:val="single" w:sz="8" w:space="0" w:color="EAB8E3" w:themeColor="accent3"/>
      </w:tblBorders>
    </w:tblPr>
    <w:tblStylePr w:type="firstRow">
      <w:pPr>
        <w:spacing w:before="0" w:after="0" w:line="240" w:lineRule="auto"/>
      </w:pPr>
      <w:rPr>
        <w:b/>
        <w:bCs/>
      </w:rPr>
      <w:tblPr/>
      <w:tcPr>
        <w:tcBorders>
          <w:top w:val="single" w:sz="8" w:space="0" w:color="EAB8E3" w:themeColor="accent3"/>
          <w:left w:val="nil"/>
          <w:bottom w:val="single" w:sz="8" w:space="0" w:color="EAB8E3" w:themeColor="accent3"/>
          <w:right w:val="nil"/>
          <w:insideH w:val="nil"/>
          <w:insideV w:val="nil"/>
        </w:tcBorders>
      </w:tcPr>
    </w:tblStylePr>
    <w:tblStylePr w:type="lastRow">
      <w:pPr>
        <w:spacing w:before="0" w:after="0" w:line="240" w:lineRule="auto"/>
      </w:pPr>
      <w:rPr>
        <w:b/>
        <w:bCs/>
      </w:rPr>
      <w:tblPr/>
      <w:tcPr>
        <w:tcBorders>
          <w:top w:val="single" w:sz="8" w:space="0" w:color="EAB8E3" w:themeColor="accent3"/>
          <w:left w:val="nil"/>
          <w:bottom w:val="single" w:sz="8" w:space="0" w:color="EAB8E3"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EDF8" w:themeFill="accent3" w:themeFillTint="3F"/>
      </w:tcPr>
    </w:tblStylePr>
    <w:tblStylePr w:type="band1Horz">
      <w:tblPr/>
      <w:tcPr>
        <w:tcBorders>
          <w:left w:val="nil"/>
          <w:right w:val="nil"/>
          <w:insideH w:val="nil"/>
          <w:insideV w:val="nil"/>
        </w:tcBorders>
        <w:shd w:val="clear" w:color="auto" w:fill="F9EDF8" w:themeFill="accent3" w:themeFillTint="3F"/>
      </w:tcPr>
    </w:tblStylePr>
  </w:style>
  <w:style w:type="table" w:styleId="LightShading-Accent4">
    <w:name w:val="Light Shading Accent 4"/>
    <w:basedOn w:val="TableNormal"/>
    <w:uiPriority w:val="60"/>
    <w:rsid w:val="00FC693F"/>
    <w:pPr>
      <w:spacing w:after="0" w:line="240" w:lineRule="auto"/>
    </w:pPr>
    <w:rPr>
      <w:color w:val="BF6100" w:themeColor="accent4" w:themeShade="BF"/>
    </w:rPr>
    <w:tblPr>
      <w:tblStyleRowBandSize w:val="1"/>
      <w:tblStyleColBandSize w:val="1"/>
      <w:tblBorders>
        <w:top w:val="single" w:sz="8" w:space="0" w:color="FF8200" w:themeColor="accent4"/>
        <w:bottom w:val="single" w:sz="8" w:space="0" w:color="FF8200" w:themeColor="accent4"/>
      </w:tblBorders>
    </w:tblPr>
    <w:tblStylePr w:type="firstRow">
      <w:pPr>
        <w:spacing w:before="0" w:after="0" w:line="240" w:lineRule="auto"/>
      </w:pPr>
      <w:rPr>
        <w:b/>
        <w:bCs/>
      </w:rPr>
      <w:tblPr/>
      <w:tcPr>
        <w:tcBorders>
          <w:top w:val="single" w:sz="8" w:space="0" w:color="FF8200" w:themeColor="accent4"/>
          <w:left w:val="nil"/>
          <w:bottom w:val="single" w:sz="8" w:space="0" w:color="FF8200" w:themeColor="accent4"/>
          <w:right w:val="nil"/>
          <w:insideH w:val="nil"/>
          <w:insideV w:val="nil"/>
        </w:tcBorders>
      </w:tcPr>
    </w:tblStylePr>
    <w:tblStylePr w:type="lastRow">
      <w:pPr>
        <w:spacing w:before="0" w:after="0" w:line="240" w:lineRule="auto"/>
      </w:pPr>
      <w:rPr>
        <w:b/>
        <w:bCs/>
      </w:rPr>
      <w:tblPr/>
      <w:tcPr>
        <w:tcBorders>
          <w:top w:val="single" w:sz="8" w:space="0" w:color="FF8200" w:themeColor="accent4"/>
          <w:left w:val="nil"/>
          <w:bottom w:val="single" w:sz="8" w:space="0" w:color="FF82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0C0" w:themeFill="accent4" w:themeFillTint="3F"/>
      </w:tcPr>
    </w:tblStylePr>
    <w:tblStylePr w:type="band1Horz">
      <w:tblPr/>
      <w:tcPr>
        <w:tcBorders>
          <w:left w:val="nil"/>
          <w:right w:val="nil"/>
          <w:insideH w:val="nil"/>
          <w:insideV w:val="nil"/>
        </w:tcBorders>
        <w:shd w:val="clear" w:color="auto" w:fill="FFE0C0" w:themeFill="accent4" w:themeFillTint="3F"/>
      </w:tcPr>
    </w:tblStylePr>
  </w:style>
  <w:style w:type="table" w:styleId="LightShading-Accent5">
    <w:name w:val="Light Shading Accent 5"/>
    <w:basedOn w:val="TableNormal"/>
    <w:uiPriority w:val="60"/>
    <w:rsid w:val="00FC693F"/>
    <w:pPr>
      <w:spacing w:after="0" w:line="240" w:lineRule="auto"/>
    </w:pPr>
    <w:rPr>
      <w:color w:val="F2AA00" w:themeColor="accent5" w:themeShade="BF"/>
    </w:rPr>
    <w:tblPr>
      <w:tblStyleRowBandSize w:val="1"/>
      <w:tblStyleColBandSize w:val="1"/>
      <w:tblBorders>
        <w:top w:val="single" w:sz="8" w:space="0" w:color="FFC845" w:themeColor="accent5"/>
        <w:bottom w:val="single" w:sz="8" w:space="0" w:color="FFC845" w:themeColor="accent5"/>
      </w:tblBorders>
    </w:tblPr>
    <w:tblStylePr w:type="firstRow">
      <w:pPr>
        <w:spacing w:before="0" w:after="0" w:line="240" w:lineRule="auto"/>
      </w:pPr>
      <w:rPr>
        <w:b/>
        <w:bCs/>
      </w:rPr>
      <w:tblPr/>
      <w:tcPr>
        <w:tcBorders>
          <w:top w:val="single" w:sz="8" w:space="0" w:color="FFC845" w:themeColor="accent5"/>
          <w:left w:val="nil"/>
          <w:bottom w:val="single" w:sz="8" w:space="0" w:color="FFC845" w:themeColor="accent5"/>
          <w:right w:val="nil"/>
          <w:insideH w:val="nil"/>
          <w:insideV w:val="nil"/>
        </w:tcBorders>
      </w:tcPr>
    </w:tblStylePr>
    <w:tblStylePr w:type="lastRow">
      <w:pPr>
        <w:spacing w:before="0" w:after="0" w:line="240" w:lineRule="auto"/>
      </w:pPr>
      <w:rPr>
        <w:b/>
        <w:bCs/>
      </w:rPr>
      <w:tblPr/>
      <w:tcPr>
        <w:tcBorders>
          <w:top w:val="single" w:sz="8" w:space="0" w:color="FFC845" w:themeColor="accent5"/>
          <w:left w:val="nil"/>
          <w:bottom w:val="single" w:sz="8" w:space="0" w:color="FFC84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1D1" w:themeFill="accent5" w:themeFillTint="3F"/>
      </w:tcPr>
    </w:tblStylePr>
    <w:tblStylePr w:type="band1Horz">
      <w:tblPr/>
      <w:tcPr>
        <w:tcBorders>
          <w:left w:val="nil"/>
          <w:right w:val="nil"/>
          <w:insideH w:val="nil"/>
          <w:insideV w:val="nil"/>
        </w:tcBorders>
        <w:shd w:val="clear" w:color="auto" w:fill="FFF1D1" w:themeFill="accent5" w:themeFillTint="3F"/>
      </w:tcPr>
    </w:tblStylePr>
  </w:style>
  <w:style w:type="table" w:styleId="LightShading-Accent6">
    <w:name w:val="Light Shading Accent 6"/>
    <w:basedOn w:val="TableNormal"/>
    <w:uiPriority w:val="60"/>
    <w:rsid w:val="00FC693F"/>
    <w:pPr>
      <w:spacing w:after="0" w:line="240" w:lineRule="auto"/>
    </w:pPr>
    <w:rPr>
      <w:color w:val="F23359" w:themeColor="accent6" w:themeShade="BF"/>
    </w:rPr>
    <w:tblPr>
      <w:tblStyleRowBandSize w:val="1"/>
      <w:tblStyleColBandSize w:val="1"/>
      <w:tblBorders>
        <w:top w:val="single" w:sz="8" w:space="0" w:color="F890A5" w:themeColor="accent6"/>
        <w:bottom w:val="single" w:sz="8" w:space="0" w:color="F890A5" w:themeColor="accent6"/>
      </w:tblBorders>
    </w:tblPr>
    <w:tblStylePr w:type="firstRow">
      <w:pPr>
        <w:spacing w:before="0" w:after="0" w:line="240" w:lineRule="auto"/>
      </w:pPr>
      <w:rPr>
        <w:b/>
        <w:bCs/>
      </w:rPr>
      <w:tblPr/>
      <w:tcPr>
        <w:tcBorders>
          <w:top w:val="single" w:sz="8" w:space="0" w:color="F890A5" w:themeColor="accent6"/>
          <w:left w:val="nil"/>
          <w:bottom w:val="single" w:sz="8" w:space="0" w:color="F890A5" w:themeColor="accent6"/>
          <w:right w:val="nil"/>
          <w:insideH w:val="nil"/>
          <w:insideV w:val="nil"/>
        </w:tcBorders>
      </w:tcPr>
    </w:tblStylePr>
    <w:tblStylePr w:type="lastRow">
      <w:pPr>
        <w:spacing w:before="0" w:after="0" w:line="240" w:lineRule="auto"/>
      </w:pPr>
      <w:rPr>
        <w:b/>
        <w:bCs/>
      </w:rPr>
      <w:tblPr/>
      <w:tcPr>
        <w:tcBorders>
          <w:top w:val="single" w:sz="8" w:space="0" w:color="F890A5" w:themeColor="accent6"/>
          <w:left w:val="nil"/>
          <w:bottom w:val="single" w:sz="8" w:space="0" w:color="F890A5"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3E8" w:themeFill="accent6" w:themeFillTint="3F"/>
      </w:tcPr>
    </w:tblStylePr>
    <w:tblStylePr w:type="band1Horz">
      <w:tblPr/>
      <w:tcPr>
        <w:tcBorders>
          <w:left w:val="nil"/>
          <w:right w:val="nil"/>
          <w:insideH w:val="nil"/>
          <w:insideV w:val="nil"/>
        </w:tcBorders>
        <w:shd w:val="clear" w:color="auto" w:fill="FDE3E8"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282828" w:themeColor="text1"/>
        <w:left w:val="single" w:sz="8" w:space="0" w:color="282828" w:themeColor="text1"/>
        <w:bottom w:val="single" w:sz="8" w:space="0" w:color="282828" w:themeColor="text1"/>
        <w:right w:val="single" w:sz="8" w:space="0" w:color="282828" w:themeColor="text1"/>
      </w:tblBorders>
    </w:tblPr>
    <w:tblStylePr w:type="firstRow">
      <w:pPr>
        <w:spacing w:before="0" w:after="0" w:line="240" w:lineRule="auto"/>
      </w:pPr>
      <w:rPr>
        <w:b/>
        <w:bCs/>
        <w:color w:val="F6F5F0" w:themeColor="background1"/>
      </w:rPr>
      <w:tblPr/>
      <w:tcPr>
        <w:shd w:val="clear" w:color="auto" w:fill="282828" w:themeFill="text1"/>
      </w:tcPr>
    </w:tblStylePr>
    <w:tblStylePr w:type="lastRow">
      <w:pPr>
        <w:spacing w:before="0" w:after="0" w:line="240" w:lineRule="auto"/>
      </w:pPr>
      <w:rPr>
        <w:b/>
        <w:bCs/>
      </w:rPr>
      <w:tblPr/>
      <w:tcPr>
        <w:tcBorders>
          <w:top w:val="double" w:sz="6" w:space="0" w:color="282828" w:themeColor="text1"/>
          <w:left w:val="single" w:sz="8" w:space="0" w:color="282828" w:themeColor="text1"/>
          <w:bottom w:val="single" w:sz="8" w:space="0" w:color="282828" w:themeColor="text1"/>
          <w:right w:val="single" w:sz="8" w:space="0" w:color="282828" w:themeColor="text1"/>
        </w:tcBorders>
      </w:tcPr>
    </w:tblStylePr>
    <w:tblStylePr w:type="firstCol">
      <w:rPr>
        <w:b/>
        <w:bCs/>
      </w:rPr>
    </w:tblStylePr>
    <w:tblStylePr w:type="lastCol">
      <w:rPr>
        <w:b/>
        <w:bCs/>
      </w:rPr>
    </w:tblStylePr>
    <w:tblStylePr w:type="band1Vert">
      <w:tblPr/>
      <w:tcPr>
        <w:tcBorders>
          <w:top w:val="single" w:sz="8" w:space="0" w:color="282828" w:themeColor="text1"/>
          <w:left w:val="single" w:sz="8" w:space="0" w:color="282828" w:themeColor="text1"/>
          <w:bottom w:val="single" w:sz="8" w:space="0" w:color="282828" w:themeColor="text1"/>
          <w:right w:val="single" w:sz="8" w:space="0" w:color="282828" w:themeColor="text1"/>
        </w:tcBorders>
      </w:tcPr>
    </w:tblStylePr>
    <w:tblStylePr w:type="band1Horz">
      <w:tblPr/>
      <w:tcPr>
        <w:tcBorders>
          <w:top w:val="single" w:sz="8" w:space="0" w:color="282828" w:themeColor="text1"/>
          <w:left w:val="single" w:sz="8" w:space="0" w:color="282828" w:themeColor="text1"/>
          <w:bottom w:val="single" w:sz="8" w:space="0" w:color="282828" w:themeColor="text1"/>
          <w:right w:val="single" w:sz="8" w:space="0" w:color="282828"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792881" w:themeColor="accent1"/>
        <w:left w:val="single" w:sz="8" w:space="0" w:color="792881" w:themeColor="accent1"/>
        <w:bottom w:val="single" w:sz="8" w:space="0" w:color="792881" w:themeColor="accent1"/>
        <w:right w:val="single" w:sz="8" w:space="0" w:color="792881" w:themeColor="accent1"/>
      </w:tblBorders>
    </w:tblPr>
    <w:tblStylePr w:type="firstRow">
      <w:pPr>
        <w:spacing w:before="0" w:after="0" w:line="240" w:lineRule="auto"/>
      </w:pPr>
      <w:rPr>
        <w:b/>
        <w:bCs/>
        <w:color w:val="F6F5F0" w:themeColor="background1"/>
      </w:rPr>
      <w:tblPr/>
      <w:tcPr>
        <w:shd w:val="clear" w:color="auto" w:fill="792881" w:themeFill="accent1"/>
      </w:tcPr>
    </w:tblStylePr>
    <w:tblStylePr w:type="lastRow">
      <w:pPr>
        <w:spacing w:before="0" w:after="0" w:line="240" w:lineRule="auto"/>
      </w:pPr>
      <w:rPr>
        <w:b/>
        <w:bCs/>
      </w:rPr>
      <w:tblPr/>
      <w:tcPr>
        <w:tcBorders>
          <w:top w:val="double" w:sz="6" w:space="0" w:color="792881" w:themeColor="accent1"/>
          <w:left w:val="single" w:sz="8" w:space="0" w:color="792881" w:themeColor="accent1"/>
          <w:bottom w:val="single" w:sz="8" w:space="0" w:color="792881" w:themeColor="accent1"/>
          <w:right w:val="single" w:sz="8" w:space="0" w:color="792881" w:themeColor="accent1"/>
        </w:tcBorders>
      </w:tcPr>
    </w:tblStylePr>
    <w:tblStylePr w:type="firstCol">
      <w:rPr>
        <w:b/>
        <w:bCs/>
      </w:rPr>
    </w:tblStylePr>
    <w:tblStylePr w:type="lastCol">
      <w:rPr>
        <w:b/>
        <w:bCs/>
      </w:rPr>
    </w:tblStylePr>
    <w:tblStylePr w:type="band1Vert">
      <w:tblPr/>
      <w:tcPr>
        <w:tcBorders>
          <w:top w:val="single" w:sz="8" w:space="0" w:color="792881" w:themeColor="accent1"/>
          <w:left w:val="single" w:sz="8" w:space="0" w:color="792881" w:themeColor="accent1"/>
          <w:bottom w:val="single" w:sz="8" w:space="0" w:color="792881" w:themeColor="accent1"/>
          <w:right w:val="single" w:sz="8" w:space="0" w:color="792881" w:themeColor="accent1"/>
        </w:tcBorders>
      </w:tcPr>
    </w:tblStylePr>
    <w:tblStylePr w:type="band1Horz">
      <w:tblPr/>
      <w:tcPr>
        <w:tcBorders>
          <w:top w:val="single" w:sz="8" w:space="0" w:color="792881" w:themeColor="accent1"/>
          <w:left w:val="single" w:sz="8" w:space="0" w:color="792881" w:themeColor="accent1"/>
          <w:bottom w:val="single" w:sz="8" w:space="0" w:color="792881" w:themeColor="accent1"/>
          <w:right w:val="single" w:sz="8" w:space="0" w:color="792881"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A35BB3" w:themeColor="accent2"/>
        <w:left w:val="single" w:sz="8" w:space="0" w:color="A35BB3" w:themeColor="accent2"/>
        <w:bottom w:val="single" w:sz="8" w:space="0" w:color="A35BB3" w:themeColor="accent2"/>
        <w:right w:val="single" w:sz="8" w:space="0" w:color="A35BB3" w:themeColor="accent2"/>
      </w:tblBorders>
    </w:tblPr>
    <w:tblStylePr w:type="firstRow">
      <w:pPr>
        <w:spacing w:before="0" w:after="0" w:line="240" w:lineRule="auto"/>
      </w:pPr>
      <w:rPr>
        <w:b/>
        <w:bCs/>
        <w:color w:val="F6F5F0" w:themeColor="background1"/>
      </w:rPr>
      <w:tblPr/>
      <w:tcPr>
        <w:shd w:val="clear" w:color="auto" w:fill="A35BB3" w:themeFill="accent2"/>
      </w:tcPr>
    </w:tblStylePr>
    <w:tblStylePr w:type="lastRow">
      <w:pPr>
        <w:spacing w:before="0" w:after="0" w:line="240" w:lineRule="auto"/>
      </w:pPr>
      <w:rPr>
        <w:b/>
        <w:bCs/>
      </w:rPr>
      <w:tblPr/>
      <w:tcPr>
        <w:tcBorders>
          <w:top w:val="double" w:sz="6" w:space="0" w:color="A35BB3" w:themeColor="accent2"/>
          <w:left w:val="single" w:sz="8" w:space="0" w:color="A35BB3" w:themeColor="accent2"/>
          <w:bottom w:val="single" w:sz="8" w:space="0" w:color="A35BB3" w:themeColor="accent2"/>
          <w:right w:val="single" w:sz="8" w:space="0" w:color="A35BB3" w:themeColor="accent2"/>
        </w:tcBorders>
      </w:tcPr>
    </w:tblStylePr>
    <w:tblStylePr w:type="firstCol">
      <w:rPr>
        <w:b/>
        <w:bCs/>
      </w:rPr>
    </w:tblStylePr>
    <w:tblStylePr w:type="lastCol">
      <w:rPr>
        <w:b/>
        <w:bCs/>
      </w:rPr>
    </w:tblStylePr>
    <w:tblStylePr w:type="band1Vert">
      <w:tblPr/>
      <w:tcPr>
        <w:tcBorders>
          <w:top w:val="single" w:sz="8" w:space="0" w:color="A35BB3" w:themeColor="accent2"/>
          <w:left w:val="single" w:sz="8" w:space="0" w:color="A35BB3" w:themeColor="accent2"/>
          <w:bottom w:val="single" w:sz="8" w:space="0" w:color="A35BB3" w:themeColor="accent2"/>
          <w:right w:val="single" w:sz="8" w:space="0" w:color="A35BB3" w:themeColor="accent2"/>
        </w:tcBorders>
      </w:tcPr>
    </w:tblStylePr>
    <w:tblStylePr w:type="band1Horz">
      <w:tblPr/>
      <w:tcPr>
        <w:tcBorders>
          <w:top w:val="single" w:sz="8" w:space="0" w:color="A35BB3" w:themeColor="accent2"/>
          <w:left w:val="single" w:sz="8" w:space="0" w:color="A35BB3" w:themeColor="accent2"/>
          <w:bottom w:val="single" w:sz="8" w:space="0" w:color="A35BB3" w:themeColor="accent2"/>
          <w:right w:val="single" w:sz="8" w:space="0" w:color="A35BB3"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EAB8E3" w:themeColor="accent3"/>
        <w:left w:val="single" w:sz="8" w:space="0" w:color="EAB8E3" w:themeColor="accent3"/>
        <w:bottom w:val="single" w:sz="8" w:space="0" w:color="EAB8E3" w:themeColor="accent3"/>
        <w:right w:val="single" w:sz="8" w:space="0" w:color="EAB8E3" w:themeColor="accent3"/>
      </w:tblBorders>
    </w:tblPr>
    <w:tblStylePr w:type="firstRow">
      <w:pPr>
        <w:spacing w:before="0" w:after="0" w:line="240" w:lineRule="auto"/>
      </w:pPr>
      <w:rPr>
        <w:b/>
        <w:bCs/>
        <w:color w:val="F6F5F0" w:themeColor="background1"/>
      </w:rPr>
      <w:tblPr/>
      <w:tcPr>
        <w:shd w:val="clear" w:color="auto" w:fill="EAB8E3" w:themeFill="accent3"/>
      </w:tcPr>
    </w:tblStylePr>
    <w:tblStylePr w:type="lastRow">
      <w:pPr>
        <w:spacing w:before="0" w:after="0" w:line="240" w:lineRule="auto"/>
      </w:pPr>
      <w:rPr>
        <w:b/>
        <w:bCs/>
      </w:rPr>
      <w:tblPr/>
      <w:tcPr>
        <w:tcBorders>
          <w:top w:val="double" w:sz="6" w:space="0" w:color="EAB8E3" w:themeColor="accent3"/>
          <w:left w:val="single" w:sz="8" w:space="0" w:color="EAB8E3" w:themeColor="accent3"/>
          <w:bottom w:val="single" w:sz="8" w:space="0" w:color="EAB8E3" w:themeColor="accent3"/>
          <w:right w:val="single" w:sz="8" w:space="0" w:color="EAB8E3" w:themeColor="accent3"/>
        </w:tcBorders>
      </w:tcPr>
    </w:tblStylePr>
    <w:tblStylePr w:type="firstCol">
      <w:rPr>
        <w:b/>
        <w:bCs/>
      </w:rPr>
    </w:tblStylePr>
    <w:tblStylePr w:type="lastCol">
      <w:rPr>
        <w:b/>
        <w:bCs/>
      </w:rPr>
    </w:tblStylePr>
    <w:tblStylePr w:type="band1Vert">
      <w:tblPr/>
      <w:tcPr>
        <w:tcBorders>
          <w:top w:val="single" w:sz="8" w:space="0" w:color="EAB8E3" w:themeColor="accent3"/>
          <w:left w:val="single" w:sz="8" w:space="0" w:color="EAB8E3" w:themeColor="accent3"/>
          <w:bottom w:val="single" w:sz="8" w:space="0" w:color="EAB8E3" w:themeColor="accent3"/>
          <w:right w:val="single" w:sz="8" w:space="0" w:color="EAB8E3" w:themeColor="accent3"/>
        </w:tcBorders>
      </w:tcPr>
    </w:tblStylePr>
    <w:tblStylePr w:type="band1Horz">
      <w:tblPr/>
      <w:tcPr>
        <w:tcBorders>
          <w:top w:val="single" w:sz="8" w:space="0" w:color="EAB8E3" w:themeColor="accent3"/>
          <w:left w:val="single" w:sz="8" w:space="0" w:color="EAB8E3" w:themeColor="accent3"/>
          <w:bottom w:val="single" w:sz="8" w:space="0" w:color="EAB8E3" w:themeColor="accent3"/>
          <w:right w:val="single" w:sz="8" w:space="0" w:color="EAB8E3"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8200" w:themeColor="accent4"/>
        <w:left w:val="single" w:sz="8" w:space="0" w:color="FF8200" w:themeColor="accent4"/>
        <w:bottom w:val="single" w:sz="8" w:space="0" w:color="FF8200" w:themeColor="accent4"/>
        <w:right w:val="single" w:sz="8" w:space="0" w:color="FF8200" w:themeColor="accent4"/>
      </w:tblBorders>
    </w:tblPr>
    <w:tblStylePr w:type="firstRow">
      <w:pPr>
        <w:spacing w:before="0" w:after="0" w:line="240" w:lineRule="auto"/>
      </w:pPr>
      <w:rPr>
        <w:b/>
        <w:bCs/>
        <w:color w:val="F6F5F0" w:themeColor="background1"/>
      </w:rPr>
      <w:tblPr/>
      <w:tcPr>
        <w:shd w:val="clear" w:color="auto" w:fill="FF8200" w:themeFill="accent4"/>
      </w:tcPr>
    </w:tblStylePr>
    <w:tblStylePr w:type="lastRow">
      <w:pPr>
        <w:spacing w:before="0" w:after="0" w:line="240" w:lineRule="auto"/>
      </w:pPr>
      <w:rPr>
        <w:b/>
        <w:bCs/>
      </w:rPr>
      <w:tblPr/>
      <w:tcPr>
        <w:tcBorders>
          <w:top w:val="double" w:sz="6" w:space="0" w:color="FF8200" w:themeColor="accent4"/>
          <w:left w:val="single" w:sz="8" w:space="0" w:color="FF8200" w:themeColor="accent4"/>
          <w:bottom w:val="single" w:sz="8" w:space="0" w:color="FF8200" w:themeColor="accent4"/>
          <w:right w:val="single" w:sz="8" w:space="0" w:color="FF8200" w:themeColor="accent4"/>
        </w:tcBorders>
      </w:tcPr>
    </w:tblStylePr>
    <w:tblStylePr w:type="firstCol">
      <w:rPr>
        <w:b/>
        <w:bCs/>
      </w:rPr>
    </w:tblStylePr>
    <w:tblStylePr w:type="lastCol">
      <w:rPr>
        <w:b/>
        <w:bCs/>
      </w:rPr>
    </w:tblStylePr>
    <w:tblStylePr w:type="band1Vert">
      <w:tblPr/>
      <w:tcPr>
        <w:tcBorders>
          <w:top w:val="single" w:sz="8" w:space="0" w:color="FF8200" w:themeColor="accent4"/>
          <w:left w:val="single" w:sz="8" w:space="0" w:color="FF8200" w:themeColor="accent4"/>
          <w:bottom w:val="single" w:sz="8" w:space="0" w:color="FF8200" w:themeColor="accent4"/>
          <w:right w:val="single" w:sz="8" w:space="0" w:color="FF8200" w:themeColor="accent4"/>
        </w:tcBorders>
      </w:tcPr>
    </w:tblStylePr>
    <w:tblStylePr w:type="band1Horz">
      <w:tblPr/>
      <w:tcPr>
        <w:tcBorders>
          <w:top w:val="single" w:sz="8" w:space="0" w:color="FF8200" w:themeColor="accent4"/>
          <w:left w:val="single" w:sz="8" w:space="0" w:color="FF8200" w:themeColor="accent4"/>
          <w:bottom w:val="single" w:sz="8" w:space="0" w:color="FF8200" w:themeColor="accent4"/>
          <w:right w:val="single" w:sz="8" w:space="0" w:color="FF82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FFC845" w:themeColor="accent5"/>
        <w:left w:val="single" w:sz="8" w:space="0" w:color="FFC845" w:themeColor="accent5"/>
        <w:bottom w:val="single" w:sz="8" w:space="0" w:color="FFC845" w:themeColor="accent5"/>
        <w:right w:val="single" w:sz="8" w:space="0" w:color="FFC845" w:themeColor="accent5"/>
      </w:tblBorders>
    </w:tblPr>
    <w:tblStylePr w:type="firstRow">
      <w:pPr>
        <w:spacing w:before="0" w:after="0" w:line="240" w:lineRule="auto"/>
      </w:pPr>
      <w:rPr>
        <w:b/>
        <w:bCs/>
        <w:color w:val="F6F5F0" w:themeColor="background1"/>
      </w:rPr>
      <w:tblPr/>
      <w:tcPr>
        <w:shd w:val="clear" w:color="auto" w:fill="FFC845" w:themeFill="accent5"/>
      </w:tcPr>
    </w:tblStylePr>
    <w:tblStylePr w:type="lastRow">
      <w:pPr>
        <w:spacing w:before="0" w:after="0" w:line="240" w:lineRule="auto"/>
      </w:pPr>
      <w:rPr>
        <w:b/>
        <w:bCs/>
      </w:rPr>
      <w:tblPr/>
      <w:tcPr>
        <w:tcBorders>
          <w:top w:val="double" w:sz="6" w:space="0" w:color="FFC845" w:themeColor="accent5"/>
          <w:left w:val="single" w:sz="8" w:space="0" w:color="FFC845" w:themeColor="accent5"/>
          <w:bottom w:val="single" w:sz="8" w:space="0" w:color="FFC845" w:themeColor="accent5"/>
          <w:right w:val="single" w:sz="8" w:space="0" w:color="FFC845" w:themeColor="accent5"/>
        </w:tcBorders>
      </w:tcPr>
    </w:tblStylePr>
    <w:tblStylePr w:type="firstCol">
      <w:rPr>
        <w:b/>
        <w:bCs/>
      </w:rPr>
    </w:tblStylePr>
    <w:tblStylePr w:type="lastCol">
      <w:rPr>
        <w:b/>
        <w:bCs/>
      </w:rPr>
    </w:tblStylePr>
    <w:tblStylePr w:type="band1Vert">
      <w:tblPr/>
      <w:tcPr>
        <w:tcBorders>
          <w:top w:val="single" w:sz="8" w:space="0" w:color="FFC845" w:themeColor="accent5"/>
          <w:left w:val="single" w:sz="8" w:space="0" w:color="FFC845" w:themeColor="accent5"/>
          <w:bottom w:val="single" w:sz="8" w:space="0" w:color="FFC845" w:themeColor="accent5"/>
          <w:right w:val="single" w:sz="8" w:space="0" w:color="FFC845" w:themeColor="accent5"/>
        </w:tcBorders>
      </w:tcPr>
    </w:tblStylePr>
    <w:tblStylePr w:type="band1Horz">
      <w:tblPr/>
      <w:tcPr>
        <w:tcBorders>
          <w:top w:val="single" w:sz="8" w:space="0" w:color="FFC845" w:themeColor="accent5"/>
          <w:left w:val="single" w:sz="8" w:space="0" w:color="FFC845" w:themeColor="accent5"/>
          <w:bottom w:val="single" w:sz="8" w:space="0" w:color="FFC845" w:themeColor="accent5"/>
          <w:right w:val="single" w:sz="8" w:space="0" w:color="FFC84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890A5" w:themeColor="accent6"/>
        <w:left w:val="single" w:sz="8" w:space="0" w:color="F890A5" w:themeColor="accent6"/>
        <w:bottom w:val="single" w:sz="8" w:space="0" w:color="F890A5" w:themeColor="accent6"/>
        <w:right w:val="single" w:sz="8" w:space="0" w:color="F890A5" w:themeColor="accent6"/>
      </w:tblBorders>
    </w:tblPr>
    <w:tblStylePr w:type="firstRow">
      <w:pPr>
        <w:spacing w:before="0" w:after="0" w:line="240" w:lineRule="auto"/>
      </w:pPr>
      <w:rPr>
        <w:b/>
        <w:bCs/>
        <w:color w:val="F6F5F0" w:themeColor="background1"/>
      </w:rPr>
      <w:tblPr/>
      <w:tcPr>
        <w:shd w:val="clear" w:color="auto" w:fill="F890A5" w:themeFill="accent6"/>
      </w:tcPr>
    </w:tblStylePr>
    <w:tblStylePr w:type="lastRow">
      <w:pPr>
        <w:spacing w:before="0" w:after="0" w:line="240" w:lineRule="auto"/>
      </w:pPr>
      <w:rPr>
        <w:b/>
        <w:bCs/>
      </w:rPr>
      <w:tblPr/>
      <w:tcPr>
        <w:tcBorders>
          <w:top w:val="double" w:sz="6" w:space="0" w:color="F890A5" w:themeColor="accent6"/>
          <w:left w:val="single" w:sz="8" w:space="0" w:color="F890A5" w:themeColor="accent6"/>
          <w:bottom w:val="single" w:sz="8" w:space="0" w:color="F890A5" w:themeColor="accent6"/>
          <w:right w:val="single" w:sz="8" w:space="0" w:color="F890A5" w:themeColor="accent6"/>
        </w:tcBorders>
      </w:tcPr>
    </w:tblStylePr>
    <w:tblStylePr w:type="firstCol">
      <w:rPr>
        <w:b/>
        <w:bCs/>
      </w:rPr>
    </w:tblStylePr>
    <w:tblStylePr w:type="lastCol">
      <w:rPr>
        <w:b/>
        <w:bCs/>
      </w:rPr>
    </w:tblStylePr>
    <w:tblStylePr w:type="band1Vert">
      <w:tblPr/>
      <w:tcPr>
        <w:tcBorders>
          <w:top w:val="single" w:sz="8" w:space="0" w:color="F890A5" w:themeColor="accent6"/>
          <w:left w:val="single" w:sz="8" w:space="0" w:color="F890A5" w:themeColor="accent6"/>
          <w:bottom w:val="single" w:sz="8" w:space="0" w:color="F890A5" w:themeColor="accent6"/>
          <w:right w:val="single" w:sz="8" w:space="0" w:color="F890A5" w:themeColor="accent6"/>
        </w:tcBorders>
      </w:tcPr>
    </w:tblStylePr>
    <w:tblStylePr w:type="band1Horz">
      <w:tblPr/>
      <w:tcPr>
        <w:tcBorders>
          <w:top w:val="single" w:sz="8" w:space="0" w:color="F890A5" w:themeColor="accent6"/>
          <w:left w:val="single" w:sz="8" w:space="0" w:color="F890A5" w:themeColor="accent6"/>
          <w:bottom w:val="single" w:sz="8" w:space="0" w:color="F890A5" w:themeColor="accent6"/>
          <w:right w:val="single" w:sz="8" w:space="0" w:color="F890A5"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282828" w:themeColor="text1"/>
        <w:left w:val="single" w:sz="8" w:space="0" w:color="282828" w:themeColor="text1"/>
        <w:bottom w:val="single" w:sz="8" w:space="0" w:color="282828" w:themeColor="text1"/>
        <w:right w:val="single" w:sz="8" w:space="0" w:color="282828" w:themeColor="text1"/>
        <w:insideH w:val="single" w:sz="8" w:space="0" w:color="282828" w:themeColor="text1"/>
        <w:insideV w:val="single" w:sz="8" w:space="0" w:color="282828"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82828" w:themeColor="text1"/>
          <w:left w:val="single" w:sz="8" w:space="0" w:color="282828" w:themeColor="text1"/>
          <w:bottom w:val="single" w:sz="18" w:space="0" w:color="282828" w:themeColor="text1"/>
          <w:right w:val="single" w:sz="8" w:space="0" w:color="282828" w:themeColor="text1"/>
          <w:insideH w:val="nil"/>
          <w:insideV w:val="single" w:sz="8" w:space="0" w:color="282828"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82828" w:themeColor="text1"/>
          <w:left w:val="single" w:sz="8" w:space="0" w:color="282828" w:themeColor="text1"/>
          <w:bottom w:val="single" w:sz="8" w:space="0" w:color="282828" w:themeColor="text1"/>
          <w:right w:val="single" w:sz="8" w:space="0" w:color="282828" w:themeColor="text1"/>
          <w:insideH w:val="nil"/>
          <w:insideV w:val="single" w:sz="8" w:space="0" w:color="282828"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82828" w:themeColor="text1"/>
          <w:left w:val="single" w:sz="8" w:space="0" w:color="282828" w:themeColor="text1"/>
          <w:bottom w:val="single" w:sz="8" w:space="0" w:color="282828" w:themeColor="text1"/>
          <w:right w:val="single" w:sz="8" w:space="0" w:color="282828" w:themeColor="text1"/>
        </w:tcBorders>
      </w:tcPr>
    </w:tblStylePr>
    <w:tblStylePr w:type="band1Vert">
      <w:tblPr/>
      <w:tcPr>
        <w:tcBorders>
          <w:top w:val="single" w:sz="8" w:space="0" w:color="282828" w:themeColor="text1"/>
          <w:left w:val="single" w:sz="8" w:space="0" w:color="282828" w:themeColor="text1"/>
          <w:bottom w:val="single" w:sz="8" w:space="0" w:color="282828" w:themeColor="text1"/>
          <w:right w:val="single" w:sz="8" w:space="0" w:color="282828" w:themeColor="text1"/>
        </w:tcBorders>
        <w:shd w:val="clear" w:color="auto" w:fill="C9C9C9" w:themeFill="text1" w:themeFillTint="3F"/>
      </w:tcPr>
    </w:tblStylePr>
    <w:tblStylePr w:type="band1Horz">
      <w:tblPr/>
      <w:tcPr>
        <w:tcBorders>
          <w:top w:val="single" w:sz="8" w:space="0" w:color="282828" w:themeColor="text1"/>
          <w:left w:val="single" w:sz="8" w:space="0" w:color="282828" w:themeColor="text1"/>
          <w:bottom w:val="single" w:sz="8" w:space="0" w:color="282828" w:themeColor="text1"/>
          <w:right w:val="single" w:sz="8" w:space="0" w:color="282828" w:themeColor="text1"/>
          <w:insideV w:val="single" w:sz="8" w:space="0" w:color="282828" w:themeColor="text1"/>
        </w:tcBorders>
        <w:shd w:val="clear" w:color="auto" w:fill="C9C9C9" w:themeFill="text1" w:themeFillTint="3F"/>
      </w:tcPr>
    </w:tblStylePr>
    <w:tblStylePr w:type="band2Horz">
      <w:tblPr/>
      <w:tcPr>
        <w:tcBorders>
          <w:top w:val="single" w:sz="8" w:space="0" w:color="282828" w:themeColor="text1"/>
          <w:left w:val="single" w:sz="8" w:space="0" w:color="282828" w:themeColor="text1"/>
          <w:bottom w:val="single" w:sz="8" w:space="0" w:color="282828" w:themeColor="text1"/>
          <w:right w:val="single" w:sz="8" w:space="0" w:color="282828" w:themeColor="text1"/>
          <w:insideV w:val="single" w:sz="8" w:space="0" w:color="282828"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792881" w:themeColor="accent1"/>
        <w:left w:val="single" w:sz="8" w:space="0" w:color="792881" w:themeColor="accent1"/>
        <w:bottom w:val="single" w:sz="8" w:space="0" w:color="792881" w:themeColor="accent1"/>
        <w:right w:val="single" w:sz="8" w:space="0" w:color="792881" w:themeColor="accent1"/>
        <w:insideH w:val="single" w:sz="8" w:space="0" w:color="792881" w:themeColor="accent1"/>
        <w:insideV w:val="single" w:sz="8" w:space="0" w:color="792881"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92881" w:themeColor="accent1"/>
          <w:left w:val="single" w:sz="8" w:space="0" w:color="792881" w:themeColor="accent1"/>
          <w:bottom w:val="single" w:sz="18" w:space="0" w:color="792881" w:themeColor="accent1"/>
          <w:right w:val="single" w:sz="8" w:space="0" w:color="792881" w:themeColor="accent1"/>
          <w:insideH w:val="nil"/>
          <w:insideV w:val="single" w:sz="8" w:space="0" w:color="792881"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92881" w:themeColor="accent1"/>
          <w:left w:val="single" w:sz="8" w:space="0" w:color="792881" w:themeColor="accent1"/>
          <w:bottom w:val="single" w:sz="8" w:space="0" w:color="792881" w:themeColor="accent1"/>
          <w:right w:val="single" w:sz="8" w:space="0" w:color="792881" w:themeColor="accent1"/>
          <w:insideH w:val="nil"/>
          <w:insideV w:val="single" w:sz="8" w:space="0" w:color="792881"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92881" w:themeColor="accent1"/>
          <w:left w:val="single" w:sz="8" w:space="0" w:color="792881" w:themeColor="accent1"/>
          <w:bottom w:val="single" w:sz="8" w:space="0" w:color="792881" w:themeColor="accent1"/>
          <w:right w:val="single" w:sz="8" w:space="0" w:color="792881" w:themeColor="accent1"/>
        </w:tcBorders>
      </w:tcPr>
    </w:tblStylePr>
    <w:tblStylePr w:type="band1Vert">
      <w:tblPr/>
      <w:tcPr>
        <w:tcBorders>
          <w:top w:val="single" w:sz="8" w:space="0" w:color="792881" w:themeColor="accent1"/>
          <w:left w:val="single" w:sz="8" w:space="0" w:color="792881" w:themeColor="accent1"/>
          <w:bottom w:val="single" w:sz="8" w:space="0" w:color="792881" w:themeColor="accent1"/>
          <w:right w:val="single" w:sz="8" w:space="0" w:color="792881" w:themeColor="accent1"/>
        </w:tcBorders>
        <w:shd w:val="clear" w:color="auto" w:fill="E7BEEB" w:themeFill="accent1" w:themeFillTint="3F"/>
      </w:tcPr>
    </w:tblStylePr>
    <w:tblStylePr w:type="band1Horz">
      <w:tblPr/>
      <w:tcPr>
        <w:tcBorders>
          <w:top w:val="single" w:sz="8" w:space="0" w:color="792881" w:themeColor="accent1"/>
          <w:left w:val="single" w:sz="8" w:space="0" w:color="792881" w:themeColor="accent1"/>
          <w:bottom w:val="single" w:sz="8" w:space="0" w:color="792881" w:themeColor="accent1"/>
          <w:right w:val="single" w:sz="8" w:space="0" w:color="792881" w:themeColor="accent1"/>
          <w:insideV w:val="single" w:sz="8" w:space="0" w:color="792881" w:themeColor="accent1"/>
        </w:tcBorders>
        <w:shd w:val="clear" w:color="auto" w:fill="E7BEEB" w:themeFill="accent1" w:themeFillTint="3F"/>
      </w:tcPr>
    </w:tblStylePr>
    <w:tblStylePr w:type="band2Horz">
      <w:tblPr/>
      <w:tcPr>
        <w:tcBorders>
          <w:top w:val="single" w:sz="8" w:space="0" w:color="792881" w:themeColor="accent1"/>
          <w:left w:val="single" w:sz="8" w:space="0" w:color="792881" w:themeColor="accent1"/>
          <w:bottom w:val="single" w:sz="8" w:space="0" w:color="792881" w:themeColor="accent1"/>
          <w:right w:val="single" w:sz="8" w:space="0" w:color="792881" w:themeColor="accent1"/>
          <w:insideV w:val="single" w:sz="8" w:space="0" w:color="792881"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A35BB3" w:themeColor="accent2"/>
        <w:left w:val="single" w:sz="8" w:space="0" w:color="A35BB3" w:themeColor="accent2"/>
        <w:bottom w:val="single" w:sz="8" w:space="0" w:color="A35BB3" w:themeColor="accent2"/>
        <w:right w:val="single" w:sz="8" w:space="0" w:color="A35BB3" w:themeColor="accent2"/>
        <w:insideH w:val="single" w:sz="8" w:space="0" w:color="A35BB3" w:themeColor="accent2"/>
        <w:insideV w:val="single" w:sz="8" w:space="0" w:color="A35BB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35BB3" w:themeColor="accent2"/>
          <w:left w:val="single" w:sz="8" w:space="0" w:color="A35BB3" w:themeColor="accent2"/>
          <w:bottom w:val="single" w:sz="18" w:space="0" w:color="A35BB3" w:themeColor="accent2"/>
          <w:right w:val="single" w:sz="8" w:space="0" w:color="A35BB3" w:themeColor="accent2"/>
          <w:insideH w:val="nil"/>
          <w:insideV w:val="single" w:sz="8" w:space="0" w:color="A35BB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35BB3" w:themeColor="accent2"/>
          <w:left w:val="single" w:sz="8" w:space="0" w:color="A35BB3" w:themeColor="accent2"/>
          <w:bottom w:val="single" w:sz="8" w:space="0" w:color="A35BB3" w:themeColor="accent2"/>
          <w:right w:val="single" w:sz="8" w:space="0" w:color="A35BB3" w:themeColor="accent2"/>
          <w:insideH w:val="nil"/>
          <w:insideV w:val="single" w:sz="8" w:space="0" w:color="A35BB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35BB3" w:themeColor="accent2"/>
          <w:left w:val="single" w:sz="8" w:space="0" w:color="A35BB3" w:themeColor="accent2"/>
          <w:bottom w:val="single" w:sz="8" w:space="0" w:color="A35BB3" w:themeColor="accent2"/>
          <w:right w:val="single" w:sz="8" w:space="0" w:color="A35BB3" w:themeColor="accent2"/>
        </w:tcBorders>
      </w:tcPr>
    </w:tblStylePr>
    <w:tblStylePr w:type="band1Vert">
      <w:tblPr/>
      <w:tcPr>
        <w:tcBorders>
          <w:top w:val="single" w:sz="8" w:space="0" w:color="A35BB3" w:themeColor="accent2"/>
          <w:left w:val="single" w:sz="8" w:space="0" w:color="A35BB3" w:themeColor="accent2"/>
          <w:bottom w:val="single" w:sz="8" w:space="0" w:color="A35BB3" w:themeColor="accent2"/>
          <w:right w:val="single" w:sz="8" w:space="0" w:color="A35BB3" w:themeColor="accent2"/>
        </w:tcBorders>
        <w:shd w:val="clear" w:color="auto" w:fill="E8D6EC" w:themeFill="accent2" w:themeFillTint="3F"/>
      </w:tcPr>
    </w:tblStylePr>
    <w:tblStylePr w:type="band1Horz">
      <w:tblPr/>
      <w:tcPr>
        <w:tcBorders>
          <w:top w:val="single" w:sz="8" w:space="0" w:color="A35BB3" w:themeColor="accent2"/>
          <w:left w:val="single" w:sz="8" w:space="0" w:color="A35BB3" w:themeColor="accent2"/>
          <w:bottom w:val="single" w:sz="8" w:space="0" w:color="A35BB3" w:themeColor="accent2"/>
          <w:right w:val="single" w:sz="8" w:space="0" w:color="A35BB3" w:themeColor="accent2"/>
          <w:insideV w:val="single" w:sz="8" w:space="0" w:color="A35BB3" w:themeColor="accent2"/>
        </w:tcBorders>
        <w:shd w:val="clear" w:color="auto" w:fill="E8D6EC" w:themeFill="accent2" w:themeFillTint="3F"/>
      </w:tcPr>
    </w:tblStylePr>
    <w:tblStylePr w:type="band2Horz">
      <w:tblPr/>
      <w:tcPr>
        <w:tcBorders>
          <w:top w:val="single" w:sz="8" w:space="0" w:color="A35BB3" w:themeColor="accent2"/>
          <w:left w:val="single" w:sz="8" w:space="0" w:color="A35BB3" w:themeColor="accent2"/>
          <w:bottom w:val="single" w:sz="8" w:space="0" w:color="A35BB3" w:themeColor="accent2"/>
          <w:right w:val="single" w:sz="8" w:space="0" w:color="A35BB3" w:themeColor="accent2"/>
          <w:insideV w:val="single" w:sz="8" w:space="0" w:color="A35BB3"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EAB8E3" w:themeColor="accent3"/>
        <w:left w:val="single" w:sz="8" w:space="0" w:color="EAB8E3" w:themeColor="accent3"/>
        <w:bottom w:val="single" w:sz="8" w:space="0" w:color="EAB8E3" w:themeColor="accent3"/>
        <w:right w:val="single" w:sz="8" w:space="0" w:color="EAB8E3" w:themeColor="accent3"/>
        <w:insideH w:val="single" w:sz="8" w:space="0" w:color="EAB8E3" w:themeColor="accent3"/>
        <w:insideV w:val="single" w:sz="8" w:space="0" w:color="EAB8E3"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AB8E3" w:themeColor="accent3"/>
          <w:left w:val="single" w:sz="8" w:space="0" w:color="EAB8E3" w:themeColor="accent3"/>
          <w:bottom w:val="single" w:sz="18" w:space="0" w:color="EAB8E3" w:themeColor="accent3"/>
          <w:right w:val="single" w:sz="8" w:space="0" w:color="EAB8E3" w:themeColor="accent3"/>
          <w:insideH w:val="nil"/>
          <w:insideV w:val="single" w:sz="8" w:space="0" w:color="EAB8E3"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AB8E3" w:themeColor="accent3"/>
          <w:left w:val="single" w:sz="8" w:space="0" w:color="EAB8E3" w:themeColor="accent3"/>
          <w:bottom w:val="single" w:sz="8" w:space="0" w:color="EAB8E3" w:themeColor="accent3"/>
          <w:right w:val="single" w:sz="8" w:space="0" w:color="EAB8E3" w:themeColor="accent3"/>
          <w:insideH w:val="nil"/>
          <w:insideV w:val="single" w:sz="8" w:space="0" w:color="EAB8E3"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AB8E3" w:themeColor="accent3"/>
          <w:left w:val="single" w:sz="8" w:space="0" w:color="EAB8E3" w:themeColor="accent3"/>
          <w:bottom w:val="single" w:sz="8" w:space="0" w:color="EAB8E3" w:themeColor="accent3"/>
          <w:right w:val="single" w:sz="8" w:space="0" w:color="EAB8E3" w:themeColor="accent3"/>
        </w:tcBorders>
      </w:tcPr>
    </w:tblStylePr>
    <w:tblStylePr w:type="band1Vert">
      <w:tblPr/>
      <w:tcPr>
        <w:tcBorders>
          <w:top w:val="single" w:sz="8" w:space="0" w:color="EAB8E3" w:themeColor="accent3"/>
          <w:left w:val="single" w:sz="8" w:space="0" w:color="EAB8E3" w:themeColor="accent3"/>
          <w:bottom w:val="single" w:sz="8" w:space="0" w:color="EAB8E3" w:themeColor="accent3"/>
          <w:right w:val="single" w:sz="8" w:space="0" w:color="EAB8E3" w:themeColor="accent3"/>
        </w:tcBorders>
        <w:shd w:val="clear" w:color="auto" w:fill="F9EDF8" w:themeFill="accent3" w:themeFillTint="3F"/>
      </w:tcPr>
    </w:tblStylePr>
    <w:tblStylePr w:type="band1Horz">
      <w:tblPr/>
      <w:tcPr>
        <w:tcBorders>
          <w:top w:val="single" w:sz="8" w:space="0" w:color="EAB8E3" w:themeColor="accent3"/>
          <w:left w:val="single" w:sz="8" w:space="0" w:color="EAB8E3" w:themeColor="accent3"/>
          <w:bottom w:val="single" w:sz="8" w:space="0" w:color="EAB8E3" w:themeColor="accent3"/>
          <w:right w:val="single" w:sz="8" w:space="0" w:color="EAB8E3" w:themeColor="accent3"/>
          <w:insideV w:val="single" w:sz="8" w:space="0" w:color="EAB8E3" w:themeColor="accent3"/>
        </w:tcBorders>
        <w:shd w:val="clear" w:color="auto" w:fill="F9EDF8" w:themeFill="accent3" w:themeFillTint="3F"/>
      </w:tcPr>
    </w:tblStylePr>
    <w:tblStylePr w:type="band2Horz">
      <w:tblPr/>
      <w:tcPr>
        <w:tcBorders>
          <w:top w:val="single" w:sz="8" w:space="0" w:color="EAB8E3" w:themeColor="accent3"/>
          <w:left w:val="single" w:sz="8" w:space="0" w:color="EAB8E3" w:themeColor="accent3"/>
          <w:bottom w:val="single" w:sz="8" w:space="0" w:color="EAB8E3" w:themeColor="accent3"/>
          <w:right w:val="single" w:sz="8" w:space="0" w:color="EAB8E3" w:themeColor="accent3"/>
          <w:insideV w:val="single" w:sz="8" w:space="0" w:color="EAB8E3"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8200" w:themeColor="accent4"/>
        <w:left w:val="single" w:sz="8" w:space="0" w:color="FF8200" w:themeColor="accent4"/>
        <w:bottom w:val="single" w:sz="8" w:space="0" w:color="FF8200" w:themeColor="accent4"/>
        <w:right w:val="single" w:sz="8" w:space="0" w:color="FF8200" w:themeColor="accent4"/>
        <w:insideH w:val="single" w:sz="8" w:space="0" w:color="FF8200" w:themeColor="accent4"/>
        <w:insideV w:val="single" w:sz="8" w:space="0" w:color="FF82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8200" w:themeColor="accent4"/>
          <w:left w:val="single" w:sz="8" w:space="0" w:color="FF8200" w:themeColor="accent4"/>
          <w:bottom w:val="single" w:sz="18" w:space="0" w:color="FF8200" w:themeColor="accent4"/>
          <w:right w:val="single" w:sz="8" w:space="0" w:color="FF8200" w:themeColor="accent4"/>
          <w:insideH w:val="nil"/>
          <w:insideV w:val="single" w:sz="8" w:space="0" w:color="FF82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8200" w:themeColor="accent4"/>
          <w:left w:val="single" w:sz="8" w:space="0" w:color="FF8200" w:themeColor="accent4"/>
          <w:bottom w:val="single" w:sz="8" w:space="0" w:color="FF8200" w:themeColor="accent4"/>
          <w:right w:val="single" w:sz="8" w:space="0" w:color="FF8200" w:themeColor="accent4"/>
          <w:insideH w:val="nil"/>
          <w:insideV w:val="single" w:sz="8" w:space="0" w:color="FF82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8200" w:themeColor="accent4"/>
          <w:left w:val="single" w:sz="8" w:space="0" w:color="FF8200" w:themeColor="accent4"/>
          <w:bottom w:val="single" w:sz="8" w:space="0" w:color="FF8200" w:themeColor="accent4"/>
          <w:right w:val="single" w:sz="8" w:space="0" w:color="FF8200" w:themeColor="accent4"/>
        </w:tcBorders>
      </w:tcPr>
    </w:tblStylePr>
    <w:tblStylePr w:type="band1Vert">
      <w:tblPr/>
      <w:tcPr>
        <w:tcBorders>
          <w:top w:val="single" w:sz="8" w:space="0" w:color="FF8200" w:themeColor="accent4"/>
          <w:left w:val="single" w:sz="8" w:space="0" w:color="FF8200" w:themeColor="accent4"/>
          <w:bottom w:val="single" w:sz="8" w:space="0" w:color="FF8200" w:themeColor="accent4"/>
          <w:right w:val="single" w:sz="8" w:space="0" w:color="FF8200" w:themeColor="accent4"/>
        </w:tcBorders>
        <w:shd w:val="clear" w:color="auto" w:fill="FFE0C0" w:themeFill="accent4" w:themeFillTint="3F"/>
      </w:tcPr>
    </w:tblStylePr>
    <w:tblStylePr w:type="band1Horz">
      <w:tblPr/>
      <w:tcPr>
        <w:tcBorders>
          <w:top w:val="single" w:sz="8" w:space="0" w:color="FF8200" w:themeColor="accent4"/>
          <w:left w:val="single" w:sz="8" w:space="0" w:color="FF8200" w:themeColor="accent4"/>
          <w:bottom w:val="single" w:sz="8" w:space="0" w:color="FF8200" w:themeColor="accent4"/>
          <w:right w:val="single" w:sz="8" w:space="0" w:color="FF8200" w:themeColor="accent4"/>
          <w:insideV w:val="single" w:sz="8" w:space="0" w:color="FF8200" w:themeColor="accent4"/>
        </w:tcBorders>
        <w:shd w:val="clear" w:color="auto" w:fill="FFE0C0" w:themeFill="accent4" w:themeFillTint="3F"/>
      </w:tcPr>
    </w:tblStylePr>
    <w:tblStylePr w:type="band2Horz">
      <w:tblPr/>
      <w:tcPr>
        <w:tcBorders>
          <w:top w:val="single" w:sz="8" w:space="0" w:color="FF8200" w:themeColor="accent4"/>
          <w:left w:val="single" w:sz="8" w:space="0" w:color="FF8200" w:themeColor="accent4"/>
          <w:bottom w:val="single" w:sz="8" w:space="0" w:color="FF8200" w:themeColor="accent4"/>
          <w:right w:val="single" w:sz="8" w:space="0" w:color="FF8200" w:themeColor="accent4"/>
          <w:insideV w:val="single" w:sz="8" w:space="0" w:color="FF82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FFC845" w:themeColor="accent5"/>
        <w:left w:val="single" w:sz="8" w:space="0" w:color="FFC845" w:themeColor="accent5"/>
        <w:bottom w:val="single" w:sz="8" w:space="0" w:color="FFC845" w:themeColor="accent5"/>
        <w:right w:val="single" w:sz="8" w:space="0" w:color="FFC845" w:themeColor="accent5"/>
        <w:insideH w:val="single" w:sz="8" w:space="0" w:color="FFC845" w:themeColor="accent5"/>
        <w:insideV w:val="single" w:sz="8" w:space="0" w:color="FFC84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845" w:themeColor="accent5"/>
          <w:left w:val="single" w:sz="8" w:space="0" w:color="FFC845" w:themeColor="accent5"/>
          <w:bottom w:val="single" w:sz="18" w:space="0" w:color="FFC845" w:themeColor="accent5"/>
          <w:right w:val="single" w:sz="8" w:space="0" w:color="FFC845" w:themeColor="accent5"/>
          <w:insideH w:val="nil"/>
          <w:insideV w:val="single" w:sz="8" w:space="0" w:color="FFC84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845" w:themeColor="accent5"/>
          <w:left w:val="single" w:sz="8" w:space="0" w:color="FFC845" w:themeColor="accent5"/>
          <w:bottom w:val="single" w:sz="8" w:space="0" w:color="FFC845" w:themeColor="accent5"/>
          <w:right w:val="single" w:sz="8" w:space="0" w:color="FFC845" w:themeColor="accent5"/>
          <w:insideH w:val="nil"/>
          <w:insideV w:val="single" w:sz="8" w:space="0" w:color="FFC84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845" w:themeColor="accent5"/>
          <w:left w:val="single" w:sz="8" w:space="0" w:color="FFC845" w:themeColor="accent5"/>
          <w:bottom w:val="single" w:sz="8" w:space="0" w:color="FFC845" w:themeColor="accent5"/>
          <w:right w:val="single" w:sz="8" w:space="0" w:color="FFC845" w:themeColor="accent5"/>
        </w:tcBorders>
      </w:tcPr>
    </w:tblStylePr>
    <w:tblStylePr w:type="band1Vert">
      <w:tblPr/>
      <w:tcPr>
        <w:tcBorders>
          <w:top w:val="single" w:sz="8" w:space="0" w:color="FFC845" w:themeColor="accent5"/>
          <w:left w:val="single" w:sz="8" w:space="0" w:color="FFC845" w:themeColor="accent5"/>
          <w:bottom w:val="single" w:sz="8" w:space="0" w:color="FFC845" w:themeColor="accent5"/>
          <w:right w:val="single" w:sz="8" w:space="0" w:color="FFC845" w:themeColor="accent5"/>
        </w:tcBorders>
        <w:shd w:val="clear" w:color="auto" w:fill="FFF1D1" w:themeFill="accent5" w:themeFillTint="3F"/>
      </w:tcPr>
    </w:tblStylePr>
    <w:tblStylePr w:type="band1Horz">
      <w:tblPr/>
      <w:tcPr>
        <w:tcBorders>
          <w:top w:val="single" w:sz="8" w:space="0" w:color="FFC845" w:themeColor="accent5"/>
          <w:left w:val="single" w:sz="8" w:space="0" w:color="FFC845" w:themeColor="accent5"/>
          <w:bottom w:val="single" w:sz="8" w:space="0" w:color="FFC845" w:themeColor="accent5"/>
          <w:right w:val="single" w:sz="8" w:space="0" w:color="FFC845" w:themeColor="accent5"/>
          <w:insideV w:val="single" w:sz="8" w:space="0" w:color="FFC845" w:themeColor="accent5"/>
        </w:tcBorders>
        <w:shd w:val="clear" w:color="auto" w:fill="FFF1D1" w:themeFill="accent5" w:themeFillTint="3F"/>
      </w:tcPr>
    </w:tblStylePr>
    <w:tblStylePr w:type="band2Horz">
      <w:tblPr/>
      <w:tcPr>
        <w:tcBorders>
          <w:top w:val="single" w:sz="8" w:space="0" w:color="FFC845" w:themeColor="accent5"/>
          <w:left w:val="single" w:sz="8" w:space="0" w:color="FFC845" w:themeColor="accent5"/>
          <w:bottom w:val="single" w:sz="8" w:space="0" w:color="FFC845" w:themeColor="accent5"/>
          <w:right w:val="single" w:sz="8" w:space="0" w:color="FFC845" w:themeColor="accent5"/>
          <w:insideV w:val="single" w:sz="8" w:space="0" w:color="FFC84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890A5" w:themeColor="accent6"/>
        <w:left w:val="single" w:sz="8" w:space="0" w:color="F890A5" w:themeColor="accent6"/>
        <w:bottom w:val="single" w:sz="8" w:space="0" w:color="F890A5" w:themeColor="accent6"/>
        <w:right w:val="single" w:sz="8" w:space="0" w:color="F890A5" w:themeColor="accent6"/>
        <w:insideH w:val="single" w:sz="8" w:space="0" w:color="F890A5" w:themeColor="accent6"/>
        <w:insideV w:val="single" w:sz="8" w:space="0" w:color="F890A5"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890A5" w:themeColor="accent6"/>
          <w:left w:val="single" w:sz="8" w:space="0" w:color="F890A5" w:themeColor="accent6"/>
          <w:bottom w:val="single" w:sz="18" w:space="0" w:color="F890A5" w:themeColor="accent6"/>
          <w:right w:val="single" w:sz="8" w:space="0" w:color="F890A5" w:themeColor="accent6"/>
          <w:insideH w:val="nil"/>
          <w:insideV w:val="single" w:sz="8" w:space="0" w:color="F890A5"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890A5" w:themeColor="accent6"/>
          <w:left w:val="single" w:sz="8" w:space="0" w:color="F890A5" w:themeColor="accent6"/>
          <w:bottom w:val="single" w:sz="8" w:space="0" w:color="F890A5" w:themeColor="accent6"/>
          <w:right w:val="single" w:sz="8" w:space="0" w:color="F890A5" w:themeColor="accent6"/>
          <w:insideH w:val="nil"/>
          <w:insideV w:val="single" w:sz="8" w:space="0" w:color="F890A5"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890A5" w:themeColor="accent6"/>
          <w:left w:val="single" w:sz="8" w:space="0" w:color="F890A5" w:themeColor="accent6"/>
          <w:bottom w:val="single" w:sz="8" w:space="0" w:color="F890A5" w:themeColor="accent6"/>
          <w:right w:val="single" w:sz="8" w:space="0" w:color="F890A5" w:themeColor="accent6"/>
        </w:tcBorders>
      </w:tcPr>
    </w:tblStylePr>
    <w:tblStylePr w:type="band1Vert">
      <w:tblPr/>
      <w:tcPr>
        <w:tcBorders>
          <w:top w:val="single" w:sz="8" w:space="0" w:color="F890A5" w:themeColor="accent6"/>
          <w:left w:val="single" w:sz="8" w:space="0" w:color="F890A5" w:themeColor="accent6"/>
          <w:bottom w:val="single" w:sz="8" w:space="0" w:color="F890A5" w:themeColor="accent6"/>
          <w:right w:val="single" w:sz="8" w:space="0" w:color="F890A5" w:themeColor="accent6"/>
        </w:tcBorders>
        <w:shd w:val="clear" w:color="auto" w:fill="FDE3E8" w:themeFill="accent6" w:themeFillTint="3F"/>
      </w:tcPr>
    </w:tblStylePr>
    <w:tblStylePr w:type="band1Horz">
      <w:tblPr/>
      <w:tcPr>
        <w:tcBorders>
          <w:top w:val="single" w:sz="8" w:space="0" w:color="F890A5" w:themeColor="accent6"/>
          <w:left w:val="single" w:sz="8" w:space="0" w:color="F890A5" w:themeColor="accent6"/>
          <w:bottom w:val="single" w:sz="8" w:space="0" w:color="F890A5" w:themeColor="accent6"/>
          <w:right w:val="single" w:sz="8" w:space="0" w:color="F890A5" w:themeColor="accent6"/>
          <w:insideV w:val="single" w:sz="8" w:space="0" w:color="F890A5" w:themeColor="accent6"/>
        </w:tcBorders>
        <w:shd w:val="clear" w:color="auto" w:fill="FDE3E8" w:themeFill="accent6" w:themeFillTint="3F"/>
      </w:tcPr>
    </w:tblStylePr>
    <w:tblStylePr w:type="band2Horz">
      <w:tblPr/>
      <w:tcPr>
        <w:tcBorders>
          <w:top w:val="single" w:sz="8" w:space="0" w:color="F890A5" w:themeColor="accent6"/>
          <w:left w:val="single" w:sz="8" w:space="0" w:color="F890A5" w:themeColor="accent6"/>
          <w:bottom w:val="single" w:sz="8" w:space="0" w:color="F890A5" w:themeColor="accent6"/>
          <w:right w:val="single" w:sz="8" w:space="0" w:color="F890A5" w:themeColor="accent6"/>
          <w:insideV w:val="single" w:sz="8" w:space="0" w:color="F890A5"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5D5D5D" w:themeColor="text1" w:themeTint="BF"/>
        <w:left w:val="single" w:sz="8" w:space="0" w:color="5D5D5D" w:themeColor="text1" w:themeTint="BF"/>
        <w:bottom w:val="single" w:sz="8" w:space="0" w:color="5D5D5D" w:themeColor="text1" w:themeTint="BF"/>
        <w:right w:val="single" w:sz="8" w:space="0" w:color="5D5D5D" w:themeColor="text1" w:themeTint="BF"/>
        <w:insideH w:val="single" w:sz="8" w:space="0" w:color="5D5D5D" w:themeColor="text1" w:themeTint="BF"/>
      </w:tblBorders>
    </w:tblPr>
    <w:tblStylePr w:type="firstRow">
      <w:pPr>
        <w:spacing w:before="0" w:after="0" w:line="240" w:lineRule="auto"/>
      </w:pPr>
      <w:rPr>
        <w:b/>
        <w:bCs/>
        <w:color w:val="F6F5F0" w:themeColor="background1"/>
      </w:rPr>
      <w:tblPr/>
      <w:tcPr>
        <w:tcBorders>
          <w:top w:val="single" w:sz="8" w:space="0" w:color="5D5D5D" w:themeColor="text1" w:themeTint="BF"/>
          <w:left w:val="single" w:sz="8" w:space="0" w:color="5D5D5D" w:themeColor="text1" w:themeTint="BF"/>
          <w:bottom w:val="single" w:sz="8" w:space="0" w:color="5D5D5D" w:themeColor="text1" w:themeTint="BF"/>
          <w:right w:val="single" w:sz="8" w:space="0" w:color="5D5D5D" w:themeColor="text1" w:themeTint="BF"/>
          <w:insideH w:val="nil"/>
          <w:insideV w:val="nil"/>
        </w:tcBorders>
        <w:shd w:val="clear" w:color="auto" w:fill="282828" w:themeFill="text1"/>
      </w:tcPr>
    </w:tblStylePr>
    <w:tblStylePr w:type="lastRow">
      <w:pPr>
        <w:spacing w:before="0" w:after="0" w:line="240" w:lineRule="auto"/>
      </w:pPr>
      <w:rPr>
        <w:b/>
        <w:bCs/>
      </w:rPr>
      <w:tblPr/>
      <w:tcPr>
        <w:tcBorders>
          <w:top w:val="double" w:sz="6" w:space="0" w:color="5D5D5D" w:themeColor="text1" w:themeTint="BF"/>
          <w:left w:val="single" w:sz="8" w:space="0" w:color="5D5D5D" w:themeColor="text1" w:themeTint="BF"/>
          <w:bottom w:val="single" w:sz="8" w:space="0" w:color="5D5D5D" w:themeColor="text1" w:themeTint="BF"/>
          <w:right w:val="single" w:sz="8" w:space="0" w:color="5D5D5D" w:themeColor="text1" w:themeTint="BF"/>
          <w:insideH w:val="nil"/>
          <w:insideV w:val="nil"/>
        </w:tcBorders>
      </w:tcPr>
    </w:tblStylePr>
    <w:tblStylePr w:type="firstCol">
      <w:rPr>
        <w:b/>
        <w:bCs/>
      </w:rPr>
    </w:tblStylePr>
    <w:tblStylePr w:type="lastCol">
      <w:rPr>
        <w:b/>
        <w:bCs/>
      </w:rPr>
    </w:tblStylePr>
    <w:tblStylePr w:type="band1Vert">
      <w:tblPr/>
      <w:tcPr>
        <w:shd w:val="clear" w:color="auto" w:fill="C9C9C9" w:themeFill="text1" w:themeFillTint="3F"/>
      </w:tcPr>
    </w:tblStylePr>
    <w:tblStylePr w:type="band1Horz">
      <w:tblPr/>
      <w:tcPr>
        <w:tcBorders>
          <w:insideH w:val="nil"/>
          <w:insideV w:val="nil"/>
        </w:tcBorders>
        <w:shd w:val="clear" w:color="auto" w:fill="C9C9C9"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B53CC2" w:themeColor="accent1" w:themeTint="BF"/>
        <w:left w:val="single" w:sz="8" w:space="0" w:color="B53CC2" w:themeColor="accent1" w:themeTint="BF"/>
        <w:bottom w:val="single" w:sz="8" w:space="0" w:color="B53CC2" w:themeColor="accent1" w:themeTint="BF"/>
        <w:right w:val="single" w:sz="8" w:space="0" w:color="B53CC2" w:themeColor="accent1" w:themeTint="BF"/>
        <w:insideH w:val="single" w:sz="8" w:space="0" w:color="B53CC2" w:themeColor="accent1" w:themeTint="BF"/>
      </w:tblBorders>
    </w:tblPr>
    <w:tblStylePr w:type="firstRow">
      <w:pPr>
        <w:spacing w:before="0" w:after="0" w:line="240" w:lineRule="auto"/>
      </w:pPr>
      <w:rPr>
        <w:b/>
        <w:bCs/>
        <w:color w:val="F6F5F0" w:themeColor="background1"/>
      </w:rPr>
      <w:tblPr/>
      <w:tcPr>
        <w:tcBorders>
          <w:top w:val="single" w:sz="8" w:space="0" w:color="B53CC2" w:themeColor="accent1" w:themeTint="BF"/>
          <w:left w:val="single" w:sz="8" w:space="0" w:color="B53CC2" w:themeColor="accent1" w:themeTint="BF"/>
          <w:bottom w:val="single" w:sz="8" w:space="0" w:color="B53CC2" w:themeColor="accent1" w:themeTint="BF"/>
          <w:right w:val="single" w:sz="8" w:space="0" w:color="B53CC2" w:themeColor="accent1" w:themeTint="BF"/>
          <w:insideH w:val="nil"/>
          <w:insideV w:val="nil"/>
        </w:tcBorders>
        <w:shd w:val="clear" w:color="auto" w:fill="792881" w:themeFill="accent1"/>
      </w:tcPr>
    </w:tblStylePr>
    <w:tblStylePr w:type="lastRow">
      <w:pPr>
        <w:spacing w:before="0" w:after="0" w:line="240" w:lineRule="auto"/>
      </w:pPr>
      <w:rPr>
        <w:b/>
        <w:bCs/>
      </w:rPr>
      <w:tblPr/>
      <w:tcPr>
        <w:tcBorders>
          <w:top w:val="double" w:sz="6" w:space="0" w:color="B53CC2" w:themeColor="accent1" w:themeTint="BF"/>
          <w:left w:val="single" w:sz="8" w:space="0" w:color="B53CC2" w:themeColor="accent1" w:themeTint="BF"/>
          <w:bottom w:val="single" w:sz="8" w:space="0" w:color="B53CC2" w:themeColor="accent1" w:themeTint="BF"/>
          <w:right w:val="single" w:sz="8" w:space="0" w:color="B53CC2" w:themeColor="accent1" w:themeTint="BF"/>
          <w:insideH w:val="nil"/>
          <w:insideV w:val="nil"/>
        </w:tcBorders>
      </w:tcPr>
    </w:tblStylePr>
    <w:tblStylePr w:type="firstCol">
      <w:rPr>
        <w:b/>
        <w:bCs/>
      </w:rPr>
    </w:tblStylePr>
    <w:tblStylePr w:type="lastCol">
      <w:rPr>
        <w:b/>
        <w:bCs/>
      </w:rPr>
    </w:tblStylePr>
    <w:tblStylePr w:type="band1Vert">
      <w:tblPr/>
      <w:tcPr>
        <w:shd w:val="clear" w:color="auto" w:fill="E7BEEB" w:themeFill="accent1" w:themeFillTint="3F"/>
      </w:tcPr>
    </w:tblStylePr>
    <w:tblStylePr w:type="band1Horz">
      <w:tblPr/>
      <w:tcPr>
        <w:tcBorders>
          <w:insideH w:val="nil"/>
          <w:insideV w:val="nil"/>
        </w:tcBorders>
        <w:shd w:val="clear" w:color="auto" w:fill="E7BEEB"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B984C6" w:themeColor="accent2" w:themeTint="BF"/>
        <w:left w:val="single" w:sz="8" w:space="0" w:color="B984C6" w:themeColor="accent2" w:themeTint="BF"/>
        <w:bottom w:val="single" w:sz="8" w:space="0" w:color="B984C6" w:themeColor="accent2" w:themeTint="BF"/>
        <w:right w:val="single" w:sz="8" w:space="0" w:color="B984C6" w:themeColor="accent2" w:themeTint="BF"/>
        <w:insideH w:val="single" w:sz="8" w:space="0" w:color="B984C6" w:themeColor="accent2" w:themeTint="BF"/>
      </w:tblBorders>
    </w:tblPr>
    <w:tblStylePr w:type="firstRow">
      <w:pPr>
        <w:spacing w:before="0" w:after="0" w:line="240" w:lineRule="auto"/>
      </w:pPr>
      <w:rPr>
        <w:b/>
        <w:bCs/>
        <w:color w:val="F6F5F0" w:themeColor="background1"/>
      </w:rPr>
      <w:tblPr/>
      <w:tcPr>
        <w:tcBorders>
          <w:top w:val="single" w:sz="8" w:space="0" w:color="B984C6" w:themeColor="accent2" w:themeTint="BF"/>
          <w:left w:val="single" w:sz="8" w:space="0" w:color="B984C6" w:themeColor="accent2" w:themeTint="BF"/>
          <w:bottom w:val="single" w:sz="8" w:space="0" w:color="B984C6" w:themeColor="accent2" w:themeTint="BF"/>
          <w:right w:val="single" w:sz="8" w:space="0" w:color="B984C6" w:themeColor="accent2" w:themeTint="BF"/>
          <w:insideH w:val="nil"/>
          <w:insideV w:val="nil"/>
        </w:tcBorders>
        <w:shd w:val="clear" w:color="auto" w:fill="A35BB3" w:themeFill="accent2"/>
      </w:tcPr>
    </w:tblStylePr>
    <w:tblStylePr w:type="lastRow">
      <w:pPr>
        <w:spacing w:before="0" w:after="0" w:line="240" w:lineRule="auto"/>
      </w:pPr>
      <w:rPr>
        <w:b/>
        <w:bCs/>
      </w:rPr>
      <w:tblPr/>
      <w:tcPr>
        <w:tcBorders>
          <w:top w:val="double" w:sz="6" w:space="0" w:color="B984C6" w:themeColor="accent2" w:themeTint="BF"/>
          <w:left w:val="single" w:sz="8" w:space="0" w:color="B984C6" w:themeColor="accent2" w:themeTint="BF"/>
          <w:bottom w:val="single" w:sz="8" w:space="0" w:color="B984C6" w:themeColor="accent2" w:themeTint="BF"/>
          <w:right w:val="single" w:sz="8" w:space="0" w:color="B984C6" w:themeColor="accent2" w:themeTint="BF"/>
          <w:insideH w:val="nil"/>
          <w:insideV w:val="nil"/>
        </w:tcBorders>
      </w:tcPr>
    </w:tblStylePr>
    <w:tblStylePr w:type="firstCol">
      <w:rPr>
        <w:b/>
        <w:bCs/>
      </w:rPr>
    </w:tblStylePr>
    <w:tblStylePr w:type="lastCol">
      <w:rPr>
        <w:b/>
        <w:bCs/>
      </w:rPr>
    </w:tblStylePr>
    <w:tblStylePr w:type="band1Vert">
      <w:tblPr/>
      <w:tcPr>
        <w:shd w:val="clear" w:color="auto" w:fill="E8D6EC" w:themeFill="accent2" w:themeFillTint="3F"/>
      </w:tcPr>
    </w:tblStylePr>
    <w:tblStylePr w:type="band1Horz">
      <w:tblPr/>
      <w:tcPr>
        <w:tcBorders>
          <w:insideH w:val="nil"/>
          <w:insideV w:val="nil"/>
        </w:tcBorders>
        <w:shd w:val="clear" w:color="auto" w:fill="E8D6E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EFC9EA" w:themeColor="accent3" w:themeTint="BF"/>
        <w:left w:val="single" w:sz="8" w:space="0" w:color="EFC9EA" w:themeColor="accent3" w:themeTint="BF"/>
        <w:bottom w:val="single" w:sz="8" w:space="0" w:color="EFC9EA" w:themeColor="accent3" w:themeTint="BF"/>
        <w:right w:val="single" w:sz="8" w:space="0" w:color="EFC9EA" w:themeColor="accent3" w:themeTint="BF"/>
        <w:insideH w:val="single" w:sz="8" w:space="0" w:color="EFC9EA" w:themeColor="accent3" w:themeTint="BF"/>
      </w:tblBorders>
    </w:tblPr>
    <w:tblStylePr w:type="firstRow">
      <w:pPr>
        <w:spacing w:before="0" w:after="0" w:line="240" w:lineRule="auto"/>
      </w:pPr>
      <w:rPr>
        <w:b/>
        <w:bCs/>
        <w:color w:val="F6F5F0" w:themeColor="background1"/>
      </w:rPr>
      <w:tblPr/>
      <w:tcPr>
        <w:tcBorders>
          <w:top w:val="single" w:sz="8" w:space="0" w:color="EFC9EA" w:themeColor="accent3" w:themeTint="BF"/>
          <w:left w:val="single" w:sz="8" w:space="0" w:color="EFC9EA" w:themeColor="accent3" w:themeTint="BF"/>
          <w:bottom w:val="single" w:sz="8" w:space="0" w:color="EFC9EA" w:themeColor="accent3" w:themeTint="BF"/>
          <w:right w:val="single" w:sz="8" w:space="0" w:color="EFC9EA" w:themeColor="accent3" w:themeTint="BF"/>
          <w:insideH w:val="nil"/>
          <w:insideV w:val="nil"/>
        </w:tcBorders>
        <w:shd w:val="clear" w:color="auto" w:fill="EAB8E3" w:themeFill="accent3"/>
      </w:tcPr>
    </w:tblStylePr>
    <w:tblStylePr w:type="lastRow">
      <w:pPr>
        <w:spacing w:before="0" w:after="0" w:line="240" w:lineRule="auto"/>
      </w:pPr>
      <w:rPr>
        <w:b/>
        <w:bCs/>
      </w:rPr>
      <w:tblPr/>
      <w:tcPr>
        <w:tcBorders>
          <w:top w:val="double" w:sz="6" w:space="0" w:color="EFC9EA" w:themeColor="accent3" w:themeTint="BF"/>
          <w:left w:val="single" w:sz="8" w:space="0" w:color="EFC9EA" w:themeColor="accent3" w:themeTint="BF"/>
          <w:bottom w:val="single" w:sz="8" w:space="0" w:color="EFC9EA" w:themeColor="accent3" w:themeTint="BF"/>
          <w:right w:val="single" w:sz="8" w:space="0" w:color="EFC9EA" w:themeColor="accent3" w:themeTint="BF"/>
          <w:insideH w:val="nil"/>
          <w:insideV w:val="nil"/>
        </w:tcBorders>
      </w:tcPr>
    </w:tblStylePr>
    <w:tblStylePr w:type="firstCol">
      <w:rPr>
        <w:b/>
        <w:bCs/>
      </w:rPr>
    </w:tblStylePr>
    <w:tblStylePr w:type="lastCol">
      <w:rPr>
        <w:b/>
        <w:bCs/>
      </w:rPr>
    </w:tblStylePr>
    <w:tblStylePr w:type="band1Vert">
      <w:tblPr/>
      <w:tcPr>
        <w:shd w:val="clear" w:color="auto" w:fill="F9EDF8" w:themeFill="accent3" w:themeFillTint="3F"/>
      </w:tcPr>
    </w:tblStylePr>
    <w:tblStylePr w:type="band1Horz">
      <w:tblPr/>
      <w:tcPr>
        <w:tcBorders>
          <w:insideH w:val="nil"/>
          <w:insideV w:val="nil"/>
        </w:tcBorders>
        <w:shd w:val="clear" w:color="auto" w:fill="F9EDF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A140" w:themeColor="accent4" w:themeTint="BF"/>
        <w:left w:val="single" w:sz="8" w:space="0" w:color="FFA140" w:themeColor="accent4" w:themeTint="BF"/>
        <w:bottom w:val="single" w:sz="8" w:space="0" w:color="FFA140" w:themeColor="accent4" w:themeTint="BF"/>
        <w:right w:val="single" w:sz="8" w:space="0" w:color="FFA140" w:themeColor="accent4" w:themeTint="BF"/>
        <w:insideH w:val="single" w:sz="8" w:space="0" w:color="FFA140" w:themeColor="accent4" w:themeTint="BF"/>
      </w:tblBorders>
    </w:tblPr>
    <w:tblStylePr w:type="firstRow">
      <w:pPr>
        <w:spacing w:before="0" w:after="0" w:line="240" w:lineRule="auto"/>
      </w:pPr>
      <w:rPr>
        <w:b/>
        <w:bCs/>
        <w:color w:val="F6F5F0" w:themeColor="background1"/>
      </w:rPr>
      <w:tblPr/>
      <w:tcPr>
        <w:tcBorders>
          <w:top w:val="single" w:sz="8" w:space="0" w:color="FFA140" w:themeColor="accent4" w:themeTint="BF"/>
          <w:left w:val="single" w:sz="8" w:space="0" w:color="FFA140" w:themeColor="accent4" w:themeTint="BF"/>
          <w:bottom w:val="single" w:sz="8" w:space="0" w:color="FFA140" w:themeColor="accent4" w:themeTint="BF"/>
          <w:right w:val="single" w:sz="8" w:space="0" w:color="FFA140" w:themeColor="accent4" w:themeTint="BF"/>
          <w:insideH w:val="nil"/>
          <w:insideV w:val="nil"/>
        </w:tcBorders>
        <w:shd w:val="clear" w:color="auto" w:fill="FF8200" w:themeFill="accent4"/>
      </w:tcPr>
    </w:tblStylePr>
    <w:tblStylePr w:type="lastRow">
      <w:pPr>
        <w:spacing w:before="0" w:after="0" w:line="240" w:lineRule="auto"/>
      </w:pPr>
      <w:rPr>
        <w:b/>
        <w:bCs/>
      </w:rPr>
      <w:tblPr/>
      <w:tcPr>
        <w:tcBorders>
          <w:top w:val="double" w:sz="6" w:space="0" w:color="FFA140" w:themeColor="accent4" w:themeTint="BF"/>
          <w:left w:val="single" w:sz="8" w:space="0" w:color="FFA140" w:themeColor="accent4" w:themeTint="BF"/>
          <w:bottom w:val="single" w:sz="8" w:space="0" w:color="FFA140" w:themeColor="accent4" w:themeTint="BF"/>
          <w:right w:val="single" w:sz="8" w:space="0" w:color="FFA1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0C0" w:themeFill="accent4" w:themeFillTint="3F"/>
      </w:tcPr>
    </w:tblStylePr>
    <w:tblStylePr w:type="band1Horz">
      <w:tblPr/>
      <w:tcPr>
        <w:tcBorders>
          <w:insideH w:val="nil"/>
          <w:insideV w:val="nil"/>
        </w:tcBorders>
        <w:shd w:val="clear" w:color="auto" w:fill="FFE0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FFD573" w:themeColor="accent5" w:themeTint="BF"/>
        <w:left w:val="single" w:sz="8" w:space="0" w:color="FFD573" w:themeColor="accent5" w:themeTint="BF"/>
        <w:bottom w:val="single" w:sz="8" w:space="0" w:color="FFD573" w:themeColor="accent5" w:themeTint="BF"/>
        <w:right w:val="single" w:sz="8" w:space="0" w:color="FFD573" w:themeColor="accent5" w:themeTint="BF"/>
        <w:insideH w:val="single" w:sz="8" w:space="0" w:color="FFD573" w:themeColor="accent5" w:themeTint="BF"/>
      </w:tblBorders>
    </w:tblPr>
    <w:tblStylePr w:type="firstRow">
      <w:pPr>
        <w:spacing w:before="0" w:after="0" w:line="240" w:lineRule="auto"/>
      </w:pPr>
      <w:rPr>
        <w:b/>
        <w:bCs/>
        <w:color w:val="F6F5F0" w:themeColor="background1"/>
      </w:rPr>
      <w:tblPr/>
      <w:tcPr>
        <w:tcBorders>
          <w:top w:val="single" w:sz="8" w:space="0" w:color="FFD573" w:themeColor="accent5" w:themeTint="BF"/>
          <w:left w:val="single" w:sz="8" w:space="0" w:color="FFD573" w:themeColor="accent5" w:themeTint="BF"/>
          <w:bottom w:val="single" w:sz="8" w:space="0" w:color="FFD573" w:themeColor="accent5" w:themeTint="BF"/>
          <w:right w:val="single" w:sz="8" w:space="0" w:color="FFD573" w:themeColor="accent5" w:themeTint="BF"/>
          <w:insideH w:val="nil"/>
          <w:insideV w:val="nil"/>
        </w:tcBorders>
        <w:shd w:val="clear" w:color="auto" w:fill="FFC845" w:themeFill="accent5"/>
      </w:tcPr>
    </w:tblStylePr>
    <w:tblStylePr w:type="lastRow">
      <w:pPr>
        <w:spacing w:before="0" w:after="0" w:line="240" w:lineRule="auto"/>
      </w:pPr>
      <w:rPr>
        <w:b/>
        <w:bCs/>
      </w:rPr>
      <w:tblPr/>
      <w:tcPr>
        <w:tcBorders>
          <w:top w:val="double" w:sz="6" w:space="0" w:color="FFD573" w:themeColor="accent5" w:themeTint="BF"/>
          <w:left w:val="single" w:sz="8" w:space="0" w:color="FFD573" w:themeColor="accent5" w:themeTint="BF"/>
          <w:bottom w:val="single" w:sz="8" w:space="0" w:color="FFD573" w:themeColor="accent5" w:themeTint="BF"/>
          <w:right w:val="single" w:sz="8" w:space="0" w:color="FFD573"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F1D1" w:themeFill="accent5" w:themeFillTint="3F"/>
      </w:tcPr>
    </w:tblStylePr>
    <w:tblStylePr w:type="band1Horz">
      <w:tblPr/>
      <w:tcPr>
        <w:tcBorders>
          <w:insideH w:val="nil"/>
          <w:insideV w:val="nil"/>
        </w:tcBorders>
        <w:shd w:val="clear" w:color="auto" w:fill="FFF1D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ABBB" w:themeColor="accent6" w:themeTint="BF"/>
        <w:left w:val="single" w:sz="8" w:space="0" w:color="F9ABBB" w:themeColor="accent6" w:themeTint="BF"/>
        <w:bottom w:val="single" w:sz="8" w:space="0" w:color="F9ABBB" w:themeColor="accent6" w:themeTint="BF"/>
        <w:right w:val="single" w:sz="8" w:space="0" w:color="F9ABBB" w:themeColor="accent6" w:themeTint="BF"/>
        <w:insideH w:val="single" w:sz="8" w:space="0" w:color="F9ABBB" w:themeColor="accent6" w:themeTint="BF"/>
      </w:tblBorders>
    </w:tblPr>
    <w:tblStylePr w:type="firstRow">
      <w:pPr>
        <w:spacing w:before="0" w:after="0" w:line="240" w:lineRule="auto"/>
      </w:pPr>
      <w:rPr>
        <w:b/>
        <w:bCs/>
        <w:color w:val="F6F5F0" w:themeColor="background1"/>
      </w:rPr>
      <w:tblPr/>
      <w:tcPr>
        <w:tcBorders>
          <w:top w:val="single" w:sz="8" w:space="0" w:color="F9ABBB" w:themeColor="accent6" w:themeTint="BF"/>
          <w:left w:val="single" w:sz="8" w:space="0" w:color="F9ABBB" w:themeColor="accent6" w:themeTint="BF"/>
          <w:bottom w:val="single" w:sz="8" w:space="0" w:color="F9ABBB" w:themeColor="accent6" w:themeTint="BF"/>
          <w:right w:val="single" w:sz="8" w:space="0" w:color="F9ABBB" w:themeColor="accent6" w:themeTint="BF"/>
          <w:insideH w:val="nil"/>
          <w:insideV w:val="nil"/>
        </w:tcBorders>
        <w:shd w:val="clear" w:color="auto" w:fill="F890A5" w:themeFill="accent6"/>
      </w:tcPr>
    </w:tblStylePr>
    <w:tblStylePr w:type="lastRow">
      <w:pPr>
        <w:spacing w:before="0" w:after="0" w:line="240" w:lineRule="auto"/>
      </w:pPr>
      <w:rPr>
        <w:b/>
        <w:bCs/>
      </w:rPr>
      <w:tblPr/>
      <w:tcPr>
        <w:tcBorders>
          <w:top w:val="double" w:sz="6" w:space="0" w:color="F9ABBB" w:themeColor="accent6" w:themeTint="BF"/>
          <w:left w:val="single" w:sz="8" w:space="0" w:color="F9ABBB" w:themeColor="accent6" w:themeTint="BF"/>
          <w:bottom w:val="single" w:sz="8" w:space="0" w:color="F9ABBB" w:themeColor="accent6" w:themeTint="BF"/>
          <w:right w:val="single" w:sz="8" w:space="0" w:color="F9ABBB"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3E8" w:themeFill="accent6" w:themeFillTint="3F"/>
      </w:tcPr>
    </w:tblStylePr>
    <w:tblStylePr w:type="band1Horz">
      <w:tblPr/>
      <w:tcPr>
        <w:tcBorders>
          <w:insideH w:val="nil"/>
          <w:insideV w:val="nil"/>
        </w:tcBorders>
        <w:shd w:val="clear" w:color="auto" w:fill="FDE3E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6F5F0" w:themeColor="background1"/>
      </w:rPr>
      <w:tblPr/>
      <w:tcPr>
        <w:tcBorders>
          <w:top w:val="single" w:sz="18" w:space="0" w:color="auto"/>
          <w:left w:val="nil"/>
          <w:bottom w:val="single" w:sz="18" w:space="0" w:color="auto"/>
          <w:right w:val="nil"/>
          <w:insideH w:val="nil"/>
          <w:insideV w:val="nil"/>
        </w:tcBorders>
        <w:shd w:val="clear" w:color="auto" w:fill="282828"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6F5F0" w:themeFill="background1"/>
      </w:tcPr>
    </w:tblStylePr>
    <w:tblStylePr w:type="firstCol">
      <w:rPr>
        <w:b/>
        <w:bCs/>
        <w:color w:val="F6F5F0" w:themeColor="background1"/>
      </w:rPr>
      <w:tblPr/>
      <w:tcPr>
        <w:tcBorders>
          <w:top w:val="nil"/>
          <w:left w:val="nil"/>
          <w:bottom w:val="single" w:sz="18" w:space="0" w:color="auto"/>
          <w:right w:val="nil"/>
          <w:insideH w:val="nil"/>
          <w:insideV w:val="nil"/>
        </w:tcBorders>
        <w:shd w:val="clear" w:color="auto" w:fill="282828" w:themeFill="text1"/>
      </w:tcPr>
    </w:tblStylePr>
    <w:tblStylePr w:type="lastCol">
      <w:rPr>
        <w:b/>
        <w:bCs/>
        <w:color w:val="F6F5F0" w:themeColor="background1"/>
      </w:rPr>
      <w:tblPr/>
      <w:tcPr>
        <w:tcBorders>
          <w:left w:val="nil"/>
          <w:right w:val="nil"/>
          <w:insideH w:val="nil"/>
          <w:insideV w:val="nil"/>
        </w:tcBorders>
        <w:shd w:val="clear" w:color="auto" w:fill="282828" w:themeFill="text1"/>
      </w:tcPr>
    </w:tblStylePr>
    <w:tblStylePr w:type="band1Vert">
      <w:tblPr/>
      <w:tcPr>
        <w:tcBorders>
          <w:left w:val="nil"/>
          <w:right w:val="nil"/>
          <w:insideH w:val="nil"/>
          <w:insideV w:val="nil"/>
        </w:tcBorders>
        <w:shd w:val="clear" w:color="auto" w:fill="DAD6C1" w:themeFill="background1" w:themeFillShade="D8"/>
      </w:tcPr>
    </w:tblStylePr>
    <w:tblStylePr w:type="band1Horz">
      <w:tblPr/>
      <w:tcPr>
        <w:shd w:val="clear" w:color="auto" w:fill="DAD6C1"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6F5F0"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6F5F0" w:themeColor="background1"/>
      </w:rPr>
      <w:tblPr/>
      <w:tcPr>
        <w:tcBorders>
          <w:top w:val="single" w:sz="18" w:space="0" w:color="auto"/>
          <w:left w:val="nil"/>
          <w:bottom w:val="single" w:sz="18" w:space="0" w:color="auto"/>
          <w:right w:val="nil"/>
          <w:insideH w:val="nil"/>
          <w:insideV w:val="nil"/>
        </w:tcBorders>
        <w:shd w:val="clear" w:color="auto" w:fill="792881"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6F5F0" w:themeFill="background1"/>
      </w:tcPr>
    </w:tblStylePr>
    <w:tblStylePr w:type="firstCol">
      <w:rPr>
        <w:b/>
        <w:bCs/>
        <w:color w:val="F6F5F0" w:themeColor="background1"/>
      </w:rPr>
      <w:tblPr/>
      <w:tcPr>
        <w:tcBorders>
          <w:top w:val="nil"/>
          <w:left w:val="nil"/>
          <w:bottom w:val="single" w:sz="18" w:space="0" w:color="auto"/>
          <w:right w:val="nil"/>
          <w:insideH w:val="nil"/>
          <w:insideV w:val="nil"/>
        </w:tcBorders>
        <w:shd w:val="clear" w:color="auto" w:fill="792881" w:themeFill="accent1"/>
      </w:tcPr>
    </w:tblStylePr>
    <w:tblStylePr w:type="lastCol">
      <w:rPr>
        <w:b/>
        <w:bCs/>
        <w:color w:val="F6F5F0" w:themeColor="background1"/>
      </w:rPr>
      <w:tblPr/>
      <w:tcPr>
        <w:tcBorders>
          <w:left w:val="nil"/>
          <w:right w:val="nil"/>
          <w:insideH w:val="nil"/>
          <w:insideV w:val="nil"/>
        </w:tcBorders>
        <w:shd w:val="clear" w:color="auto" w:fill="792881" w:themeFill="accent1"/>
      </w:tcPr>
    </w:tblStylePr>
    <w:tblStylePr w:type="band1Vert">
      <w:tblPr/>
      <w:tcPr>
        <w:tcBorders>
          <w:left w:val="nil"/>
          <w:right w:val="nil"/>
          <w:insideH w:val="nil"/>
          <w:insideV w:val="nil"/>
        </w:tcBorders>
        <w:shd w:val="clear" w:color="auto" w:fill="DAD6C1" w:themeFill="background1" w:themeFillShade="D8"/>
      </w:tcPr>
    </w:tblStylePr>
    <w:tblStylePr w:type="band1Horz">
      <w:tblPr/>
      <w:tcPr>
        <w:shd w:val="clear" w:color="auto" w:fill="DAD6C1"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6F5F0"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6F5F0" w:themeColor="background1"/>
      </w:rPr>
      <w:tblPr/>
      <w:tcPr>
        <w:tcBorders>
          <w:top w:val="single" w:sz="18" w:space="0" w:color="auto"/>
          <w:left w:val="nil"/>
          <w:bottom w:val="single" w:sz="18" w:space="0" w:color="auto"/>
          <w:right w:val="nil"/>
          <w:insideH w:val="nil"/>
          <w:insideV w:val="nil"/>
        </w:tcBorders>
        <w:shd w:val="clear" w:color="auto" w:fill="A35BB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6F5F0" w:themeFill="background1"/>
      </w:tcPr>
    </w:tblStylePr>
    <w:tblStylePr w:type="firstCol">
      <w:rPr>
        <w:b/>
        <w:bCs/>
        <w:color w:val="F6F5F0" w:themeColor="background1"/>
      </w:rPr>
      <w:tblPr/>
      <w:tcPr>
        <w:tcBorders>
          <w:top w:val="nil"/>
          <w:left w:val="nil"/>
          <w:bottom w:val="single" w:sz="18" w:space="0" w:color="auto"/>
          <w:right w:val="nil"/>
          <w:insideH w:val="nil"/>
          <w:insideV w:val="nil"/>
        </w:tcBorders>
        <w:shd w:val="clear" w:color="auto" w:fill="A35BB3" w:themeFill="accent2"/>
      </w:tcPr>
    </w:tblStylePr>
    <w:tblStylePr w:type="lastCol">
      <w:rPr>
        <w:b/>
        <w:bCs/>
        <w:color w:val="F6F5F0" w:themeColor="background1"/>
      </w:rPr>
      <w:tblPr/>
      <w:tcPr>
        <w:tcBorders>
          <w:left w:val="nil"/>
          <w:right w:val="nil"/>
          <w:insideH w:val="nil"/>
          <w:insideV w:val="nil"/>
        </w:tcBorders>
        <w:shd w:val="clear" w:color="auto" w:fill="A35BB3" w:themeFill="accent2"/>
      </w:tcPr>
    </w:tblStylePr>
    <w:tblStylePr w:type="band1Vert">
      <w:tblPr/>
      <w:tcPr>
        <w:tcBorders>
          <w:left w:val="nil"/>
          <w:right w:val="nil"/>
          <w:insideH w:val="nil"/>
          <w:insideV w:val="nil"/>
        </w:tcBorders>
        <w:shd w:val="clear" w:color="auto" w:fill="DAD6C1" w:themeFill="background1" w:themeFillShade="D8"/>
      </w:tcPr>
    </w:tblStylePr>
    <w:tblStylePr w:type="band1Horz">
      <w:tblPr/>
      <w:tcPr>
        <w:shd w:val="clear" w:color="auto" w:fill="DAD6C1"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6F5F0"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6F5F0" w:themeColor="background1"/>
      </w:rPr>
      <w:tblPr/>
      <w:tcPr>
        <w:tcBorders>
          <w:top w:val="single" w:sz="18" w:space="0" w:color="auto"/>
          <w:left w:val="nil"/>
          <w:bottom w:val="single" w:sz="18" w:space="0" w:color="auto"/>
          <w:right w:val="nil"/>
          <w:insideH w:val="nil"/>
          <w:insideV w:val="nil"/>
        </w:tcBorders>
        <w:shd w:val="clear" w:color="auto" w:fill="EAB8E3"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6F5F0" w:themeFill="background1"/>
      </w:tcPr>
    </w:tblStylePr>
    <w:tblStylePr w:type="firstCol">
      <w:rPr>
        <w:b/>
        <w:bCs/>
        <w:color w:val="F6F5F0" w:themeColor="background1"/>
      </w:rPr>
      <w:tblPr/>
      <w:tcPr>
        <w:tcBorders>
          <w:top w:val="nil"/>
          <w:left w:val="nil"/>
          <w:bottom w:val="single" w:sz="18" w:space="0" w:color="auto"/>
          <w:right w:val="nil"/>
          <w:insideH w:val="nil"/>
          <w:insideV w:val="nil"/>
        </w:tcBorders>
        <w:shd w:val="clear" w:color="auto" w:fill="EAB8E3" w:themeFill="accent3"/>
      </w:tcPr>
    </w:tblStylePr>
    <w:tblStylePr w:type="lastCol">
      <w:rPr>
        <w:b/>
        <w:bCs/>
        <w:color w:val="F6F5F0" w:themeColor="background1"/>
      </w:rPr>
      <w:tblPr/>
      <w:tcPr>
        <w:tcBorders>
          <w:left w:val="nil"/>
          <w:right w:val="nil"/>
          <w:insideH w:val="nil"/>
          <w:insideV w:val="nil"/>
        </w:tcBorders>
        <w:shd w:val="clear" w:color="auto" w:fill="EAB8E3" w:themeFill="accent3"/>
      </w:tcPr>
    </w:tblStylePr>
    <w:tblStylePr w:type="band1Vert">
      <w:tblPr/>
      <w:tcPr>
        <w:tcBorders>
          <w:left w:val="nil"/>
          <w:right w:val="nil"/>
          <w:insideH w:val="nil"/>
          <w:insideV w:val="nil"/>
        </w:tcBorders>
        <w:shd w:val="clear" w:color="auto" w:fill="DAD6C1" w:themeFill="background1" w:themeFillShade="D8"/>
      </w:tcPr>
    </w:tblStylePr>
    <w:tblStylePr w:type="band1Horz">
      <w:tblPr/>
      <w:tcPr>
        <w:shd w:val="clear" w:color="auto" w:fill="DAD6C1"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6F5F0"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6F5F0" w:themeColor="background1"/>
      </w:rPr>
      <w:tblPr/>
      <w:tcPr>
        <w:tcBorders>
          <w:top w:val="single" w:sz="18" w:space="0" w:color="auto"/>
          <w:left w:val="nil"/>
          <w:bottom w:val="single" w:sz="18" w:space="0" w:color="auto"/>
          <w:right w:val="nil"/>
          <w:insideH w:val="nil"/>
          <w:insideV w:val="nil"/>
        </w:tcBorders>
        <w:shd w:val="clear" w:color="auto" w:fill="FF82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6F5F0" w:themeFill="background1"/>
      </w:tcPr>
    </w:tblStylePr>
    <w:tblStylePr w:type="firstCol">
      <w:rPr>
        <w:b/>
        <w:bCs/>
        <w:color w:val="F6F5F0" w:themeColor="background1"/>
      </w:rPr>
      <w:tblPr/>
      <w:tcPr>
        <w:tcBorders>
          <w:top w:val="nil"/>
          <w:left w:val="nil"/>
          <w:bottom w:val="single" w:sz="18" w:space="0" w:color="auto"/>
          <w:right w:val="nil"/>
          <w:insideH w:val="nil"/>
          <w:insideV w:val="nil"/>
        </w:tcBorders>
        <w:shd w:val="clear" w:color="auto" w:fill="FF8200" w:themeFill="accent4"/>
      </w:tcPr>
    </w:tblStylePr>
    <w:tblStylePr w:type="lastCol">
      <w:rPr>
        <w:b/>
        <w:bCs/>
        <w:color w:val="F6F5F0" w:themeColor="background1"/>
      </w:rPr>
      <w:tblPr/>
      <w:tcPr>
        <w:tcBorders>
          <w:left w:val="nil"/>
          <w:right w:val="nil"/>
          <w:insideH w:val="nil"/>
          <w:insideV w:val="nil"/>
        </w:tcBorders>
        <w:shd w:val="clear" w:color="auto" w:fill="FF8200" w:themeFill="accent4"/>
      </w:tcPr>
    </w:tblStylePr>
    <w:tblStylePr w:type="band1Vert">
      <w:tblPr/>
      <w:tcPr>
        <w:tcBorders>
          <w:left w:val="nil"/>
          <w:right w:val="nil"/>
          <w:insideH w:val="nil"/>
          <w:insideV w:val="nil"/>
        </w:tcBorders>
        <w:shd w:val="clear" w:color="auto" w:fill="DAD6C1" w:themeFill="background1" w:themeFillShade="D8"/>
      </w:tcPr>
    </w:tblStylePr>
    <w:tblStylePr w:type="band1Horz">
      <w:tblPr/>
      <w:tcPr>
        <w:shd w:val="clear" w:color="auto" w:fill="DAD6C1"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6F5F0"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6F5F0" w:themeColor="background1"/>
      </w:rPr>
      <w:tblPr/>
      <w:tcPr>
        <w:tcBorders>
          <w:top w:val="single" w:sz="18" w:space="0" w:color="auto"/>
          <w:left w:val="nil"/>
          <w:bottom w:val="single" w:sz="18" w:space="0" w:color="auto"/>
          <w:right w:val="nil"/>
          <w:insideH w:val="nil"/>
          <w:insideV w:val="nil"/>
        </w:tcBorders>
        <w:shd w:val="clear" w:color="auto" w:fill="FFC84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6F5F0" w:themeFill="background1"/>
      </w:tcPr>
    </w:tblStylePr>
    <w:tblStylePr w:type="firstCol">
      <w:rPr>
        <w:b/>
        <w:bCs/>
        <w:color w:val="F6F5F0" w:themeColor="background1"/>
      </w:rPr>
      <w:tblPr/>
      <w:tcPr>
        <w:tcBorders>
          <w:top w:val="nil"/>
          <w:left w:val="nil"/>
          <w:bottom w:val="single" w:sz="18" w:space="0" w:color="auto"/>
          <w:right w:val="nil"/>
          <w:insideH w:val="nil"/>
          <w:insideV w:val="nil"/>
        </w:tcBorders>
        <w:shd w:val="clear" w:color="auto" w:fill="FFC845" w:themeFill="accent5"/>
      </w:tcPr>
    </w:tblStylePr>
    <w:tblStylePr w:type="lastCol">
      <w:rPr>
        <w:b/>
        <w:bCs/>
        <w:color w:val="F6F5F0" w:themeColor="background1"/>
      </w:rPr>
      <w:tblPr/>
      <w:tcPr>
        <w:tcBorders>
          <w:left w:val="nil"/>
          <w:right w:val="nil"/>
          <w:insideH w:val="nil"/>
          <w:insideV w:val="nil"/>
        </w:tcBorders>
        <w:shd w:val="clear" w:color="auto" w:fill="FFC845" w:themeFill="accent5"/>
      </w:tcPr>
    </w:tblStylePr>
    <w:tblStylePr w:type="band1Vert">
      <w:tblPr/>
      <w:tcPr>
        <w:tcBorders>
          <w:left w:val="nil"/>
          <w:right w:val="nil"/>
          <w:insideH w:val="nil"/>
          <w:insideV w:val="nil"/>
        </w:tcBorders>
        <w:shd w:val="clear" w:color="auto" w:fill="DAD6C1" w:themeFill="background1" w:themeFillShade="D8"/>
      </w:tcPr>
    </w:tblStylePr>
    <w:tblStylePr w:type="band1Horz">
      <w:tblPr/>
      <w:tcPr>
        <w:shd w:val="clear" w:color="auto" w:fill="DAD6C1"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6F5F0"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6F5F0" w:themeColor="background1"/>
      </w:rPr>
      <w:tblPr/>
      <w:tcPr>
        <w:tcBorders>
          <w:top w:val="single" w:sz="18" w:space="0" w:color="auto"/>
          <w:left w:val="nil"/>
          <w:bottom w:val="single" w:sz="18" w:space="0" w:color="auto"/>
          <w:right w:val="nil"/>
          <w:insideH w:val="nil"/>
          <w:insideV w:val="nil"/>
        </w:tcBorders>
        <w:shd w:val="clear" w:color="auto" w:fill="F890A5"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6F5F0" w:themeFill="background1"/>
      </w:tcPr>
    </w:tblStylePr>
    <w:tblStylePr w:type="firstCol">
      <w:rPr>
        <w:b/>
        <w:bCs/>
        <w:color w:val="F6F5F0" w:themeColor="background1"/>
      </w:rPr>
      <w:tblPr/>
      <w:tcPr>
        <w:tcBorders>
          <w:top w:val="nil"/>
          <w:left w:val="nil"/>
          <w:bottom w:val="single" w:sz="18" w:space="0" w:color="auto"/>
          <w:right w:val="nil"/>
          <w:insideH w:val="nil"/>
          <w:insideV w:val="nil"/>
        </w:tcBorders>
        <w:shd w:val="clear" w:color="auto" w:fill="F890A5" w:themeFill="accent6"/>
      </w:tcPr>
    </w:tblStylePr>
    <w:tblStylePr w:type="lastCol">
      <w:rPr>
        <w:b/>
        <w:bCs/>
        <w:color w:val="F6F5F0" w:themeColor="background1"/>
      </w:rPr>
      <w:tblPr/>
      <w:tcPr>
        <w:tcBorders>
          <w:left w:val="nil"/>
          <w:right w:val="nil"/>
          <w:insideH w:val="nil"/>
          <w:insideV w:val="nil"/>
        </w:tcBorders>
        <w:shd w:val="clear" w:color="auto" w:fill="F890A5" w:themeFill="accent6"/>
      </w:tcPr>
    </w:tblStylePr>
    <w:tblStylePr w:type="band1Vert">
      <w:tblPr/>
      <w:tcPr>
        <w:tcBorders>
          <w:left w:val="nil"/>
          <w:right w:val="nil"/>
          <w:insideH w:val="nil"/>
          <w:insideV w:val="nil"/>
        </w:tcBorders>
        <w:shd w:val="clear" w:color="auto" w:fill="DAD6C1" w:themeFill="background1" w:themeFillShade="D8"/>
      </w:tcPr>
    </w:tblStylePr>
    <w:tblStylePr w:type="band1Horz">
      <w:tblPr/>
      <w:tcPr>
        <w:shd w:val="clear" w:color="auto" w:fill="DAD6C1"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6F5F0"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282828" w:themeColor="text1"/>
    </w:rPr>
    <w:tblPr>
      <w:tblStyleRowBandSize w:val="1"/>
      <w:tblStyleColBandSize w:val="1"/>
      <w:tblBorders>
        <w:top w:val="single" w:sz="8" w:space="0" w:color="282828" w:themeColor="text1"/>
        <w:bottom w:val="single" w:sz="8" w:space="0" w:color="282828" w:themeColor="text1"/>
      </w:tblBorders>
    </w:tblPr>
    <w:tblStylePr w:type="firstRow">
      <w:rPr>
        <w:rFonts w:asciiTheme="majorHAnsi" w:eastAsiaTheme="majorEastAsia" w:hAnsiTheme="majorHAnsi" w:cstheme="majorBidi"/>
      </w:rPr>
      <w:tblPr/>
      <w:tcPr>
        <w:tcBorders>
          <w:top w:val="nil"/>
          <w:bottom w:val="single" w:sz="8" w:space="0" w:color="282828" w:themeColor="text1"/>
        </w:tcBorders>
      </w:tcPr>
    </w:tblStylePr>
    <w:tblStylePr w:type="lastRow">
      <w:rPr>
        <w:b/>
        <w:bCs/>
        <w:color w:val="414141" w:themeColor="text2"/>
      </w:rPr>
      <w:tblPr/>
      <w:tcPr>
        <w:tcBorders>
          <w:top w:val="single" w:sz="8" w:space="0" w:color="282828" w:themeColor="text1"/>
          <w:bottom w:val="single" w:sz="8" w:space="0" w:color="282828" w:themeColor="text1"/>
        </w:tcBorders>
      </w:tcPr>
    </w:tblStylePr>
    <w:tblStylePr w:type="firstCol">
      <w:rPr>
        <w:b/>
        <w:bCs/>
      </w:rPr>
    </w:tblStylePr>
    <w:tblStylePr w:type="lastCol">
      <w:rPr>
        <w:b/>
        <w:bCs/>
      </w:rPr>
      <w:tblPr/>
      <w:tcPr>
        <w:tcBorders>
          <w:top w:val="single" w:sz="8" w:space="0" w:color="282828" w:themeColor="text1"/>
          <w:bottom w:val="single" w:sz="8" w:space="0" w:color="282828" w:themeColor="text1"/>
        </w:tcBorders>
      </w:tcPr>
    </w:tblStylePr>
    <w:tblStylePr w:type="band1Vert">
      <w:tblPr/>
      <w:tcPr>
        <w:shd w:val="clear" w:color="auto" w:fill="C9C9C9" w:themeFill="text1" w:themeFillTint="3F"/>
      </w:tcPr>
    </w:tblStylePr>
    <w:tblStylePr w:type="band1Horz">
      <w:tblPr/>
      <w:tcPr>
        <w:shd w:val="clear" w:color="auto" w:fill="C9C9C9" w:themeFill="text1" w:themeFillTint="3F"/>
      </w:tcPr>
    </w:tblStylePr>
  </w:style>
  <w:style w:type="table" w:styleId="MediumList1-Accent1">
    <w:name w:val="Medium List 1 Accent 1"/>
    <w:basedOn w:val="TableNormal"/>
    <w:uiPriority w:val="65"/>
    <w:rsid w:val="00CB0664"/>
    <w:pPr>
      <w:spacing w:after="0" w:line="240" w:lineRule="auto"/>
    </w:pPr>
    <w:rPr>
      <w:color w:val="282828" w:themeColor="text1"/>
    </w:rPr>
    <w:tblPr>
      <w:tblStyleRowBandSize w:val="1"/>
      <w:tblStyleColBandSize w:val="1"/>
      <w:tblBorders>
        <w:top w:val="single" w:sz="8" w:space="0" w:color="792881" w:themeColor="accent1"/>
        <w:bottom w:val="single" w:sz="8" w:space="0" w:color="792881" w:themeColor="accent1"/>
      </w:tblBorders>
    </w:tblPr>
    <w:tblStylePr w:type="firstRow">
      <w:rPr>
        <w:rFonts w:asciiTheme="majorHAnsi" w:eastAsiaTheme="majorEastAsia" w:hAnsiTheme="majorHAnsi" w:cstheme="majorBidi"/>
      </w:rPr>
      <w:tblPr/>
      <w:tcPr>
        <w:tcBorders>
          <w:top w:val="nil"/>
          <w:bottom w:val="single" w:sz="8" w:space="0" w:color="792881" w:themeColor="accent1"/>
        </w:tcBorders>
      </w:tcPr>
    </w:tblStylePr>
    <w:tblStylePr w:type="lastRow">
      <w:rPr>
        <w:b/>
        <w:bCs/>
        <w:color w:val="414141" w:themeColor="text2"/>
      </w:rPr>
      <w:tblPr/>
      <w:tcPr>
        <w:tcBorders>
          <w:top w:val="single" w:sz="8" w:space="0" w:color="792881" w:themeColor="accent1"/>
          <w:bottom w:val="single" w:sz="8" w:space="0" w:color="792881" w:themeColor="accent1"/>
        </w:tcBorders>
      </w:tcPr>
    </w:tblStylePr>
    <w:tblStylePr w:type="firstCol">
      <w:rPr>
        <w:b/>
        <w:bCs/>
      </w:rPr>
    </w:tblStylePr>
    <w:tblStylePr w:type="lastCol">
      <w:rPr>
        <w:b/>
        <w:bCs/>
      </w:rPr>
      <w:tblPr/>
      <w:tcPr>
        <w:tcBorders>
          <w:top w:val="single" w:sz="8" w:space="0" w:color="792881" w:themeColor="accent1"/>
          <w:bottom w:val="single" w:sz="8" w:space="0" w:color="792881" w:themeColor="accent1"/>
        </w:tcBorders>
      </w:tcPr>
    </w:tblStylePr>
    <w:tblStylePr w:type="band1Vert">
      <w:tblPr/>
      <w:tcPr>
        <w:shd w:val="clear" w:color="auto" w:fill="E7BEEB" w:themeFill="accent1" w:themeFillTint="3F"/>
      </w:tcPr>
    </w:tblStylePr>
    <w:tblStylePr w:type="band1Horz">
      <w:tblPr/>
      <w:tcPr>
        <w:shd w:val="clear" w:color="auto" w:fill="E7BEEB" w:themeFill="accent1" w:themeFillTint="3F"/>
      </w:tcPr>
    </w:tblStylePr>
  </w:style>
  <w:style w:type="table" w:styleId="MediumList1-Accent2">
    <w:name w:val="Medium List 1 Accent 2"/>
    <w:basedOn w:val="TableNormal"/>
    <w:uiPriority w:val="65"/>
    <w:rsid w:val="00CB0664"/>
    <w:pPr>
      <w:spacing w:after="0" w:line="240" w:lineRule="auto"/>
    </w:pPr>
    <w:rPr>
      <w:color w:val="282828" w:themeColor="text1"/>
    </w:rPr>
    <w:tblPr>
      <w:tblStyleRowBandSize w:val="1"/>
      <w:tblStyleColBandSize w:val="1"/>
      <w:tblBorders>
        <w:top w:val="single" w:sz="8" w:space="0" w:color="A35BB3" w:themeColor="accent2"/>
        <w:bottom w:val="single" w:sz="8" w:space="0" w:color="A35BB3" w:themeColor="accent2"/>
      </w:tblBorders>
    </w:tblPr>
    <w:tblStylePr w:type="firstRow">
      <w:rPr>
        <w:rFonts w:asciiTheme="majorHAnsi" w:eastAsiaTheme="majorEastAsia" w:hAnsiTheme="majorHAnsi" w:cstheme="majorBidi"/>
      </w:rPr>
      <w:tblPr/>
      <w:tcPr>
        <w:tcBorders>
          <w:top w:val="nil"/>
          <w:bottom w:val="single" w:sz="8" w:space="0" w:color="A35BB3" w:themeColor="accent2"/>
        </w:tcBorders>
      </w:tcPr>
    </w:tblStylePr>
    <w:tblStylePr w:type="lastRow">
      <w:rPr>
        <w:b/>
        <w:bCs/>
        <w:color w:val="414141" w:themeColor="text2"/>
      </w:rPr>
      <w:tblPr/>
      <w:tcPr>
        <w:tcBorders>
          <w:top w:val="single" w:sz="8" w:space="0" w:color="A35BB3" w:themeColor="accent2"/>
          <w:bottom w:val="single" w:sz="8" w:space="0" w:color="A35BB3" w:themeColor="accent2"/>
        </w:tcBorders>
      </w:tcPr>
    </w:tblStylePr>
    <w:tblStylePr w:type="firstCol">
      <w:rPr>
        <w:b/>
        <w:bCs/>
      </w:rPr>
    </w:tblStylePr>
    <w:tblStylePr w:type="lastCol">
      <w:rPr>
        <w:b/>
        <w:bCs/>
      </w:rPr>
      <w:tblPr/>
      <w:tcPr>
        <w:tcBorders>
          <w:top w:val="single" w:sz="8" w:space="0" w:color="A35BB3" w:themeColor="accent2"/>
          <w:bottom w:val="single" w:sz="8" w:space="0" w:color="A35BB3" w:themeColor="accent2"/>
        </w:tcBorders>
      </w:tcPr>
    </w:tblStylePr>
    <w:tblStylePr w:type="band1Vert">
      <w:tblPr/>
      <w:tcPr>
        <w:shd w:val="clear" w:color="auto" w:fill="E8D6EC" w:themeFill="accent2" w:themeFillTint="3F"/>
      </w:tcPr>
    </w:tblStylePr>
    <w:tblStylePr w:type="band1Horz">
      <w:tblPr/>
      <w:tcPr>
        <w:shd w:val="clear" w:color="auto" w:fill="E8D6EC" w:themeFill="accent2" w:themeFillTint="3F"/>
      </w:tcPr>
    </w:tblStylePr>
  </w:style>
  <w:style w:type="table" w:styleId="MediumList1-Accent3">
    <w:name w:val="Medium List 1 Accent 3"/>
    <w:basedOn w:val="TableNormal"/>
    <w:uiPriority w:val="65"/>
    <w:rsid w:val="00CB0664"/>
    <w:pPr>
      <w:spacing w:after="0" w:line="240" w:lineRule="auto"/>
    </w:pPr>
    <w:rPr>
      <w:color w:val="282828" w:themeColor="text1"/>
    </w:rPr>
    <w:tblPr>
      <w:tblStyleRowBandSize w:val="1"/>
      <w:tblStyleColBandSize w:val="1"/>
      <w:tblBorders>
        <w:top w:val="single" w:sz="8" w:space="0" w:color="EAB8E3" w:themeColor="accent3"/>
        <w:bottom w:val="single" w:sz="8" w:space="0" w:color="EAB8E3" w:themeColor="accent3"/>
      </w:tblBorders>
    </w:tblPr>
    <w:tblStylePr w:type="firstRow">
      <w:rPr>
        <w:rFonts w:asciiTheme="majorHAnsi" w:eastAsiaTheme="majorEastAsia" w:hAnsiTheme="majorHAnsi" w:cstheme="majorBidi"/>
      </w:rPr>
      <w:tblPr/>
      <w:tcPr>
        <w:tcBorders>
          <w:top w:val="nil"/>
          <w:bottom w:val="single" w:sz="8" w:space="0" w:color="EAB8E3" w:themeColor="accent3"/>
        </w:tcBorders>
      </w:tcPr>
    </w:tblStylePr>
    <w:tblStylePr w:type="lastRow">
      <w:rPr>
        <w:b/>
        <w:bCs/>
        <w:color w:val="414141" w:themeColor="text2"/>
      </w:rPr>
      <w:tblPr/>
      <w:tcPr>
        <w:tcBorders>
          <w:top w:val="single" w:sz="8" w:space="0" w:color="EAB8E3" w:themeColor="accent3"/>
          <w:bottom w:val="single" w:sz="8" w:space="0" w:color="EAB8E3" w:themeColor="accent3"/>
        </w:tcBorders>
      </w:tcPr>
    </w:tblStylePr>
    <w:tblStylePr w:type="firstCol">
      <w:rPr>
        <w:b/>
        <w:bCs/>
      </w:rPr>
    </w:tblStylePr>
    <w:tblStylePr w:type="lastCol">
      <w:rPr>
        <w:b/>
        <w:bCs/>
      </w:rPr>
      <w:tblPr/>
      <w:tcPr>
        <w:tcBorders>
          <w:top w:val="single" w:sz="8" w:space="0" w:color="EAB8E3" w:themeColor="accent3"/>
          <w:bottom w:val="single" w:sz="8" w:space="0" w:color="EAB8E3" w:themeColor="accent3"/>
        </w:tcBorders>
      </w:tcPr>
    </w:tblStylePr>
    <w:tblStylePr w:type="band1Vert">
      <w:tblPr/>
      <w:tcPr>
        <w:shd w:val="clear" w:color="auto" w:fill="F9EDF8" w:themeFill="accent3" w:themeFillTint="3F"/>
      </w:tcPr>
    </w:tblStylePr>
    <w:tblStylePr w:type="band1Horz">
      <w:tblPr/>
      <w:tcPr>
        <w:shd w:val="clear" w:color="auto" w:fill="F9EDF8" w:themeFill="accent3" w:themeFillTint="3F"/>
      </w:tcPr>
    </w:tblStylePr>
  </w:style>
  <w:style w:type="table" w:styleId="MediumList1-Accent4">
    <w:name w:val="Medium List 1 Accent 4"/>
    <w:basedOn w:val="TableNormal"/>
    <w:uiPriority w:val="65"/>
    <w:rsid w:val="00CB0664"/>
    <w:pPr>
      <w:spacing w:after="0" w:line="240" w:lineRule="auto"/>
    </w:pPr>
    <w:rPr>
      <w:color w:val="282828" w:themeColor="text1"/>
    </w:rPr>
    <w:tblPr>
      <w:tblStyleRowBandSize w:val="1"/>
      <w:tblStyleColBandSize w:val="1"/>
      <w:tblBorders>
        <w:top w:val="single" w:sz="8" w:space="0" w:color="FF8200" w:themeColor="accent4"/>
        <w:bottom w:val="single" w:sz="8" w:space="0" w:color="FF8200" w:themeColor="accent4"/>
      </w:tblBorders>
    </w:tblPr>
    <w:tblStylePr w:type="firstRow">
      <w:rPr>
        <w:rFonts w:asciiTheme="majorHAnsi" w:eastAsiaTheme="majorEastAsia" w:hAnsiTheme="majorHAnsi" w:cstheme="majorBidi"/>
      </w:rPr>
      <w:tblPr/>
      <w:tcPr>
        <w:tcBorders>
          <w:top w:val="nil"/>
          <w:bottom w:val="single" w:sz="8" w:space="0" w:color="FF8200" w:themeColor="accent4"/>
        </w:tcBorders>
      </w:tcPr>
    </w:tblStylePr>
    <w:tblStylePr w:type="lastRow">
      <w:rPr>
        <w:b/>
        <w:bCs/>
        <w:color w:val="414141" w:themeColor="text2"/>
      </w:rPr>
      <w:tblPr/>
      <w:tcPr>
        <w:tcBorders>
          <w:top w:val="single" w:sz="8" w:space="0" w:color="FF8200" w:themeColor="accent4"/>
          <w:bottom w:val="single" w:sz="8" w:space="0" w:color="FF8200" w:themeColor="accent4"/>
        </w:tcBorders>
      </w:tcPr>
    </w:tblStylePr>
    <w:tblStylePr w:type="firstCol">
      <w:rPr>
        <w:b/>
        <w:bCs/>
      </w:rPr>
    </w:tblStylePr>
    <w:tblStylePr w:type="lastCol">
      <w:rPr>
        <w:b/>
        <w:bCs/>
      </w:rPr>
      <w:tblPr/>
      <w:tcPr>
        <w:tcBorders>
          <w:top w:val="single" w:sz="8" w:space="0" w:color="FF8200" w:themeColor="accent4"/>
          <w:bottom w:val="single" w:sz="8" w:space="0" w:color="FF8200" w:themeColor="accent4"/>
        </w:tcBorders>
      </w:tcPr>
    </w:tblStylePr>
    <w:tblStylePr w:type="band1Vert">
      <w:tblPr/>
      <w:tcPr>
        <w:shd w:val="clear" w:color="auto" w:fill="FFE0C0" w:themeFill="accent4" w:themeFillTint="3F"/>
      </w:tcPr>
    </w:tblStylePr>
    <w:tblStylePr w:type="band1Horz">
      <w:tblPr/>
      <w:tcPr>
        <w:shd w:val="clear" w:color="auto" w:fill="FFE0C0" w:themeFill="accent4" w:themeFillTint="3F"/>
      </w:tcPr>
    </w:tblStylePr>
  </w:style>
  <w:style w:type="table" w:styleId="MediumList1-Accent5">
    <w:name w:val="Medium List 1 Accent 5"/>
    <w:basedOn w:val="TableNormal"/>
    <w:uiPriority w:val="65"/>
    <w:rsid w:val="00CB0664"/>
    <w:pPr>
      <w:spacing w:after="0" w:line="240" w:lineRule="auto"/>
    </w:pPr>
    <w:rPr>
      <w:color w:val="282828" w:themeColor="text1"/>
    </w:rPr>
    <w:tblPr>
      <w:tblStyleRowBandSize w:val="1"/>
      <w:tblStyleColBandSize w:val="1"/>
      <w:tblBorders>
        <w:top w:val="single" w:sz="8" w:space="0" w:color="FFC845" w:themeColor="accent5"/>
        <w:bottom w:val="single" w:sz="8" w:space="0" w:color="FFC845" w:themeColor="accent5"/>
      </w:tblBorders>
    </w:tblPr>
    <w:tblStylePr w:type="firstRow">
      <w:rPr>
        <w:rFonts w:asciiTheme="majorHAnsi" w:eastAsiaTheme="majorEastAsia" w:hAnsiTheme="majorHAnsi" w:cstheme="majorBidi"/>
      </w:rPr>
      <w:tblPr/>
      <w:tcPr>
        <w:tcBorders>
          <w:top w:val="nil"/>
          <w:bottom w:val="single" w:sz="8" w:space="0" w:color="FFC845" w:themeColor="accent5"/>
        </w:tcBorders>
      </w:tcPr>
    </w:tblStylePr>
    <w:tblStylePr w:type="lastRow">
      <w:rPr>
        <w:b/>
        <w:bCs/>
        <w:color w:val="414141" w:themeColor="text2"/>
      </w:rPr>
      <w:tblPr/>
      <w:tcPr>
        <w:tcBorders>
          <w:top w:val="single" w:sz="8" w:space="0" w:color="FFC845" w:themeColor="accent5"/>
          <w:bottom w:val="single" w:sz="8" w:space="0" w:color="FFC845" w:themeColor="accent5"/>
        </w:tcBorders>
      </w:tcPr>
    </w:tblStylePr>
    <w:tblStylePr w:type="firstCol">
      <w:rPr>
        <w:b/>
        <w:bCs/>
      </w:rPr>
    </w:tblStylePr>
    <w:tblStylePr w:type="lastCol">
      <w:rPr>
        <w:b/>
        <w:bCs/>
      </w:rPr>
      <w:tblPr/>
      <w:tcPr>
        <w:tcBorders>
          <w:top w:val="single" w:sz="8" w:space="0" w:color="FFC845" w:themeColor="accent5"/>
          <w:bottom w:val="single" w:sz="8" w:space="0" w:color="FFC845" w:themeColor="accent5"/>
        </w:tcBorders>
      </w:tcPr>
    </w:tblStylePr>
    <w:tblStylePr w:type="band1Vert">
      <w:tblPr/>
      <w:tcPr>
        <w:shd w:val="clear" w:color="auto" w:fill="FFF1D1" w:themeFill="accent5" w:themeFillTint="3F"/>
      </w:tcPr>
    </w:tblStylePr>
    <w:tblStylePr w:type="band1Horz">
      <w:tblPr/>
      <w:tcPr>
        <w:shd w:val="clear" w:color="auto" w:fill="FFF1D1" w:themeFill="accent5" w:themeFillTint="3F"/>
      </w:tcPr>
    </w:tblStylePr>
  </w:style>
  <w:style w:type="table" w:styleId="MediumList1-Accent6">
    <w:name w:val="Medium List 1 Accent 6"/>
    <w:basedOn w:val="TableNormal"/>
    <w:uiPriority w:val="65"/>
    <w:rsid w:val="00CB0664"/>
    <w:pPr>
      <w:spacing w:after="0" w:line="240" w:lineRule="auto"/>
    </w:pPr>
    <w:rPr>
      <w:color w:val="282828" w:themeColor="text1"/>
    </w:rPr>
    <w:tblPr>
      <w:tblStyleRowBandSize w:val="1"/>
      <w:tblStyleColBandSize w:val="1"/>
      <w:tblBorders>
        <w:top w:val="single" w:sz="8" w:space="0" w:color="F890A5" w:themeColor="accent6"/>
        <w:bottom w:val="single" w:sz="8" w:space="0" w:color="F890A5" w:themeColor="accent6"/>
      </w:tblBorders>
    </w:tblPr>
    <w:tblStylePr w:type="firstRow">
      <w:rPr>
        <w:rFonts w:asciiTheme="majorHAnsi" w:eastAsiaTheme="majorEastAsia" w:hAnsiTheme="majorHAnsi" w:cstheme="majorBidi"/>
      </w:rPr>
      <w:tblPr/>
      <w:tcPr>
        <w:tcBorders>
          <w:top w:val="nil"/>
          <w:bottom w:val="single" w:sz="8" w:space="0" w:color="F890A5" w:themeColor="accent6"/>
        </w:tcBorders>
      </w:tcPr>
    </w:tblStylePr>
    <w:tblStylePr w:type="lastRow">
      <w:rPr>
        <w:b/>
        <w:bCs/>
        <w:color w:val="414141" w:themeColor="text2"/>
      </w:rPr>
      <w:tblPr/>
      <w:tcPr>
        <w:tcBorders>
          <w:top w:val="single" w:sz="8" w:space="0" w:color="F890A5" w:themeColor="accent6"/>
          <w:bottom w:val="single" w:sz="8" w:space="0" w:color="F890A5" w:themeColor="accent6"/>
        </w:tcBorders>
      </w:tcPr>
    </w:tblStylePr>
    <w:tblStylePr w:type="firstCol">
      <w:rPr>
        <w:b/>
        <w:bCs/>
      </w:rPr>
    </w:tblStylePr>
    <w:tblStylePr w:type="lastCol">
      <w:rPr>
        <w:b/>
        <w:bCs/>
      </w:rPr>
      <w:tblPr/>
      <w:tcPr>
        <w:tcBorders>
          <w:top w:val="single" w:sz="8" w:space="0" w:color="F890A5" w:themeColor="accent6"/>
          <w:bottom w:val="single" w:sz="8" w:space="0" w:color="F890A5" w:themeColor="accent6"/>
        </w:tcBorders>
      </w:tcPr>
    </w:tblStylePr>
    <w:tblStylePr w:type="band1Vert">
      <w:tblPr/>
      <w:tcPr>
        <w:shd w:val="clear" w:color="auto" w:fill="FDE3E8" w:themeFill="accent6" w:themeFillTint="3F"/>
      </w:tcPr>
    </w:tblStylePr>
    <w:tblStylePr w:type="band1Horz">
      <w:tblPr/>
      <w:tcPr>
        <w:shd w:val="clear" w:color="auto" w:fill="FDE3E8"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282828" w:themeColor="text1"/>
    </w:rPr>
    <w:tblPr>
      <w:tblStyleRowBandSize w:val="1"/>
      <w:tblStyleColBandSize w:val="1"/>
      <w:tblBorders>
        <w:top w:val="single" w:sz="8" w:space="0" w:color="282828" w:themeColor="text1"/>
        <w:left w:val="single" w:sz="8" w:space="0" w:color="282828" w:themeColor="text1"/>
        <w:bottom w:val="single" w:sz="8" w:space="0" w:color="282828" w:themeColor="text1"/>
        <w:right w:val="single" w:sz="8" w:space="0" w:color="282828" w:themeColor="text1"/>
      </w:tblBorders>
    </w:tblPr>
    <w:tblStylePr w:type="firstRow">
      <w:rPr>
        <w:sz w:val="24"/>
        <w:szCs w:val="24"/>
      </w:rPr>
      <w:tblPr/>
      <w:tcPr>
        <w:tcBorders>
          <w:top w:val="nil"/>
          <w:left w:val="nil"/>
          <w:bottom w:val="single" w:sz="24" w:space="0" w:color="282828" w:themeColor="text1"/>
          <w:right w:val="nil"/>
          <w:insideH w:val="nil"/>
          <w:insideV w:val="nil"/>
        </w:tcBorders>
        <w:shd w:val="clear" w:color="auto" w:fill="F6F5F0" w:themeFill="background1"/>
      </w:tcPr>
    </w:tblStylePr>
    <w:tblStylePr w:type="lastRow">
      <w:tblPr/>
      <w:tcPr>
        <w:tcBorders>
          <w:top w:val="single" w:sz="8" w:space="0" w:color="282828" w:themeColor="text1"/>
          <w:left w:val="nil"/>
          <w:bottom w:val="nil"/>
          <w:right w:val="nil"/>
          <w:insideH w:val="nil"/>
          <w:insideV w:val="nil"/>
        </w:tcBorders>
        <w:shd w:val="clear" w:color="auto" w:fill="F6F5F0" w:themeFill="background1"/>
      </w:tcPr>
    </w:tblStylePr>
    <w:tblStylePr w:type="firstCol">
      <w:tblPr/>
      <w:tcPr>
        <w:tcBorders>
          <w:top w:val="nil"/>
          <w:left w:val="nil"/>
          <w:bottom w:val="nil"/>
          <w:right w:val="single" w:sz="8" w:space="0" w:color="282828" w:themeColor="text1"/>
          <w:insideH w:val="nil"/>
          <w:insideV w:val="nil"/>
        </w:tcBorders>
        <w:shd w:val="clear" w:color="auto" w:fill="F6F5F0" w:themeFill="background1"/>
      </w:tcPr>
    </w:tblStylePr>
    <w:tblStylePr w:type="lastCol">
      <w:tblPr/>
      <w:tcPr>
        <w:tcBorders>
          <w:top w:val="nil"/>
          <w:left w:val="single" w:sz="8" w:space="0" w:color="282828" w:themeColor="text1"/>
          <w:bottom w:val="nil"/>
          <w:right w:val="nil"/>
          <w:insideH w:val="nil"/>
          <w:insideV w:val="nil"/>
        </w:tcBorders>
        <w:shd w:val="clear" w:color="auto" w:fill="F6F5F0" w:themeFill="background1"/>
      </w:tcPr>
    </w:tblStylePr>
    <w:tblStylePr w:type="band1Vert">
      <w:tblPr/>
      <w:tcPr>
        <w:tcBorders>
          <w:left w:val="nil"/>
          <w:right w:val="nil"/>
          <w:insideH w:val="nil"/>
          <w:insideV w:val="nil"/>
        </w:tcBorders>
        <w:shd w:val="clear" w:color="auto" w:fill="C9C9C9" w:themeFill="text1" w:themeFillTint="3F"/>
      </w:tcPr>
    </w:tblStylePr>
    <w:tblStylePr w:type="band1Horz">
      <w:tblPr/>
      <w:tcPr>
        <w:tcBorders>
          <w:top w:val="nil"/>
          <w:bottom w:val="nil"/>
          <w:insideH w:val="nil"/>
          <w:insideV w:val="nil"/>
        </w:tcBorders>
        <w:shd w:val="clear" w:color="auto" w:fill="C9C9C9" w:themeFill="text1" w:themeFillTint="3F"/>
      </w:tcPr>
    </w:tblStylePr>
    <w:tblStylePr w:type="nwCell">
      <w:tblPr/>
      <w:tcPr>
        <w:shd w:val="clear" w:color="auto" w:fill="F6F5F0"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282828" w:themeColor="text1"/>
    </w:rPr>
    <w:tblPr>
      <w:tblStyleRowBandSize w:val="1"/>
      <w:tblStyleColBandSize w:val="1"/>
      <w:tblBorders>
        <w:top w:val="single" w:sz="8" w:space="0" w:color="792881" w:themeColor="accent1"/>
        <w:left w:val="single" w:sz="8" w:space="0" w:color="792881" w:themeColor="accent1"/>
        <w:bottom w:val="single" w:sz="8" w:space="0" w:color="792881" w:themeColor="accent1"/>
        <w:right w:val="single" w:sz="8" w:space="0" w:color="792881" w:themeColor="accent1"/>
      </w:tblBorders>
    </w:tblPr>
    <w:tblStylePr w:type="firstRow">
      <w:rPr>
        <w:sz w:val="24"/>
        <w:szCs w:val="24"/>
      </w:rPr>
      <w:tblPr/>
      <w:tcPr>
        <w:tcBorders>
          <w:top w:val="nil"/>
          <w:left w:val="nil"/>
          <w:bottom w:val="single" w:sz="24" w:space="0" w:color="792881" w:themeColor="accent1"/>
          <w:right w:val="nil"/>
          <w:insideH w:val="nil"/>
          <w:insideV w:val="nil"/>
        </w:tcBorders>
        <w:shd w:val="clear" w:color="auto" w:fill="F6F5F0" w:themeFill="background1"/>
      </w:tcPr>
    </w:tblStylePr>
    <w:tblStylePr w:type="lastRow">
      <w:tblPr/>
      <w:tcPr>
        <w:tcBorders>
          <w:top w:val="single" w:sz="8" w:space="0" w:color="792881" w:themeColor="accent1"/>
          <w:left w:val="nil"/>
          <w:bottom w:val="nil"/>
          <w:right w:val="nil"/>
          <w:insideH w:val="nil"/>
          <w:insideV w:val="nil"/>
        </w:tcBorders>
        <w:shd w:val="clear" w:color="auto" w:fill="F6F5F0" w:themeFill="background1"/>
      </w:tcPr>
    </w:tblStylePr>
    <w:tblStylePr w:type="firstCol">
      <w:tblPr/>
      <w:tcPr>
        <w:tcBorders>
          <w:top w:val="nil"/>
          <w:left w:val="nil"/>
          <w:bottom w:val="nil"/>
          <w:right w:val="single" w:sz="8" w:space="0" w:color="792881" w:themeColor="accent1"/>
          <w:insideH w:val="nil"/>
          <w:insideV w:val="nil"/>
        </w:tcBorders>
        <w:shd w:val="clear" w:color="auto" w:fill="F6F5F0" w:themeFill="background1"/>
      </w:tcPr>
    </w:tblStylePr>
    <w:tblStylePr w:type="lastCol">
      <w:tblPr/>
      <w:tcPr>
        <w:tcBorders>
          <w:top w:val="nil"/>
          <w:left w:val="single" w:sz="8" w:space="0" w:color="792881" w:themeColor="accent1"/>
          <w:bottom w:val="nil"/>
          <w:right w:val="nil"/>
          <w:insideH w:val="nil"/>
          <w:insideV w:val="nil"/>
        </w:tcBorders>
        <w:shd w:val="clear" w:color="auto" w:fill="F6F5F0" w:themeFill="background1"/>
      </w:tcPr>
    </w:tblStylePr>
    <w:tblStylePr w:type="band1Vert">
      <w:tblPr/>
      <w:tcPr>
        <w:tcBorders>
          <w:left w:val="nil"/>
          <w:right w:val="nil"/>
          <w:insideH w:val="nil"/>
          <w:insideV w:val="nil"/>
        </w:tcBorders>
        <w:shd w:val="clear" w:color="auto" w:fill="E7BEEB" w:themeFill="accent1" w:themeFillTint="3F"/>
      </w:tcPr>
    </w:tblStylePr>
    <w:tblStylePr w:type="band1Horz">
      <w:tblPr/>
      <w:tcPr>
        <w:tcBorders>
          <w:top w:val="nil"/>
          <w:bottom w:val="nil"/>
          <w:insideH w:val="nil"/>
          <w:insideV w:val="nil"/>
        </w:tcBorders>
        <w:shd w:val="clear" w:color="auto" w:fill="E7BEEB" w:themeFill="accent1" w:themeFillTint="3F"/>
      </w:tcPr>
    </w:tblStylePr>
    <w:tblStylePr w:type="nwCell">
      <w:tblPr/>
      <w:tcPr>
        <w:shd w:val="clear" w:color="auto" w:fill="F6F5F0"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282828" w:themeColor="text1"/>
    </w:rPr>
    <w:tblPr>
      <w:tblStyleRowBandSize w:val="1"/>
      <w:tblStyleColBandSize w:val="1"/>
      <w:tblBorders>
        <w:top w:val="single" w:sz="8" w:space="0" w:color="A35BB3" w:themeColor="accent2"/>
        <w:left w:val="single" w:sz="8" w:space="0" w:color="A35BB3" w:themeColor="accent2"/>
        <w:bottom w:val="single" w:sz="8" w:space="0" w:color="A35BB3" w:themeColor="accent2"/>
        <w:right w:val="single" w:sz="8" w:space="0" w:color="A35BB3" w:themeColor="accent2"/>
      </w:tblBorders>
    </w:tblPr>
    <w:tblStylePr w:type="firstRow">
      <w:rPr>
        <w:sz w:val="24"/>
        <w:szCs w:val="24"/>
      </w:rPr>
      <w:tblPr/>
      <w:tcPr>
        <w:tcBorders>
          <w:top w:val="nil"/>
          <w:left w:val="nil"/>
          <w:bottom w:val="single" w:sz="24" w:space="0" w:color="A35BB3" w:themeColor="accent2"/>
          <w:right w:val="nil"/>
          <w:insideH w:val="nil"/>
          <w:insideV w:val="nil"/>
        </w:tcBorders>
        <w:shd w:val="clear" w:color="auto" w:fill="F6F5F0" w:themeFill="background1"/>
      </w:tcPr>
    </w:tblStylePr>
    <w:tblStylePr w:type="lastRow">
      <w:tblPr/>
      <w:tcPr>
        <w:tcBorders>
          <w:top w:val="single" w:sz="8" w:space="0" w:color="A35BB3" w:themeColor="accent2"/>
          <w:left w:val="nil"/>
          <w:bottom w:val="nil"/>
          <w:right w:val="nil"/>
          <w:insideH w:val="nil"/>
          <w:insideV w:val="nil"/>
        </w:tcBorders>
        <w:shd w:val="clear" w:color="auto" w:fill="F6F5F0" w:themeFill="background1"/>
      </w:tcPr>
    </w:tblStylePr>
    <w:tblStylePr w:type="firstCol">
      <w:tblPr/>
      <w:tcPr>
        <w:tcBorders>
          <w:top w:val="nil"/>
          <w:left w:val="nil"/>
          <w:bottom w:val="nil"/>
          <w:right w:val="single" w:sz="8" w:space="0" w:color="A35BB3" w:themeColor="accent2"/>
          <w:insideH w:val="nil"/>
          <w:insideV w:val="nil"/>
        </w:tcBorders>
        <w:shd w:val="clear" w:color="auto" w:fill="F6F5F0" w:themeFill="background1"/>
      </w:tcPr>
    </w:tblStylePr>
    <w:tblStylePr w:type="lastCol">
      <w:tblPr/>
      <w:tcPr>
        <w:tcBorders>
          <w:top w:val="nil"/>
          <w:left w:val="single" w:sz="8" w:space="0" w:color="A35BB3" w:themeColor="accent2"/>
          <w:bottom w:val="nil"/>
          <w:right w:val="nil"/>
          <w:insideH w:val="nil"/>
          <w:insideV w:val="nil"/>
        </w:tcBorders>
        <w:shd w:val="clear" w:color="auto" w:fill="F6F5F0" w:themeFill="background1"/>
      </w:tcPr>
    </w:tblStylePr>
    <w:tblStylePr w:type="band1Vert">
      <w:tblPr/>
      <w:tcPr>
        <w:tcBorders>
          <w:left w:val="nil"/>
          <w:right w:val="nil"/>
          <w:insideH w:val="nil"/>
          <w:insideV w:val="nil"/>
        </w:tcBorders>
        <w:shd w:val="clear" w:color="auto" w:fill="E8D6EC" w:themeFill="accent2" w:themeFillTint="3F"/>
      </w:tcPr>
    </w:tblStylePr>
    <w:tblStylePr w:type="band1Horz">
      <w:tblPr/>
      <w:tcPr>
        <w:tcBorders>
          <w:top w:val="nil"/>
          <w:bottom w:val="nil"/>
          <w:insideH w:val="nil"/>
          <w:insideV w:val="nil"/>
        </w:tcBorders>
        <w:shd w:val="clear" w:color="auto" w:fill="E8D6EC" w:themeFill="accent2" w:themeFillTint="3F"/>
      </w:tcPr>
    </w:tblStylePr>
    <w:tblStylePr w:type="nwCell">
      <w:tblPr/>
      <w:tcPr>
        <w:shd w:val="clear" w:color="auto" w:fill="F6F5F0"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282828" w:themeColor="text1"/>
    </w:rPr>
    <w:tblPr>
      <w:tblStyleRowBandSize w:val="1"/>
      <w:tblStyleColBandSize w:val="1"/>
      <w:tblBorders>
        <w:top w:val="single" w:sz="8" w:space="0" w:color="EAB8E3" w:themeColor="accent3"/>
        <w:left w:val="single" w:sz="8" w:space="0" w:color="EAB8E3" w:themeColor="accent3"/>
        <w:bottom w:val="single" w:sz="8" w:space="0" w:color="EAB8E3" w:themeColor="accent3"/>
        <w:right w:val="single" w:sz="8" w:space="0" w:color="EAB8E3" w:themeColor="accent3"/>
      </w:tblBorders>
    </w:tblPr>
    <w:tblStylePr w:type="firstRow">
      <w:rPr>
        <w:sz w:val="24"/>
        <w:szCs w:val="24"/>
      </w:rPr>
      <w:tblPr/>
      <w:tcPr>
        <w:tcBorders>
          <w:top w:val="nil"/>
          <w:left w:val="nil"/>
          <w:bottom w:val="single" w:sz="24" w:space="0" w:color="EAB8E3" w:themeColor="accent3"/>
          <w:right w:val="nil"/>
          <w:insideH w:val="nil"/>
          <w:insideV w:val="nil"/>
        </w:tcBorders>
        <w:shd w:val="clear" w:color="auto" w:fill="F6F5F0" w:themeFill="background1"/>
      </w:tcPr>
    </w:tblStylePr>
    <w:tblStylePr w:type="lastRow">
      <w:tblPr/>
      <w:tcPr>
        <w:tcBorders>
          <w:top w:val="single" w:sz="8" w:space="0" w:color="EAB8E3" w:themeColor="accent3"/>
          <w:left w:val="nil"/>
          <w:bottom w:val="nil"/>
          <w:right w:val="nil"/>
          <w:insideH w:val="nil"/>
          <w:insideV w:val="nil"/>
        </w:tcBorders>
        <w:shd w:val="clear" w:color="auto" w:fill="F6F5F0" w:themeFill="background1"/>
      </w:tcPr>
    </w:tblStylePr>
    <w:tblStylePr w:type="firstCol">
      <w:tblPr/>
      <w:tcPr>
        <w:tcBorders>
          <w:top w:val="nil"/>
          <w:left w:val="nil"/>
          <w:bottom w:val="nil"/>
          <w:right w:val="single" w:sz="8" w:space="0" w:color="EAB8E3" w:themeColor="accent3"/>
          <w:insideH w:val="nil"/>
          <w:insideV w:val="nil"/>
        </w:tcBorders>
        <w:shd w:val="clear" w:color="auto" w:fill="F6F5F0" w:themeFill="background1"/>
      </w:tcPr>
    </w:tblStylePr>
    <w:tblStylePr w:type="lastCol">
      <w:tblPr/>
      <w:tcPr>
        <w:tcBorders>
          <w:top w:val="nil"/>
          <w:left w:val="single" w:sz="8" w:space="0" w:color="EAB8E3" w:themeColor="accent3"/>
          <w:bottom w:val="nil"/>
          <w:right w:val="nil"/>
          <w:insideH w:val="nil"/>
          <w:insideV w:val="nil"/>
        </w:tcBorders>
        <w:shd w:val="clear" w:color="auto" w:fill="F6F5F0" w:themeFill="background1"/>
      </w:tcPr>
    </w:tblStylePr>
    <w:tblStylePr w:type="band1Vert">
      <w:tblPr/>
      <w:tcPr>
        <w:tcBorders>
          <w:left w:val="nil"/>
          <w:right w:val="nil"/>
          <w:insideH w:val="nil"/>
          <w:insideV w:val="nil"/>
        </w:tcBorders>
        <w:shd w:val="clear" w:color="auto" w:fill="F9EDF8" w:themeFill="accent3" w:themeFillTint="3F"/>
      </w:tcPr>
    </w:tblStylePr>
    <w:tblStylePr w:type="band1Horz">
      <w:tblPr/>
      <w:tcPr>
        <w:tcBorders>
          <w:top w:val="nil"/>
          <w:bottom w:val="nil"/>
          <w:insideH w:val="nil"/>
          <w:insideV w:val="nil"/>
        </w:tcBorders>
        <w:shd w:val="clear" w:color="auto" w:fill="F9EDF8" w:themeFill="accent3" w:themeFillTint="3F"/>
      </w:tcPr>
    </w:tblStylePr>
    <w:tblStylePr w:type="nwCell">
      <w:tblPr/>
      <w:tcPr>
        <w:shd w:val="clear" w:color="auto" w:fill="F6F5F0"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282828" w:themeColor="text1"/>
    </w:rPr>
    <w:tblPr>
      <w:tblStyleRowBandSize w:val="1"/>
      <w:tblStyleColBandSize w:val="1"/>
      <w:tblBorders>
        <w:top w:val="single" w:sz="8" w:space="0" w:color="FF8200" w:themeColor="accent4"/>
        <w:left w:val="single" w:sz="8" w:space="0" w:color="FF8200" w:themeColor="accent4"/>
        <w:bottom w:val="single" w:sz="8" w:space="0" w:color="FF8200" w:themeColor="accent4"/>
        <w:right w:val="single" w:sz="8" w:space="0" w:color="FF8200" w:themeColor="accent4"/>
      </w:tblBorders>
    </w:tblPr>
    <w:tblStylePr w:type="firstRow">
      <w:rPr>
        <w:sz w:val="24"/>
        <w:szCs w:val="24"/>
      </w:rPr>
      <w:tblPr/>
      <w:tcPr>
        <w:tcBorders>
          <w:top w:val="nil"/>
          <w:left w:val="nil"/>
          <w:bottom w:val="single" w:sz="24" w:space="0" w:color="FF8200" w:themeColor="accent4"/>
          <w:right w:val="nil"/>
          <w:insideH w:val="nil"/>
          <w:insideV w:val="nil"/>
        </w:tcBorders>
        <w:shd w:val="clear" w:color="auto" w:fill="F6F5F0" w:themeFill="background1"/>
      </w:tcPr>
    </w:tblStylePr>
    <w:tblStylePr w:type="lastRow">
      <w:tblPr/>
      <w:tcPr>
        <w:tcBorders>
          <w:top w:val="single" w:sz="8" w:space="0" w:color="FF8200" w:themeColor="accent4"/>
          <w:left w:val="nil"/>
          <w:bottom w:val="nil"/>
          <w:right w:val="nil"/>
          <w:insideH w:val="nil"/>
          <w:insideV w:val="nil"/>
        </w:tcBorders>
        <w:shd w:val="clear" w:color="auto" w:fill="F6F5F0" w:themeFill="background1"/>
      </w:tcPr>
    </w:tblStylePr>
    <w:tblStylePr w:type="firstCol">
      <w:tblPr/>
      <w:tcPr>
        <w:tcBorders>
          <w:top w:val="nil"/>
          <w:left w:val="nil"/>
          <w:bottom w:val="nil"/>
          <w:right w:val="single" w:sz="8" w:space="0" w:color="FF8200" w:themeColor="accent4"/>
          <w:insideH w:val="nil"/>
          <w:insideV w:val="nil"/>
        </w:tcBorders>
        <w:shd w:val="clear" w:color="auto" w:fill="F6F5F0" w:themeFill="background1"/>
      </w:tcPr>
    </w:tblStylePr>
    <w:tblStylePr w:type="lastCol">
      <w:tblPr/>
      <w:tcPr>
        <w:tcBorders>
          <w:top w:val="nil"/>
          <w:left w:val="single" w:sz="8" w:space="0" w:color="FF8200" w:themeColor="accent4"/>
          <w:bottom w:val="nil"/>
          <w:right w:val="nil"/>
          <w:insideH w:val="nil"/>
          <w:insideV w:val="nil"/>
        </w:tcBorders>
        <w:shd w:val="clear" w:color="auto" w:fill="F6F5F0" w:themeFill="background1"/>
      </w:tcPr>
    </w:tblStylePr>
    <w:tblStylePr w:type="band1Vert">
      <w:tblPr/>
      <w:tcPr>
        <w:tcBorders>
          <w:left w:val="nil"/>
          <w:right w:val="nil"/>
          <w:insideH w:val="nil"/>
          <w:insideV w:val="nil"/>
        </w:tcBorders>
        <w:shd w:val="clear" w:color="auto" w:fill="FFE0C0" w:themeFill="accent4" w:themeFillTint="3F"/>
      </w:tcPr>
    </w:tblStylePr>
    <w:tblStylePr w:type="band1Horz">
      <w:tblPr/>
      <w:tcPr>
        <w:tcBorders>
          <w:top w:val="nil"/>
          <w:bottom w:val="nil"/>
          <w:insideH w:val="nil"/>
          <w:insideV w:val="nil"/>
        </w:tcBorders>
        <w:shd w:val="clear" w:color="auto" w:fill="FFE0C0" w:themeFill="accent4" w:themeFillTint="3F"/>
      </w:tcPr>
    </w:tblStylePr>
    <w:tblStylePr w:type="nwCell">
      <w:tblPr/>
      <w:tcPr>
        <w:shd w:val="clear" w:color="auto" w:fill="F6F5F0"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282828" w:themeColor="text1"/>
    </w:rPr>
    <w:tblPr>
      <w:tblStyleRowBandSize w:val="1"/>
      <w:tblStyleColBandSize w:val="1"/>
      <w:tblBorders>
        <w:top w:val="single" w:sz="8" w:space="0" w:color="FFC845" w:themeColor="accent5"/>
        <w:left w:val="single" w:sz="8" w:space="0" w:color="FFC845" w:themeColor="accent5"/>
        <w:bottom w:val="single" w:sz="8" w:space="0" w:color="FFC845" w:themeColor="accent5"/>
        <w:right w:val="single" w:sz="8" w:space="0" w:color="FFC845" w:themeColor="accent5"/>
      </w:tblBorders>
    </w:tblPr>
    <w:tblStylePr w:type="firstRow">
      <w:rPr>
        <w:sz w:val="24"/>
        <w:szCs w:val="24"/>
      </w:rPr>
      <w:tblPr/>
      <w:tcPr>
        <w:tcBorders>
          <w:top w:val="nil"/>
          <w:left w:val="nil"/>
          <w:bottom w:val="single" w:sz="24" w:space="0" w:color="FFC845" w:themeColor="accent5"/>
          <w:right w:val="nil"/>
          <w:insideH w:val="nil"/>
          <w:insideV w:val="nil"/>
        </w:tcBorders>
        <w:shd w:val="clear" w:color="auto" w:fill="F6F5F0" w:themeFill="background1"/>
      </w:tcPr>
    </w:tblStylePr>
    <w:tblStylePr w:type="lastRow">
      <w:tblPr/>
      <w:tcPr>
        <w:tcBorders>
          <w:top w:val="single" w:sz="8" w:space="0" w:color="FFC845" w:themeColor="accent5"/>
          <w:left w:val="nil"/>
          <w:bottom w:val="nil"/>
          <w:right w:val="nil"/>
          <w:insideH w:val="nil"/>
          <w:insideV w:val="nil"/>
        </w:tcBorders>
        <w:shd w:val="clear" w:color="auto" w:fill="F6F5F0" w:themeFill="background1"/>
      </w:tcPr>
    </w:tblStylePr>
    <w:tblStylePr w:type="firstCol">
      <w:tblPr/>
      <w:tcPr>
        <w:tcBorders>
          <w:top w:val="nil"/>
          <w:left w:val="nil"/>
          <w:bottom w:val="nil"/>
          <w:right w:val="single" w:sz="8" w:space="0" w:color="FFC845" w:themeColor="accent5"/>
          <w:insideH w:val="nil"/>
          <w:insideV w:val="nil"/>
        </w:tcBorders>
        <w:shd w:val="clear" w:color="auto" w:fill="F6F5F0" w:themeFill="background1"/>
      </w:tcPr>
    </w:tblStylePr>
    <w:tblStylePr w:type="lastCol">
      <w:tblPr/>
      <w:tcPr>
        <w:tcBorders>
          <w:top w:val="nil"/>
          <w:left w:val="single" w:sz="8" w:space="0" w:color="FFC845" w:themeColor="accent5"/>
          <w:bottom w:val="nil"/>
          <w:right w:val="nil"/>
          <w:insideH w:val="nil"/>
          <w:insideV w:val="nil"/>
        </w:tcBorders>
        <w:shd w:val="clear" w:color="auto" w:fill="F6F5F0" w:themeFill="background1"/>
      </w:tcPr>
    </w:tblStylePr>
    <w:tblStylePr w:type="band1Vert">
      <w:tblPr/>
      <w:tcPr>
        <w:tcBorders>
          <w:left w:val="nil"/>
          <w:right w:val="nil"/>
          <w:insideH w:val="nil"/>
          <w:insideV w:val="nil"/>
        </w:tcBorders>
        <w:shd w:val="clear" w:color="auto" w:fill="FFF1D1" w:themeFill="accent5" w:themeFillTint="3F"/>
      </w:tcPr>
    </w:tblStylePr>
    <w:tblStylePr w:type="band1Horz">
      <w:tblPr/>
      <w:tcPr>
        <w:tcBorders>
          <w:top w:val="nil"/>
          <w:bottom w:val="nil"/>
          <w:insideH w:val="nil"/>
          <w:insideV w:val="nil"/>
        </w:tcBorders>
        <w:shd w:val="clear" w:color="auto" w:fill="FFF1D1" w:themeFill="accent5" w:themeFillTint="3F"/>
      </w:tcPr>
    </w:tblStylePr>
    <w:tblStylePr w:type="nwCell">
      <w:tblPr/>
      <w:tcPr>
        <w:shd w:val="clear" w:color="auto" w:fill="F6F5F0"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282828" w:themeColor="text1"/>
    </w:rPr>
    <w:tblPr>
      <w:tblStyleRowBandSize w:val="1"/>
      <w:tblStyleColBandSize w:val="1"/>
      <w:tblBorders>
        <w:top w:val="single" w:sz="8" w:space="0" w:color="F890A5" w:themeColor="accent6"/>
        <w:left w:val="single" w:sz="8" w:space="0" w:color="F890A5" w:themeColor="accent6"/>
        <w:bottom w:val="single" w:sz="8" w:space="0" w:color="F890A5" w:themeColor="accent6"/>
        <w:right w:val="single" w:sz="8" w:space="0" w:color="F890A5" w:themeColor="accent6"/>
      </w:tblBorders>
    </w:tblPr>
    <w:tblStylePr w:type="firstRow">
      <w:rPr>
        <w:sz w:val="24"/>
        <w:szCs w:val="24"/>
      </w:rPr>
      <w:tblPr/>
      <w:tcPr>
        <w:tcBorders>
          <w:top w:val="nil"/>
          <w:left w:val="nil"/>
          <w:bottom w:val="single" w:sz="24" w:space="0" w:color="F890A5" w:themeColor="accent6"/>
          <w:right w:val="nil"/>
          <w:insideH w:val="nil"/>
          <w:insideV w:val="nil"/>
        </w:tcBorders>
        <w:shd w:val="clear" w:color="auto" w:fill="F6F5F0" w:themeFill="background1"/>
      </w:tcPr>
    </w:tblStylePr>
    <w:tblStylePr w:type="lastRow">
      <w:tblPr/>
      <w:tcPr>
        <w:tcBorders>
          <w:top w:val="single" w:sz="8" w:space="0" w:color="F890A5" w:themeColor="accent6"/>
          <w:left w:val="nil"/>
          <w:bottom w:val="nil"/>
          <w:right w:val="nil"/>
          <w:insideH w:val="nil"/>
          <w:insideV w:val="nil"/>
        </w:tcBorders>
        <w:shd w:val="clear" w:color="auto" w:fill="F6F5F0" w:themeFill="background1"/>
      </w:tcPr>
    </w:tblStylePr>
    <w:tblStylePr w:type="firstCol">
      <w:tblPr/>
      <w:tcPr>
        <w:tcBorders>
          <w:top w:val="nil"/>
          <w:left w:val="nil"/>
          <w:bottom w:val="nil"/>
          <w:right w:val="single" w:sz="8" w:space="0" w:color="F890A5" w:themeColor="accent6"/>
          <w:insideH w:val="nil"/>
          <w:insideV w:val="nil"/>
        </w:tcBorders>
        <w:shd w:val="clear" w:color="auto" w:fill="F6F5F0" w:themeFill="background1"/>
      </w:tcPr>
    </w:tblStylePr>
    <w:tblStylePr w:type="lastCol">
      <w:tblPr/>
      <w:tcPr>
        <w:tcBorders>
          <w:top w:val="nil"/>
          <w:left w:val="single" w:sz="8" w:space="0" w:color="F890A5" w:themeColor="accent6"/>
          <w:bottom w:val="nil"/>
          <w:right w:val="nil"/>
          <w:insideH w:val="nil"/>
          <w:insideV w:val="nil"/>
        </w:tcBorders>
        <w:shd w:val="clear" w:color="auto" w:fill="F6F5F0" w:themeFill="background1"/>
      </w:tcPr>
    </w:tblStylePr>
    <w:tblStylePr w:type="band1Vert">
      <w:tblPr/>
      <w:tcPr>
        <w:tcBorders>
          <w:left w:val="nil"/>
          <w:right w:val="nil"/>
          <w:insideH w:val="nil"/>
          <w:insideV w:val="nil"/>
        </w:tcBorders>
        <w:shd w:val="clear" w:color="auto" w:fill="FDE3E8" w:themeFill="accent6" w:themeFillTint="3F"/>
      </w:tcPr>
    </w:tblStylePr>
    <w:tblStylePr w:type="band1Horz">
      <w:tblPr/>
      <w:tcPr>
        <w:tcBorders>
          <w:top w:val="nil"/>
          <w:bottom w:val="nil"/>
          <w:insideH w:val="nil"/>
          <w:insideV w:val="nil"/>
        </w:tcBorders>
        <w:shd w:val="clear" w:color="auto" w:fill="FDE3E8" w:themeFill="accent6" w:themeFillTint="3F"/>
      </w:tcPr>
    </w:tblStylePr>
    <w:tblStylePr w:type="nwCell">
      <w:tblPr/>
      <w:tcPr>
        <w:shd w:val="clear" w:color="auto" w:fill="F6F5F0"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5D5D5D" w:themeColor="text1" w:themeTint="BF"/>
        <w:left w:val="single" w:sz="8" w:space="0" w:color="5D5D5D" w:themeColor="text1" w:themeTint="BF"/>
        <w:bottom w:val="single" w:sz="8" w:space="0" w:color="5D5D5D" w:themeColor="text1" w:themeTint="BF"/>
        <w:right w:val="single" w:sz="8" w:space="0" w:color="5D5D5D" w:themeColor="text1" w:themeTint="BF"/>
        <w:insideH w:val="single" w:sz="8" w:space="0" w:color="5D5D5D" w:themeColor="text1" w:themeTint="BF"/>
        <w:insideV w:val="single" w:sz="8" w:space="0" w:color="5D5D5D" w:themeColor="text1" w:themeTint="BF"/>
      </w:tblBorders>
    </w:tblPr>
    <w:tcPr>
      <w:shd w:val="clear" w:color="auto" w:fill="C9C9C9" w:themeFill="text1" w:themeFillTint="3F"/>
    </w:tcPr>
    <w:tblStylePr w:type="firstRow">
      <w:rPr>
        <w:b/>
        <w:bCs/>
      </w:rPr>
    </w:tblStylePr>
    <w:tblStylePr w:type="lastRow">
      <w:rPr>
        <w:b/>
        <w:bCs/>
      </w:rPr>
      <w:tblPr/>
      <w:tcPr>
        <w:tcBorders>
          <w:top w:val="single" w:sz="18" w:space="0" w:color="5D5D5D" w:themeColor="text1" w:themeTint="BF"/>
        </w:tcBorders>
      </w:tcPr>
    </w:tblStylePr>
    <w:tblStylePr w:type="firstCol">
      <w:rPr>
        <w:b/>
        <w:bCs/>
      </w:rPr>
    </w:tblStylePr>
    <w:tblStylePr w:type="lastCol">
      <w:rPr>
        <w:b/>
        <w:bCs/>
      </w:rPr>
    </w:tblStylePr>
    <w:tblStylePr w:type="band1Vert">
      <w:tblPr/>
      <w:tcPr>
        <w:shd w:val="clear" w:color="auto" w:fill="939393" w:themeFill="text1" w:themeFillTint="7F"/>
      </w:tcPr>
    </w:tblStylePr>
    <w:tblStylePr w:type="band1Horz">
      <w:tblPr/>
      <w:tcPr>
        <w:shd w:val="clear" w:color="auto" w:fill="939393"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B53CC2" w:themeColor="accent1" w:themeTint="BF"/>
        <w:left w:val="single" w:sz="8" w:space="0" w:color="B53CC2" w:themeColor="accent1" w:themeTint="BF"/>
        <w:bottom w:val="single" w:sz="8" w:space="0" w:color="B53CC2" w:themeColor="accent1" w:themeTint="BF"/>
        <w:right w:val="single" w:sz="8" w:space="0" w:color="B53CC2" w:themeColor="accent1" w:themeTint="BF"/>
        <w:insideH w:val="single" w:sz="8" w:space="0" w:color="B53CC2" w:themeColor="accent1" w:themeTint="BF"/>
        <w:insideV w:val="single" w:sz="8" w:space="0" w:color="B53CC2" w:themeColor="accent1" w:themeTint="BF"/>
      </w:tblBorders>
    </w:tblPr>
    <w:tcPr>
      <w:shd w:val="clear" w:color="auto" w:fill="E7BEEB" w:themeFill="accent1" w:themeFillTint="3F"/>
    </w:tcPr>
    <w:tblStylePr w:type="firstRow">
      <w:rPr>
        <w:b/>
        <w:bCs/>
      </w:rPr>
    </w:tblStylePr>
    <w:tblStylePr w:type="lastRow">
      <w:rPr>
        <w:b/>
        <w:bCs/>
      </w:rPr>
      <w:tblPr/>
      <w:tcPr>
        <w:tcBorders>
          <w:top w:val="single" w:sz="18" w:space="0" w:color="B53CC2" w:themeColor="accent1" w:themeTint="BF"/>
        </w:tcBorders>
      </w:tcPr>
    </w:tblStylePr>
    <w:tblStylePr w:type="firstCol">
      <w:rPr>
        <w:b/>
        <w:bCs/>
      </w:rPr>
    </w:tblStylePr>
    <w:tblStylePr w:type="lastCol">
      <w:rPr>
        <w:b/>
        <w:bCs/>
      </w:rPr>
    </w:tblStylePr>
    <w:tblStylePr w:type="band1Vert">
      <w:tblPr/>
      <w:tcPr>
        <w:shd w:val="clear" w:color="auto" w:fill="CE7DD6" w:themeFill="accent1" w:themeFillTint="7F"/>
      </w:tcPr>
    </w:tblStylePr>
    <w:tblStylePr w:type="band1Horz">
      <w:tblPr/>
      <w:tcPr>
        <w:shd w:val="clear" w:color="auto" w:fill="CE7DD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B984C6" w:themeColor="accent2" w:themeTint="BF"/>
        <w:left w:val="single" w:sz="8" w:space="0" w:color="B984C6" w:themeColor="accent2" w:themeTint="BF"/>
        <w:bottom w:val="single" w:sz="8" w:space="0" w:color="B984C6" w:themeColor="accent2" w:themeTint="BF"/>
        <w:right w:val="single" w:sz="8" w:space="0" w:color="B984C6" w:themeColor="accent2" w:themeTint="BF"/>
        <w:insideH w:val="single" w:sz="8" w:space="0" w:color="B984C6" w:themeColor="accent2" w:themeTint="BF"/>
        <w:insideV w:val="single" w:sz="8" w:space="0" w:color="B984C6" w:themeColor="accent2" w:themeTint="BF"/>
      </w:tblBorders>
    </w:tblPr>
    <w:tcPr>
      <w:shd w:val="clear" w:color="auto" w:fill="E8D6EC" w:themeFill="accent2" w:themeFillTint="3F"/>
    </w:tcPr>
    <w:tblStylePr w:type="firstRow">
      <w:rPr>
        <w:b/>
        <w:bCs/>
      </w:rPr>
    </w:tblStylePr>
    <w:tblStylePr w:type="lastRow">
      <w:rPr>
        <w:b/>
        <w:bCs/>
      </w:rPr>
      <w:tblPr/>
      <w:tcPr>
        <w:tcBorders>
          <w:top w:val="single" w:sz="18" w:space="0" w:color="B984C6" w:themeColor="accent2" w:themeTint="BF"/>
        </w:tcBorders>
      </w:tcPr>
    </w:tblStylePr>
    <w:tblStylePr w:type="firstCol">
      <w:rPr>
        <w:b/>
        <w:bCs/>
      </w:rPr>
    </w:tblStylePr>
    <w:tblStylePr w:type="lastCol">
      <w:rPr>
        <w:b/>
        <w:bCs/>
      </w:rPr>
    </w:tblStylePr>
    <w:tblStylePr w:type="band1Vert">
      <w:tblPr/>
      <w:tcPr>
        <w:shd w:val="clear" w:color="auto" w:fill="D1ADD9" w:themeFill="accent2" w:themeFillTint="7F"/>
      </w:tcPr>
    </w:tblStylePr>
    <w:tblStylePr w:type="band1Horz">
      <w:tblPr/>
      <w:tcPr>
        <w:shd w:val="clear" w:color="auto" w:fill="D1ADD9"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EFC9EA" w:themeColor="accent3" w:themeTint="BF"/>
        <w:left w:val="single" w:sz="8" w:space="0" w:color="EFC9EA" w:themeColor="accent3" w:themeTint="BF"/>
        <w:bottom w:val="single" w:sz="8" w:space="0" w:color="EFC9EA" w:themeColor="accent3" w:themeTint="BF"/>
        <w:right w:val="single" w:sz="8" w:space="0" w:color="EFC9EA" w:themeColor="accent3" w:themeTint="BF"/>
        <w:insideH w:val="single" w:sz="8" w:space="0" w:color="EFC9EA" w:themeColor="accent3" w:themeTint="BF"/>
        <w:insideV w:val="single" w:sz="8" w:space="0" w:color="EFC9EA" w:themeColor="accent3" w:themeTint="BF"/>
      </w:tblBorders>
    </w:tblPr>
    <w:tcPr>
      <w:shd w:val="clear" w:color="auto" w:fill="F9EDF8" w:themeFill="accent3" w:themeFillTint="3F"/>
    </w:tcPr>
    <w:tblStylePr w:type="firstRow">
      <w:rPr>
        <w:b/>
        <w:bCs/>
      </w:rPr>
    </w:tblStylePr>
    <w:tblStylePr w:type="lastRow">
      <w:rPr>
        <w:b/>
        <w:bCs/>
      </w:rPr>
      <w:tblPr/>
      <w:tcPr>
        <w:tcBorders>
          <w:top w:val="single" w:sz="18" w:space="0" w:color="EFC9EA" w:themeColor="accent3" w:themeTint="BF"/>
        </w:tcBorders>
      </w:tcPr>
    </w:tblStylePr>
    <w:tblStylePr w:type="firstCol">
      <w:rPr>
        <w:b/>
        <w:bCs/>
      </w:rPr>
    </w:tblStylePr>
    <w:tblStylePr w:type="lastCol">
      <w:rPr>
        <w:b/>
        <w:bCs/>
      </w:rPr>
    </w:tblStylePr>
    <w:tblStylePr w:type="band1Vert">
      <w:tblPr/>
      <w:tcPr>
        <w:shd w:val="clear" w:color="auto" w:fill="F4DBF0" w:themeFill="accent3" w:themeFillTint="7F"/>
      </w:tcPr>
    </w:tblStylePr>
    <w:tblStylePr w:type="band1Horz">
      <w:tblPr/>
      <w:tcPr>
        <w:shd w:val="clear" w:color="auto" w:fill="F4DBF0"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A140" w:themeColor="accent4" w:themeTint="BF"/>
        <w:left w:val="single" w:sz="8" w:space="0" w:color="FFA140" w:themeColor="accent4" w:themeTint="BF"/>
        <w:bottom w:val="single" w:sz="8" w:space="0" w:color="FFA140" w:themeColor="accent4" w:themeTint="BF"/>
        <w:right w:val="single" w:sz="8" w:space="0" w:color="FFA140" w:themeColor="accent4" w:themeTint="BF"/>
        <w:insideH w:val="single" w:sz="8" w:space="0" w:color="FFA140" w:themeColor="accent4" w:themeTint="BF"/>
        <w:insideV w:val="single" w:sz="8" w:space="0" w:color="FFA140" w:themeColor="accent4" w:themeTint="BF"/>
      </w:tblBorders>
    </w:tblPr>
    <w:tcPr>
      <w:shd w:val="clear" w:color="auto" w:fill="FFE0C0" w:themeFill="accent4" w:themeFillTint="3F"/>
    </w:tcPr>
    <w:tblStylePr w:type="firstRow">
      <w:rPr>
        <w:b/>
        <w:bCs/>
      </w:rPr>
    </w:tblStylePr>
    <w:tblStylePr w:type="lastRow">
      <w:rPr>
        <w:b/>
        <w:bCs/>
      </w:rPr>
      <w:tblPr/>
      <w:tcPr>
        <w:tcBorders>
          <w:top w:val="single" w:sz="18" w:space="0" w:color="FFA140" w:themeColor="accent4" w:themeTint="BF"/>
        </w:tcBorders>
      </w:tcPr>
    </w:tblStylePr>
    <w:tblStylePr w:type="firstCol">
      <w:rPr>
        <w:b/>
        <w:bCs/>
      </w:rPr>
    </w:tblStylePr>
    <w:tblStylePr w:type="lastCol">
      <w:rPr>
        <w:b/>
        <w:bCs/>
      </w:rPr>
    </w:tblStylePr>
    <w:tblStylePr w:type="band1Vert">
      <w:tblPr/>
      <w:tcPr>
        <w:shd w:val="clear" w:color="auto" w:fill="FFC080" w:themeFill="accent4" w:themeFillTint="7F"/>
      </w:tcPr>
    </w:tblStylePr>
    <w:tblStylePr w:type="band1Horz">
      <w:tblPr/>
      <w:tcPr>
        <w:shd w:val="clear" w:color="auto" w:fill="FFC0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FFD573" w:themeColor="accent5" w:themeTint="BF"/>
        <w:left w:val="single" w:sz="8" w:space="0" w:color="FFD573" w:themeColor="accent5" w:themeTint="BF"/>
        <w:bottom w:val="single" w:sz="8" w:space="0" w:color="FFD573" w:themeColor="accent5" w:themeTint="BF"/>
        <w:right w:val="single" w:sz="8" w:space="0" w:color="FFD573" w:themeColor="accent5" w:themeTint="BF"/>
        <w:insideH w:val="single" w:sz="8" w:space="0" w:color="FFD573" w:themeColor="accent5" w:themeTint="BF"/>
        <w:insideV w:val="single" w:sz="8" w:space="0" w:color="FFD573" w:themeColor="accent5" w:themeTint="BF"/>
      </w:tblBorders>
    </w:tblPr>
    <w:tcPr>
      <w:shd w:val="clear" w:color="auto" w:fill="FFF1D1" w:themeFill="accent5" w:themeFillTint="3F"/>
    </w:tcPr>
    <w:tblStylePr w:type="firstRow">
      <w:rPr>
        <w:b/>
        <w:bCs/>
      </w:rPr>
    </w:tblStylePr>
    <w:tblStylePr w:type="lastRow">
      <w:rPr>
        <w:b/>
        <w:bCs/>
      </w:rPr>
      <w:tblPr/>
      <w:tcPr>
        <w:tcBorders>
          <w:top w:val="single" w:sz="18" w:space="0" w:color="FFD573" w:themeColor="accent5" w:themeTint="BF"/>
        </w:tcBorders>
      </w:tcPr>
    </w:tblStylePr>
    <w:tblStylePr w:type="firstCol">
      <w:rPr>
        <w:b/>
        <w:bCs/>
      </w:rPr>
    </w:tblStylePr>
    <w:tblStylePr w:type="lastCol">
      <w:rPr>
        <w:b/>
        <w:bCs/>
      </w:rPr>
    </w:tblStylePr>
    <w:tblStylePr w:type="band1Vert">
      <w:tblPr/>
      <w:tcPr>
        <w:shd w:val="clear" w:color="auto" w:fill="FFE3A2" w:themeFill="accent5" w:themeFillTint="7F"/>
      </w:tcPr>
    </w:tblStylePr>
    <w:tblStylePr w:type="band1Horz">
      <w:tblPr/>
      <w:tcPr>
        <w:shd w:val="clear" w:color="auto" w:fill="FFE3A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ABBB" w:themeColor="accent6" w:themeTint="BF"/>
        <w:left w:val="single" w:sz="8" w:space="0" w:color="F9ABBB" w:themeColor="accent6" w:themeTint="BF"/>
        <w:bottom w:val="single" w:sz="8" w:space="0" w:color="F9ABBB" w:themeColor="accent6" w:themeTint="BF"/>
        <w:right w:val="single" w:sz="8" w:space="0" w:color="F9ABBB" w:themeColor="accent6" w:themeTint="BF"/>
        <w:insideH w:val="single" w:sz="8" w:space="0" w:color="F9ABBB" w:themeColor="accent6" w:themeTint="BF"/>
        <w:insideV w:val="single" w:sz="8" w:space="0" w:color="F9ABBB" w:themeColor="accent6" w:themeTint="BF"/>
      </w:tblBorders>
    </w:tblPr>
    <w:tcPr>
      <w:shd w:val="clear" w:color="auto" w:fill="FDE3E8" w:themeFill="accent6" w:themeFillTint="3F"/>
    </w:tcPr>
    <w:tblStylePr w:type="firstRow">
      <w:rPr>
        <w:b/>
        <w:bCs/>
      </w:rPr>
    </w:tblStylePr>
    <w:tblStylePr w:type="lastRow">
      <w:rPr>
        <w:b/>
        <w:bCs/>
      </w:rPr>
      <w:tblPr/>
      <w:tcPr>
        <w:tcBorders>
          <w:top w:val="single" w:sz="18" w:space="0" w:color="F9ABBB" w:themeColor="accent6" w:themeTint="BF"/>
        </w:tcBorders>
      </w:tcPr>
    </w:tblStylePr>
    <w:tblStylePr w:type="firstCol">
      <w:rPr>
        <w:b/>
        <w:bCs/>
      </w:rPr>
    </w:tblStylePr>
    <w:tblStylePr w:type="lastCol">
      <w:rPr>
        <w:b/>
        <w:bCs/>
      </w:rPr>
    </w:tblStylePr>
    <w:tblStylePr w:type="band1Vert">
      <w:tblPr/>
      <w:tcPr>
        <w:shd w:val="clear" w:color="auto" w:fill="FBC7D1" w:themeFill="accent6" w:themeFillTint="7F"/>
      </w:tcPr>
    </w:tblStylePr>
    <w:tblStylePr w:type="band1Horz">
      <w:tblPr/>
      <w:tcPr>
        <w:shd w:val="clear" w:color="auto" w:fill="FBC7D1"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282828" w:themeColor="text1"/>
    </w:rPr>
    <w:tblPr>
      <w:tblStyleRowBandSize w:val="1"/>
      <w:tblStyleColBandSize w:val="1"/>
      <w:tblBorders>
        <w:top w:val="single" w:sz="8" w:space="0" w:color="282828" w:themeColor="text1"/>
        <w:left w:val="single" w:sz="8" w:space="0" w:color="282828" w:themeColor="text1"/>
        <w:bottom w:val="single" w:sz="8" w:space="0" w:color="282828" w:themeColor="text1"/>
        <w:right w:val="single" w:sz="8" w:space="0" w:color="282828" w:themeColor="text1"/>
        <w:insideH w:val="single" w:sz="8" w:space="0" w:color="282828" w:themeColor="text1"/>
        <w:insideV w:val="single" w:sz="8" w:space="0" w:color="282828" w:themeColor="text1"/>
      </w:tblBorders>
    </w:tblPr>
    <w:tcPr>
      <w:shd w:val="clear" w:color="auto" w:fill="C9C9C9" w:themeFill="text1" w:themeFillTint="3F"/>
    </w:tcPr>
    <w:tblStylePr w:type="firstRow">
      <w:rPr>
        <w:b/>
        <w:bCs/>
        <w:color w:val="282828" w:themeColor="text1"/>
      </w:rPr>
      <w:tblPr/>
      <w:tcPr>
        <w:shd w:val="clear" w:color="auto" w:fill="E9E9E9" w:themeFill="text1" w:themeFillTint="19"/>
      </w:tcPr>
    </w:tblStylePr>
    <w:tblStylePr w:type="lastRow">
      <w:rPr>
        <w:b/>
        <w:bCs/>
        <w:color w:val="282828" w:themeColor="text1"/>
      </w:rPr>
      <w:tblPr/>
      <w:tcPr>
        <w:tcBorders>
          <w:top w:val="single" w:sz="12" w:space="0" w:color="282828" w:themeColor="text1"/>
          <w:left w:val="nil"/>
          <w:bottom w:val="nil"/>
          <w:right w:val="nil"/>
          <w:insideH w:val="nil"/>
          <w:insideV w:val="nil"/>
        </w:tcBorders>
        <w:shd w:val="clear" w:color="auto" w:fill="F6F5F0" w:themeFill="background1"/>
      </w:tcPr>
    </w:tblStylePr>
    <w:tblStylePr w:type="firstCol">
      <w:rPr>
        <w:b/>
        <w:bCs/>
        <w:color w:val="282828" w:themeColor="text1"/>
      </w:rPr>
      <w:tblPr/>
      <w:tcPr>
        <w:tcBorders>
          <w:top w:val="nil"/>
          <w:left w:val="nil"/>
          <w:bottom w:val="nil"/>
          <w:right w:val="nil"/>
          <w:insideH w:val="nil"/>
          <w:insideV w:val="nil"/>
        </w:tcBorders>
        <w:shd w:val="clear" w:color="auto" w:fill="F6F5F0" w:themeFill="background1"/>
      </w:tcPr>
    </w:tblStylePr>
    <w:tblStylePr w:type="lastCol">
      <w:rPr>
        <w:b w:val="0"/>
        <w:bCs w:val="0"/>
        <w:color w:val="282828" w:themeColor="text1"/>
      </w:rPr>
      <w:tblPr/>
      <w:tcPr>
        <w:tcBorders>
          <w:top w:val="nil"/>
          <w:left w:val="nil"/>
          <w:bottom w:val="nil"/>
          <w:right w:val="nil"/>
          <w:insideH w:val="nil"/>
          <w:insideV w:val="nil"/>
        </w:tcBorders>
        <w:shd w:val="clear" w:color="auto" w:fill="D4D4D4" w:themeFill="text1" w:themeFillTint="33"/>
      </w:tcPr>
    </w:tblStylePr>
    <w:tblStylePr w:type="band1Vert">
      <w:tblPr/>
      <w:tcPr>
        <w:shd w:val="clear" w:color="auto" w:fill="939393" w:themeFill="text1" w:themeFillTint="7F"/>
      </w:tcPr>
    </w:tblStylePr>
    <w:tblStylePr w:type="band1Horz">
      <w:tblPr/>
      <w:tcPr>
        <w:tcBorders>
          <w:insideH w:val="single" w:sz="6" w:space="0" w:color="282828" w:themeColor="text1"/>
          <w:insideV w:val="single" w:sz="6" w:space="0" w:color="282828" w:themeColor="text1"/>
        </w:tcBorders>
        <w:shd w:val="clear" w:color="auto" w:fill="939393" w:themeFill="text1" w:themeFillTint="7F"/>
      </w:tcPr>
    </w:tblStylePr>
    <w:tblStylePr w:type="nwCell">
      <w:tblPr/>
      <w:tcPr>
        <w:shd w:val="clear" w:color="auto" w:fill="F6F5F0"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282828" w:themeColor="text1"/>
    </w:rPr>
    <w:tblPr>
      <w:tblStyleRowBandSize w:val="1"/>
      <w:tblStyleColBandSize w:val="1"/>
      <w:tblBorders>
        <w:top w:val="single" w:sz="8" w:space="0" w:color="792881" w:themeColor="accent1"/>
        <w:left w:val="single" w:sz="8" w:space="0" w:color="792881" w:themeColor="accent1"/>
        <w:bottom w:val="single" w:sz="8" w:space="0" w:color="792881" w:themeColor="accent1"/>
        <w:right w:val="single" w:sz="8" w:space="0" w:color="792881" w:themeColor="accent1"/>
        <w:insideH w:val="single" w:sz="8" w:space="0" w:color="792881" w:themeColor="accent1"/>
        <w:insideV w:val="single" w:sz="8" w:space="0" w:color="792881" w:themeColor="accent1"/>
      </w:tblBorders>
    </w:tblPr>
    <w:tcPr>
      <w:shd w:val="clear" w:color="auto" w:fill="E7BEEB" w:themeFill="accent1" w:themeFillTint="3F"/>
    </w:tcPr>
    <w:tblStylePr w:type="firstRow">
      <w:rPr>
        <w:b/>
        <w:bCs/>
        <w:color w:val="282828" w:themeColor="text1"/>
      </w:rPr>
      <w:tblPr/>
      <w:tcPr>
        <w:shd w:val="clear" w:color="auto" w:fill="F5E5F7" w:themeFill="accent1" w:themeFillTint="19"/>
      </w:tcPr>
    </w:tblStylePr>
    <w:tblStylePr w:type="lastRow">
      <w:rPr>
        <w:b/>
        <w:bCs/>
        <w:color w:val="282828" w:themeColor="text1"/>
      </w:rPr>
      <w:tblPr/>
      <w:tcPr>
        <w:tcBorders>
          <w:top w:val="single" w:sz="12" w:space="0" w:color="282828" w:themeColor="text1"/>
          <w:left w:val="nil"/>
          <w:bottom w:val="nil"/>
          <w:right w:val="nil"/>
          <w:insideH w:val="nil"/>
          <w:insideV w:val="nil"/>
        </w:tcBorders>
        <w:shd w:val="clear" w:color="auto" w:fill="F6F5F0" w:themeFill="background1"/>
      </w:tcPr>
    </w:tblStylePr>
    <w:tblStylePr w:type="firstCol">
      <w:rPr>
        <w:b/>
        <w:bCs/>
        <w:color w:val="282828" w:themeColor="text1"/>
      </w:rPr>
      <w:tblPr/>
      <w:tcPr>
        <w:tcBorders>
          <w:top w:val="nil"/>
          <w:left w:val="nil"/>
          <w:bottom w:val="nil"/>
          <w:right w:val="nil"/>
          <w:insideH w:val="nil"/>
          <w:insideV w:val="nil"/>
        </w:tcBorders>
        <w:shd w:val="clear" w:color="auto" w:fill="F6F5F0" w:themeFill="background1"/>
      </w:tcPr>
    </w:tblStylePr>
    <w:tblStylePr w:type="lastCol">
      <w:rPr>
        <w:b w:val="0"/>
        <w:bCs w:val="0"/>
        <w:color w:val="282828" w:themeColor="text1"/>
      </w:rPr>
      <w:tblPr/>
      <w:tcPr>
        <w:tcBorders>
          <w:top w:val="nil"/>
          <w:left w:val="nil"/>
          <w:bottom w:val="nil"/>
          <w:right w:val="nil"/>
          <w:insideH w:val="nil"/>
          <w:insideV w:val="nil"/>
        </w:tcBorders>
        <w:shd w:val="clear" w:color="auto" w:fill="EBCAEE" w:themeFill="accent1" w:themeFillTint="33"/>
      </w:tcPr>
    </w:tblStylePr>
    <w:tblStylePr w:type="band1Vert">
      <w:tblPr/>
      <w:tcPr>
        <w:shd w:val="clear" w:color="auto" w:fill="CE7DD6" w:themeFill="accent1" w:themeFillTint="7F"/>
      </w:tcPr>
    </w:tblStylePr>
    <w:tblStylePr w:type="band1Horz">
      <w:tblPr/>
      <w:tcPr>
        <w:tcBorders>
          <w:insideH w:val="single" w:sz="6" w:space="0" w:color="792881" w:themeColor="accent1"/>
          <w:insideV w:val="single" w:sz="6" w:space="0" w:color="792881" w:themeColor="accent1"/>
        </w:tcBorders>
        <w:shd w:val="clear" w:color="auto" w:fill="CE7DD6" w:themeFill="accent1" w:themeFillTint="7F"/>
      </w:tcPr>
    </w:tblStylePr>
    <w:tblStylePr w:type="nwCell">
      <w:tblPr/>
      <w:tcPr>
        <w:shd w:val="clear" w:color="auto" w:fill="F6F5F0"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282828" w:themeColor="text1"/>
    </w:rPr>
    <w:tblPr>
      <w:tblStyleRowBandSize w:val="1"/>
      <w:tblStyleColBandSize w:val="1"/>
      <w:tblBorders>
        <w:top w:val="single" w:sz="8" w:space="0" w:color="A35BB3" w:themeColor="accent2"/>
        <w:left w:val="single" w:sz="8" w:space="0" w:color="A35BB3" w:themeColor="accent2"/>
        <w:bottom w:val="single" w:sz="8" w:space="0" w:color="A35BB3" w:themeColor="accent2"/>
        <w:right w:val="single" w:sz="8" w:space="0" w:color="A35BB3" w:themeColor="accent2"/>
        <w:insideH w:val="single" w:sz="8" w:space="0" w:color="A35BB3" w:themeColor="accent2"/>
        <w:insideV w:val="single" w:sz="8" w:space="0" w:color="A35BB3" w:themeColor="accent2"/>
      </w:tblBorders>
    </w:tblPr>
    <w:tcPr>
      <w:shd w:val="clear" w:color="auto" w:fill="E8D6EC" w:themeFill="accent2" w:themeFillTint="3F"/>
    </w:tcPr>
    <w:tblStylePr w:type="firstRow">
      <w:rPr>
        <w:b/>
        <w:bCs/>
        <w:color w:val="282828" w:themeColor="text1"/>
      </w:rPr>
      <w:tblPr/>
      <w:tcPr>
        <w:shd w:val="clear" w:color="auto" w:fill="F6EEF7" w:themeFill="accent2" w:themeFillTint="19"/>
      </w:tcPr>
    </w:tblStylePr>
    <w:tblStylePr w:type="lastRow">
      <w:rPr>
        <w:b/>
        <w:bCs/>
        <w:color w:val="282828" w:themeColor="text1"/>
      </w:rPr>
      <w:tblPr/>
      <w:tcPr>
        <w:tcBorders>
          <w:top w:val="single" w:sz="12" w:space="0" w:color="282828" w:themeColor="text1"/>
          <w:left w:val="nil"/>
          <w:bottom w:val="nil"/>
          <w:right w:val="nil"/>
          <w:insideH w:val="nil"/>
          <w:insideV w:val="nil"/>
        </w:tcBorders>
        <w:shd w:val="clear" w:color="auto" w:fill="F6F5F0" w:themeFill="background1"/>
      </w:tcPr>
    </w:tblStylePr>
    <w:tblStylePr w:type="firstCol">
      <w:rPr>
        <w:b/>
        <w:bCs/>
        <w:color w:val="282828" w:themeColor="text1"/>
      </w:rPr>
      <w:tblPr/>
      <w:tcPr>
        <w:tcBorders>
          <w:top w:val="nil"/>
          <w:left w:val="nil"/>
          <w:bottom w:val="nil"/>
          <w:right w:val="nil"/>
          <w:insideH w:val="nil"/>
          <w:insideV w:val="nil"/>
        </w:tcBorders>
        <w:shd w:val="clear" w:color="auto" w:fill="F6F5F0" w:themeFill="background1"/>
      </w:tcPr>
    </w:tblStylePr>
    <w:tblStylePr w:type="lastCol">
      <w:rPr>
        <w:b w:val="0"/>
        <w:bCs w:val="0"/>
        <w:color w:val="282828" w:themeColor="text1"/>
      </w:rPr>
      <w:tblPr/>
      <w:tcPr>
        <w:tcBorders>
          <w:top w:val="nil"/>
          <w:left w:val="nil"/>
          <w:bottom w:val="nil"/>
          <w:right w:val="nil"/>
          <w:insideH w:val="nil"/>
          <w:insideV w:val="nil"/>
        </w:tcBorders>
        <w:shd w:val="clear" w:color="auto" w:fill="ECDEEF" w:themeFill="accent2" w:themeFillTint="33"/>
      </w:tcPr>
    </w:tblStylePr>
    <w:tblStylePr w:type="band1Vert">
      <w:tblPr/>
      <w:tcPr>
        <w:shd w:val="clear" w:color="auto" w:fill="D1ADD9" w:themeFill="accent2" w:themeFillTint="7F"/>
      </w:tcPr>
    </w:tblStylePr>
    <w:tblStylePr w:type="band1Horz">
      <w:tblPr/>
      <w:tcPr>
        <w:tcBorders>
          <w:insideH w:val="single" w:sz="6" w:space="0" w:color="A35BB3" w:themeColor="accent2"/>
          <w:insideV w:val="single" w:sz="6" w:space="0" w:color="A35BB3" w:themeColor="accent2"/>
        </w:tcBorders>
        <w:shd w:val="clear" w:color="auto" w:fill="D1ADD9" w:themeFill="accent2" w:themeFillTint="7F"/>
      </w:tcPr>
    </w:tblStylePr>
    <w:tblStylePr w:type="nwCell">
      <w:tblPr/>
      <w:tcPr>
        <w:shd w:val="clear" w:color="auto" w:fill="F6F5F0"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282828" w:themeColor="text1"/>
    </w:rPr>
    <w:tblPr>
      <w:tblStyleRowBandSize w:val="1"/>
      <w:tblStyleColBandSize w:val="1"/>
      <w:tblBorders>
        <w:top w:val="single" w:sz="8" w:space="0" w:color="EAB8E3" w:themeColor="accent3"/>
        <w:left w:val="single" w:sz="8" w:space="0" w:color="EAB8E3" w:themeColor="accent3"/>
        <w:bottom w:val="single" w:sz="8" w:space="0" w:color="EAB8E3" w:themeColor="accent3"/>
        <w:right w:val="single" w:sz="8" w:space="0" w:color="EAB8E3" w:themeColor="accent3"/>
        <w:insideH w:val="single" w:sz="8" w:space="0" w:color="EAB8E3" w:themeColor="accent3"/>
        <w:insideV w:val="single" w:sz="8" w:space="0" w:color="EAB8E3" w:themeColor="accent3"/>
      </w:tblBorders>
    </w:tblPr>
    <w:tcPr>
      <w:shd w:val="clear" w:color="auto" w:fill="F9EDF8" w:themeFill="accent3" w:themeFillTint="3F"/>
    </w:tcPr>
    <w:tblStylePr w:type="firstRow">
      <w:rPr>
        <w:b/>
        <w:bCs/>
        <w:color w:val="282828" w:themeColor="text1"/>
      </w:rPr>
      <w:tblPr/>
      <w:tcPr>
        <w:shd w:val="clear" w:color="auto" w:fill="FDF7FC" w:themeFill="accent3" w:themeFillTint="19"/>
      </w:tcPr>
    </w:tblStylePr>
    <w:tblStylePr w:type="lastRow">
      <w:rPr>
        <w:b/>
        <w:bCs/>
        <w:color w:val="282828" w:themeColor="text1"/>
      </w:rPr>
      <w:tblPr/>
      <w:tcPr>
        <w:tcBorders>
          <w:top w:val="single" w:sz="12" w:space="0" w:color="282828" w:themeColor="text1"/>
          <w:left w:val="nil"/>
          <w:bottom w:val="nil"/>
          <w:right w:val="nil"/>
          <w:insideH w:val="nil"/>
          <w:insideV w:val="nil"/>
        </w:tcBorders>
        <w:shd w:val="clear" w:color="auto" w:fill="F6F5F0" w:themeFill="background1"/>
      </w:tcPr>
    </w:tblStylePr>
    <w:tblStylePr w:type="firstCol">
      <w:rPr>
        <w:b/>
        <w:bCs/>
        <w:color w:val="282828" w:themeColor="text1"/>
      </w:rPr>
      <w:tblPr/>
      <w:tcPr>
        <w:tcBorders>
          <w:top w:val="nil"/>
          <w:left w:val="nil"/>
          <w:bottom w:val="nil"/>
          <w:right w:val="nil"/>
          <w:insideH w:val="nil"/>
          <w:insideV w:val="nil"/>
        </w:tcBorders>
        <w:shd w:val="clear" w:color="auto" w:fill="F6F5F0" w:themeFill="background1"/>
      </w:tcPr>
    </w:tblStylePr>
    <w:tblStylePr w:type="lastCol">
      <w:rPr>
        <w:b w:val="0"/>
        <w:bCs w:val="0"/>
        <w:color w:val="282828" w:themeColor="text1"/>
      </w:rPr>
      <w:tblPr/>
      <w:tcPr>
        <w:tcBorders>
          <w:top w:val="nil"/>
          <w:left w:val="nil"/>
          <w:bottom w:val="nil"/>
          <w:right w:val="nil"/>
          <w:insideH w:val="nil"/>
          <w:insideV w:val="nil"/>
        </w:tcBorders>
        <w:shd w:val="clear" w:color="auto" w:fill="FAF0F9" w:themeFill="accent3" w:themeFillTint="33"/>
      </w:tcPr>
    </w:tblStylePr>
    <w:tblStylePr w:type="band1Vert">
      <w:tblPr/>
      <w:tcPr>
        <w:shd w:val="clear" w:color="auto" w:fill="F4DBF0" w:themeFill="accent3" w:themeFillTint="7F"/>
      </w:tcPr>
    </w:tblStylePr>
    <w:tblStylePr w:type="band1Horz">
      <w:tblPr/>
      <w:tcPr>
        <w:tcBorders>
          <w:insideH w:val="single" w:sz="6" w:space="0" w:color="EAB8E3" w:themeColor="accent3"/>
          <w:insideV w:val="single" w:sz="6" w:space="0" w:color="EAB8E3" w:themeColor="accent3"/>
        </w:tcBorders>
        <w:shd w:val="clear" w:color="auto" w:fill="F4DBF0" w:themeFill="accent3" w:themeFillTint="7F"/>
      </w:tcPr>
    </w:tblStylePr>
    <w:tblStylePr w:type="nwCell">
      <w:tblPr/>
      <w:tcPr>
        <w:shd w:val="clear" w:color="auto" w:fill="F6F5F0"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282828" w:themeColor="text1"/>
    </w:rPr>
    <w:tblPr>
      <w:tblStyleRowBandSize w:val="1"/>
      <w:tblStyleColBandSize w:val="1"/>
      <w:tblBorders>
        <w:top w:val="single" w:sz="8" w:space="0" w:color="FF8200" w:themeColor="accent4"/>
        <w:left w:val="single" w:sz="8" w:space="0" w:color="FF8200" w:themeColor="accent4"/>
        <w:bottom w:val="single" w:sz="8" w:space="0" w:color="FF8200" w:themeColor="accent4"/>
        <w:right w:val="single" w:sz="8" w:space="0" w:color="FF8200" w:themeColor="accent4"/>
        <w:insideH w:val="single" w:sz="8" w:space="0" w:color="FF8200" w:themeColor="accent4"/>
        <w:insideV w:val="single" w:sz="8" w:space="0" w:color="FF8200" w:themeColor="accent4"/>
      </w:tblBorders>
    </w:tblPr>
    <w:tcPr>
      <w:shd w:val="clear" w:color="auto" w:fill="FFE0C0" w:themeFill="accent4" w:themeFillTint="3F"/>
    </w:tcPr>
    <w:tblStylePr w:type="firstRow">
      <w:rPr>
        <w:b/>
        <w:bCs/>
        <w:color w:val="282828" w:themeColor="text1"/>
      </w:rPr>
      <w:tblPr/>
      <w:tcPr>
        <w:shd w:val="clear" w:color="auto" w:fill="FFF2E6" w:themeFill="accent4" w:themeFillTint="19"/>
      </w:tcPr>
    </w:tblStylePr>
    <w:tblStylePr w:type="lastRow">
      <w:rPr>
        <w:b/>
        <w:bCs/>
        <w:color w:val="282828" w:themeColor="text1"/>
      </w:rPr>
      <w:tblPr/>
      <w:tcPr>
        <w:tcBorders>
          <w:top w:val="single" w:sz="12" w:space="0" w:color="282828" w:themeColor="text1"/>
          <w:left w:val="nil"/>
          <w:bottom w:val="nil"/>
          <w:right w:val="nil"/>
          <w:insideH w:val="nil"/>
          <w:insideV w:val="nil"/>
        </w:tcBorders>
        <w:shd w:val="clear" w:color="auto" w:fill="F6F5F0" w:themeFill="background1"/>
      </w:tcPr>
    </w:tblStylePr>
    <w:tblStylePr w:type="firstCol">
      <w:rPr>
        <w:b/>
        <w:bCs/>
        <w:color w:val="282828" w:themeColor="text1"/>
      </w:rPr>
      <w:tblPr/>
      <w:tcPr>
        <w:tcBorders>
          <w:top w:val="nil"/>
          <w:left w:val="nil"/>
          <w:bottom w:val="nil"/>
          <w:right w:val="nil"/>
          <w:insideH w:val="nil"/>
          <w:insideV w:val="nil"/>
        </w:tcBorders>
        <w:shd w:val="clear" w:color="auto" w:fill="F6F5F0" w:themeFill="background1"/>
      </w:tcPr>
    </w:tblStylePr>
    <w:tblStylePr w:type="lastCol">
      <w:rPr>
        <w:b w:val="0"/>
        <w:bCs w:val="0"/>
        <w:color w:val="282828" w:themeColor="text1"/>
      </w:rPr>
      <w:tblPr/>
      <w:tcPr>
        <w:tcBorders>
          <w:top w:val="nil"/>
          <w:left w:val="nil"/>
          <w:bottom w:val="nil"/>
          <w:right w:val="nil"/>
          <w:insideH w:val="nil"/>
          <w:insideV w:val="nil"/>
        </w:tcBorders>
        <w:shd w:val="clear" w:color="auto" w:fill="FFE6CC" w:themeFill="accent4" w:themeFillTint="33"/>
      </w:tcPr>
    </w:tblStylePr>
    <w:tblStylePr w:type="band1Vert">
      <w:tblPr/>
      <w:tcPr>
        <w:shd w:val="clear" w:color="auto" w:fill="FFC080" w:themeFill="accent4" w:themeFillTint="7F"/>
      </w:tcPr>
    </w:tblStylePr>
    <w:tblStylePr w:type="band1Horz">
      <w:tblPr/>
      <w:tcPr>
        <w:tcBorders>
          <w:insideH w:val="single" w:sz="6" w:space="0" w:color="FF8200" w:themeColor="accent4"/>
          <w:insideV w:val="single" w:sz="6" w:space="0" w:color="FF8200" w:themeColor="accent4"/>
        </w:tcBorders>
        <w:shd w:val="clear" w:color="auto" w:fill="FFC080" w:themeFill="accent4" w:themeFillTint="7F"/>
      </w:tcPr>
    </w:tblStylePr>
    <w:tblStylePr w:type="nwCell">
      <w:tblPr/>
      <w:tcPr>
        <w:shd w:val="clear" w:color="auto" w:fill="F6F5F0"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282828" w:themeColor="text1"/>
    </w:rPr>
    <w:tblPr>
      <w:tblStyleRowBandSize w:val="1"/>
      <w:tblStyleColBandSize w:val="1"/>
      <w:tblBorders>
        <w:top w:val="single" w:sz="8" w:space="0" w:color="FFC845" w:themeColor="accent5"/>
        <w:left w:val="single" w:sz="8" w:space="0" w:color="FFC845" w:themeColor="accent5"/>
        <w:bottom w:val="single" w:sz="8" w:space="0" w:color="FFC845" w:themeColor="accent5"/>
        <w:right w:val="single" w:sz="8" w:space="0" w:color="FFC845" w:themeColor="accent5"/>
        <w:insideH w:val="single" w:sz="8" w:space="0" w:color="FFC845" w:themeColor="accent5"/>
        <w:insideV w:val="single" w:sz="8" w:space="0" w:color="FFC845" w:themeColor="accent5"/>
      </w:tblBorders>
    </w:tblPr>
    <w:tcPr>
      <w:shd w:val="clear" w:color="auto" w:fill="FFF1D1" w:themeFill="accent5" w:themeFillTint="3F"/>
    </w:tcPr>
    <w:tblStylePr w:type="firstRow">
      <w:rPr>
        <w:b/>
        <w:bCs/>
        <w:color w:val="282828" w:themeColor="text1"/>
      </w:rPr>
      <w:tblPr/>
      <w:tcPr>
        <w:shd w:val="clear" w:color="auto" w:fill="FFF9EC" w:themeFill="accent5" w:themeFillTint="19"/>
      </w:tcPr>
    </w:tblStylePr>
    <w:tblStylePr w:type="lastRow">
      <w:rPr>
        <w:b/>
        <w:bCs/>
        <w:color w:val="282828" w:themeColor="text1"/>
      </w:rPr>
      <w:tblPr/>
      <w:tcPr>
        <w:tcBorders>
          <w:top w:val="single" w:sz="12" w:space="0" w:color="282828" w:themeColor="text1"/>
          <w:left w:val="nil"/>
          <w:bottom w:val="nil"/>
          <w:right w:val="nil"/>
          <w:insideH w:val="nil"/>
          <w:insideV w:val="nil"/>
        </w:tcBorders>
        <w:shd w:val="clear" w:color="auto" w:fill="F6F5F0" w:themeFill="background1"/>
      </w:tcPr>
    </w:tblStylePr>
    <w:tblStylePr w:type="firstCol">
      <w:rPr>
        <w:b/>
        <w:bCs/>
        <w:color w:val="282828" w:themeColor="text1"/>
      </w:rPr>
      <w:tblPr/>
      <w:tcPr>
        <w:tcBorders>
          <w:top w:val="nil"/>
          <w:left w:val="nil"/>
          <w:bottom w:val="nil"/>
          <w:right w:val="nil"/>
          <w:insideH w:val="nil"/>
          <w:insideV w:val="nil"/>
        </w:tcBorders>
        <w:shd w:val="clear" w:color="auto" w:fill="F6F5F0" w:themeFill="background1"/>
      </w:tcPr>
    </w:tblStylePr>
    <w:tblStylePr w:type="lastCol">
      <w:rPr>
        <w:b w:val="0"/>
        <w:bCs w:val="0"/>
        <w:color w:val="282828" w:themeColor="text1"/>
      </w:rPr>
      <w:tblPr/>
      <w:tcPr>
        <w:tcBorders>
          <w:top w:val="nil"/>
          <w:left w:val="nil"/>
          <w:bottom w:val="nil"/>
          <w:right w:val="nil"/>
          <w:insideH w:val="nil"/>
          <w:insideV w:val="nil"/>
        </w:tcBorders>
        <w:shd w:val="clear" w:color="auto" w:fill="FFF3D9" w:themeFill="accent5" w:themeFillTint="33"/>
      </w:tcPr>
    </w:tblStylePr>
    <w:tblStylePr w:type="band1Vert">
      <w:tblPr/>
      <w:tcPr>
        <w:shd w:val="clear" w:color="auto" w:fill="FFE3A2" w:themeFill="accent5" w:themeFillTint="7F"/>
      </w:tcPr>
    </w:tblStylePr>
    <w:tblStylePr w:type="band1Horz">
      <w:tblPr/>
      <w:tcPr>
        <w:tcBorders>
          <w:insideH w:val="single" w:sz="6" w:space="0" w:color="FFC845" w:themeColor="accent5"/>
          <w:insideV w:val="single" w:sz="6" w:space="0" w:color="FFC845" w:themeColor="accent5"/>
        </w:tcBorders>
        <w:shd w:val="clear" w:color="auto" w:fill="FFE3A2" w:themeFill="accent5" w:themeFillTint="7F"/>
      </w:tcPr>
    </w:tblStylePr>
    <w:tblStylePr w:type="nwCell">
      <w:tblPr/>
      <w:tcPr>
        <w:shd w:val="clear" w:color="auto" w:fill="F6F5F0"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282828" w:themeColor="text1"/>
    </w:rPr>
    <w:tblPr>
      <w:tblStyleRowBandSize w:val="1"/>
      <w:tblStyleColBandSize w:val="1"/>
      <w:tblBorders>
        <w:top w:val="single" w:sz="8" w:space="0" w:color="F890A5" w:themeColor="accent6"/>
        <w:left w:val="single" w:sz="8" w:space="0" w:color="F890A5" w:themeColor="accent6"/>
        <w:bottom w:val="single" w:sz="8" w:space="0" w:color="F890A5" w:themeColor="accent6"/>
        <w:right w:val="single" w:sz="8" w:space="0" w:color="F890A5" w:themeColor="accent6"/>
        <w:insideH w:val="single" w:sz="8" w:space="0" w:color="F890A5" w:themeColor="accent6"/>
        <w:insideV w:val="single" w:sz="8" w:space="0" w:color="F890A5" w:themeColor="accent6"/>
      </w:tblBorders>
    </w:tblPr>
    <w:tcPr>
      <w:shd w:val="clear" w:color="auto" w:fill="FDE3E8" w:themeFill="accent6" w:themeFillTint="3F"/>
    </w:tcPr>
    <w:tblStylePr w:type="firstRow">
      <w:rPr>
        <w:b/>
        <w:bCs/>
        <w:color w:val="282828" w:themeColor="text1"/>
      </w:rPr>
      <w:tblPr/>
      <w:tcPr>
        <w:shd w:val="clear" w:color="auto" w:fill="FEF4F6" w:themeFill="accent6" w:themeFillTint="19"/>
      </w:tcPr>
    </w:tblStylePr>
    <w:tblStylePr w:type="lastRow">
      <w:rPr>
        <w:b/>
        <w:bCs/>
        <w:color w:val="282828" w:themeColor="text1"/>
      </w:rPr>
      <w:tblPr/>
      <w:tcPr>
        <w:tcBorders>
          <w:top w:val="single" w:sz="12" w:space="0" w:color="282828" w:themeColor="text1"/>
          <w:left w:val="nil"/>
          <w:bottom w:val="nil"/>
          <w:right w:val="nil"/>
          <w:insideH w:val="nil"/>
          <w:insideV w:val="nil"/>
        </w:tcBorders>
        <w:shd w:val="clear" w:color="auto" w:fill="F6F5F0" w:themeFill="background1"/>
      </w:tcPr>
    </w:tblStylePr>
    <w:tblStylePr w:type="firstCol">
      <w:rPr>
        <w:b/>
        <w:bCs/>
        <w:color w:val="282828" w:themeColor="text1"/>
      </w:rPr>
      <w:tblPr/>
      <w:tcPr>
        <w:tcBorders>
          <w:top w:val="nil"/>
          <w:left w:val="nil"/>
          <w:bottom w:val="nil"/>
          <w:right w:val="nil"/>
          <w:insideH w:val="nil"/>
          <w:insideV w:val="nil"/>
        </w:tcBorders>
        <w:shd w:val="clear" w:color="auto" w:fill="F6F5F0" w:themeFill="background1"/>
      </w:tcPr>
    </w:tblStylePr>
    <w:tblStylePr w:type="lastCol">
      <w:rPr>
        <w:b w:val="0"/>
        <w:bCs w:val="0"/>
        <w:color w:val="282828" w:themeColor="text1"/>
      </w:rPr>
      <w:tblPr/>
      <w:tcPr>
        <w:tcBorders>
          <w:top w:val="nil"/>
          <w:left w:val="nil"/>
          <w:bottom w:val="nil"/>
          <w:right w:val="nil"/>
          <w:insideH w:val="nil"/>
          <w:insideV w:val="nil"/>
        </w:tcBorders>
        <w:shd w:val="clear" w:color="auto" w:fill="FDE8EC" w:themeFill="accent6" w:themeFillTint="33"/>
      </w:tcPr>
    </w:tblStylePr>
    <w:tblStylePr w:type="band1Vert">
      <w:tblPr/>
      <w:tcPr>
        <w:shd w:val="clear" w:color="auto" w:fill="FBC7D1" w:themeFill="accent6" w:themeFillTint="7F"/>
      </w:tcPr>
    </w:tblStylePr>
    <w:tblStylePr w:type="band1Horz">
      <w:tblPr/>
      <w:tcPr>
        <w:tcBorders>
          <w:insideH w:val="single" w:sz="6" w:space="0" w:color="F890A5" w:themeColor="accent6"/>
          <w:insideV w:val="single" w:sz="6" w:space="0" w:color="F890A5" w:themeColor="accent6"/>
        </w:tcBorders>
        <w:shd w:val="clear" w:color="auto" w:fill="FBC7D1" w:themeFill="accent6" w:themeFillTint="7F"/>
      </w:tcPr>
    </w:tblStylePr>
    <w:tblStylePr w:type="nwCell">
      <w:tblPr/>
      <w:tcPr>
        <w:shd w:val="clear" w:color="auto" w:fill="F6F5F0"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6F5F0" w:themeColor="background1"/>
        <w:left w:val="single" w:sz="8" w:space="0" w:color="F6F5F0" w:themeColor="background1"/>
        <w:bottom w:val="single" w:sz="8" w:space="0" w:color="F6F5F0" w:themeColor="background1"/>
        <w:right w:val="single" w:sz="8" w:space="0" w:color="F6F5F0" w:themeColor="background1"/>
        <w:insideH w:val="single" w:sz="6" w:space="0" w:color="F6F5F0" w:themeColor="background1"/>
        <w:insideV w:val="single" w:sz="6" w:space="0" w:color="F6F5F0" w:themeColor="background1"/>
      </w:tblBorders>
    </w:tblPr>
    <w:tcPr>
      <w:shd w:val="clear" w:color="auto" w:fill="C9C9C9" w:themeFill="text1" w:themeFillTint="3F"/>
    </w:tcPr>
    <w:tblStylePr w:type="firstRow">
      <w:rPr>
        <w:b/>
        <w:bCs/>
        <w:i w:val="0"/>
        <w:iCs w:val="0"/>
        <w:color w:val="F6F5F0" w:themeColor="background1"/>
      </w:rPr>
      <w:tblPr/>
      <w:tcPr>
        <w:tcBorders>
          <w:top w:val="single" w:sz="8" w:space="0" w:color="F6F5F0" w:themeColor="background1"/>
          <w:left w:val="single" w:sz="8" w:space="0" w:color="F6F5F0" w:themeColor="background1"/>
          <w:bottom w:val="single" w:sz="24" w:space="0" w:color="F6F5F0" w:themeColor="background1"/>
          <w:right w:val="single" w:sz="8" w:space="0" w:color="F6F5F0" w:themeColor="background1"/>
          <w:insideH w:val="nil"/>
          <w:insideV w:val="single" w:sz="8" w:space="0" w:color="F6F5F0" w:themeColor="background1"/>
        </w:tcBorders>
        <w:shd w:val="clear" w:color="auto" w:fill="282828" w:themeFill="text1"/>
      </w:tcPr>
    </w:tblStylePr>
    <w:tblStylePr w:type="lastRow">
      <w:rPr>
        <w:b/>
        <w:bCs/>
        <w:i w:val="0"/>
        <w:iCs w:val="0"/>
        <w:color w:val="F6F5F0" w:themeColor="background1"/>
      </w:rPr>
      <w:tblPr/>
      <w:tcPr>
        <w:tcBorders>
          <w:top w:val="single" w:sz="24" w:space="0" w:color="F6F5F0" w:themeColor="background1"/>
          <w:left w:val="single" w:sz="8" w:space="0" w:color="F6F5F0" w:themeColor="background1"/>
          <w:bottom w:val="single" w:sz="8" w:space="0" w:color="F6F5F0" w:themeColor="background1"/>
          <w:right w:val="single" w:sz="8" w:space="0" w:color="F6F5F0" w:themeColor="background1"/>
          <w:insideH w:val="nil"/>
          <w:insideV w:val="single" w:sz="8" w:space="0" w:color="F6F5F0" w:themeColor="background1"/>
        </w:tcBorders>
        <w:shd w:val="clear" w:color="auto" w:fill="282828" w:themeFill="text1"/>
      </w:tcPr>
    </w:tblStylePr>
    <w:tblStylePr w:type="firstCol">
      <w:rPr>
        <w:b/>
        <w:bCs/>
        <w:i w:val="0"/>
        <w:iCs w:val="0"/>
        <w:color w:val="F6F5F0" w:themeColor="background1"/>
      </w:rPr>
      <w:tblPr/>
      <w:tcPr>
        <w:tcBorders>
          <w:left w:val="single" w:sz="8" w:space="0" w:color="F6F5F0" w:themeColor="background1"/>
          <w:right w:val="single" w:sz="24" w:space="0" w:color="F6F5F0" w:themeColor="background1"/>
          <w:insideH w:val="nil"/>
          <w:insideV w:val="nil"/>
        </w:tcBorders>
        <w:shd w:val="clear" w:color="auto" w:fill="282828" w:themeFill="text1"/>
      </w:tcPr>
    </w:tblStylePr>
    <w:tblStylePr w:type="lastCol">
      <w:rPr>
        <w:b/>
        <w:bCs/>
        <w:i w:val="0"/>
        <w:iCs w:val="0"/>
        <w:color w:val="F6F5F0" w:themeColor="background1"/>
      </w:rPr>
      <w:tblPr/>
      <w:tcPr>
        <w:tcBorders>
          <w:top w:val="nil"/>
          <w:left w:val="single" w:sz="24" w:space="0" w:color="F6F5F0" w:themeColor="background1"/>
          <w:bottom w:val="nil"/>
          <w:right w:val="nil"/>
          <w:insideH w:val="nil"/>
          <w:insideV w:val="nil"/>
        </w:tcBorders>
        <w:shd w:val="clear" w:color="auto" w:fill="282828" w:themeFill="text1"/>
      </w:tcPr>
    </w:tblStylePr>
    <w:tblStylePr w:type="band1Vert">
      <w:tblPr/>
      <w:tcPr>
        <w:tcBorders>
          <w:top w:val="single" w:sz="8" w:space="0" w:color="F6F5F0" w:themeColor="background1"/>
          <w:left w:val="single" w:sz="8" w:space="0" w:color="F6F5F0" w:themeColor="background1"/>
          <w:bottom w:val="single" w:sz="8" w:space="0" w:color="F6F5F0" w:themeColor="background1"/>
          <w:right w:val="single" w:sz="8" w:space="0" w:color="F6F5F0" w:themeColor="background1"/>
          <w:insideH w:val="nil"/>
          <w:insideV w:val="nil"/>
        </w:tcBorders>
        <w:shd w:val="clear" w:color="auto" w:fill="939393" w:themeFill="text1" w:themeFillTint="7F"/>
      </w:tcPr>
    </w:tblStylePr>
    <w:tblStylePr w:type="band1Horz">
      <w:tblPr/>
      <w:tcPr>
        <w:tcBorders>
          <w:top w:val="single" w:sz="8" w:space="0" w:color="F6F5F0" w:themeColor="background1"/>
          <w:left w:val="single" w:sz="8" w:space="0" w:color="F6F5F0" w:themeColor="background1"/>
          <w:bottom w:val="single" w:sz="8" w:space="0" w:color="F6F5F0" w:themeColor="background1"/>
          <w:right w:val="single" w:sz="8" w:space="0" w:color="F6F5F0" w:themeColor="background1"/>
          <w:insideH w:val="single" w:sz="8" w:space="0" w:color="F6F5F0" w:themeColor="background1"/>
          <w:insideV w:val="single" w:sz="8" w:space="0" w:color="F6F5F0" w:themeColor="background1"/>
        </w:tcBorders>
        <w:shd w:val="clear" w:color="auto" w:fill="939393"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6F5F0" w:themeColor="background1"/>
        <w:left w:val="single" w:sz="8" w:space="0" w:color="F6F5F0" w:themeColor="background1"/>
        <w:bottom w:val="single" w:sz="8" w:space="0" w:color="F6F5F0" w:themeColor="background1"/>
        <w:right w:val="single" w:sz="8" w:space="0" w:color="F6F5F0" w:themeColor="background1"/>
        <w:insideH w:val="single" w:sz="6" w:space="0" w:color="F6F5F0" w:themeColor="background1"/>
        <w:insideV w:val="single" w:sz="6" w:space="0" w:color="F6F5F0" w:themeColor="background1"/>
      </w:tblBorders>
    </w:tblPr>
    <w:tcPr>
      <w:shd w:val="clear" w:color="auto" w:fill="E7BEEB" w:themeFill="accent1" w:themeFillTint="3F"/>
    </w:tcPr>
    <w:tblStylePr w:type="firstRow">
      <w:rPr>
        <w:b/>
        <w:bCs/>
        <w:i w:val="0"/>
        <w:iCs w:val="0"/>
        <w:color w:val="F6F5F0" w:themeColor="background1"/>
      </w:rPr>
      <w:tblPr/>
      <w:tcPr>
        <w:tcBorders>
          <w:top w:val="single" w:sz="8" w:space="0" w:color="F6F5F0" w:themeColor="background1"/>
          <w:left w:val="single" w:sz="8" w:space="0" w:color="F6F5F0" w:themeColor="background1"/>
          <w:bottom w:val="single" w:sz="24" w:space="0" w:color="F6F5F0" w:themeColor="background1"/>
          <w:right w:val="single" w:sz="8" w:space="0" w:color="F6F5F0" w:themeColor="background1"/>
          <w:insideH w:val="nil"/>
          <w:insideV w:val="single" w:sz="8" w:space="0" w:color="F6F5F0" w:themeColor="background1"/>
        </w:tcBorders>
        <w:shd w:val="clear" w:color="auto" w:fill="792881" w:themeFill="accent1"/>
      </w:tcPr>
    </w:tblStylePr>
    <w:tblStylePr w:type="lastRow">
      <w:rPr>
        <w:b/>
        <w:bCs/>
        <w:i w:val="0"/>
        <w:iCs w:val="0"/>
        <w:color w:val="F6F5F0" w:themeColor="background1"/>
      </w:rPr>
      <w:tblPr/>
      <w:tcPr>
        <w:tcBorders>
          <w:top w:val="single" w:sz="24" w:space="0" w:color="F6F5F0" w:themeColor="background1"/>
          <w:left w:val="single" w:sz="8" w:space="0" w:color="F6F5F0" w:themeColor="background1"/>
          <w:bottom w:val="single" w:sz="8" w:space="0" w:color="F6F5F0" w:themeColor="background1"/>
          <w:right w:val="single" w:sz="8" w:space="0" w:color="F6F5F0" w:themeColor="background1"/>
          <w:insideH w:val="nil"/>
          <w:insideV w:val="single" w:sz="8" w:space="0" w:color="F6F5F0" w:themeColor="background1"/>
        </w:tcBorders>
        <w:shd w:val="clear" w:color="auto" w:fill="792881" w:themeFill="accent1"/>
      </w:tcPr>
    </w:tblStylePr>
    <w:tblStylePr w:type="firstCol">
      <w:rPr>
        <w:b/>
        <w:bCs/>
        <w:i w:val="0"/>
        <w:iCs w:val="0"/>
        <w:color w:val="F6F5F0" w:themeColor="background1"/>
      </w:rPr>
      <w:tblPr/>
      <w:tcPr>
        <w:tcBorders>
          <w:left w:val="single" w:sz="8" w:space="0" w:color="F6F5F0" w:themeColor="background1"/>
          <w:right w:val="single" w:sz="24" w:space="0" w:color="F6F5F0" w:themeColor="background1"/>
          <w:insideH w:val="nil"/>
          <w:insideV w:val="nil"/>
        </w:tcBorders>
        <w:shd w:val="clear" w:color="auto" w:fill="792881" w:themeFill="accent1"/>
      </w:tcPr>
    </w:tblStylePr>
    <w:tblStylePr w:type="lastCol">
      <w:rPr>
        <w:b/>
        <w:bCs/>
        <w:i w:val="0"/>
        <w:iCs w:val="0"/>
        <w:color w:val="F6F5F0" w:themeColor="background1"/>
      </w:rPr>
      <w:tblPr/>
      <w:tcPr>
        <w:tcBorders>
          <w:top w:val="nil"/>
          <w:left w:val="single" w:sz="24" w:space="0" w:color="F6F5F0" w:themeColor="background1"/>
          <w:bottom w:val="nil"/>
          <w:right w:val="nil"/>
          <w:insideH w:val="nil"/>
          <w:insideV w:val="nil"/>
        </w:tcBorders>
        <w:shd w:val="clear" w:color="auto" w:fill="792881" w:themeFill="accent1"/>
      </w:tcPr>
    </w:tblStylePr>
    <w:tblStylePr w:type="band1Vert">
      <w:tblPr/>
      <w:tcPr>
        <w:tcBorders>
          <w:top w:val="single" w:sz="8" w:space="0" w:color="F6F5F0" w:themeColor="background1"/>
          <w:left w:val="single" w:sz="8" w:space="0" w:color="F6F5F0" w:themeColor="background1"/>
          <w:bottom w:val="single" w:sz="8" w:space="0" w:color="F6F5F0" w:themeColor="background1"/>
          <w:right w:val="single" w:sz="8" w:space="0" w:color="F6F5F0" w:themeColor="background1"/>
          <w:insideH w:val="nil"/>
          <w:insideV w:val="nil"/>
        </w:tcBorders>
        <w:shd w:val="clear" w:color="auto" w:fill="CE7DD6" w:themeFill="accent1" w:themeFillTint="7F"/>
      </w:tcPr>
    </w:tblStylePr>
    <w:tblStylePr w:type="band1Horz">
      <w:tblPr/>
      <w:tcPr>
        <w:tcBorders>
          <w:top w:val="single" w:sz="8" w:space="0" w:color="F6F5F0" w:themeColor="background1"/>
          <w:left w:val="single" w:sz="8" w:space="0" w:color="F6F5F0" w:themeColor="background1"/>
          <w:bottom w:val="single" w:sz="8" w:space="0" w:color="F6F5F0" w:themeColor="background1"/>
          <w:right w:val="single" w:sz="8" w:space="0" w:color="F6F5F0" w:themeColor="background1"/>
          <w:insideH w:val="single" w:sz="8" w:space="0" w:color="F6F5F0" w:themeColor="background1"/>
          <w:insideV w:val="single" w:sz="8" w:space="0" w:color="F6F5F0" w:themeColor="background1"/>
        </w:tcBorders>
        <w:shd w:val="clear" w:color="auto" w:fill="CE7DD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6F5F0" w:themeColor="background1"/>
        <w:left w:val="single" w:sz="8" w:space="0" w:color="F6F5F0" w:themeColor="background1"/>
        <w:bottom w:val="single" w:sz="8" w:space="0" w:color="F6F5F0" w:themeColor="background1"/>
        <w:right w:val="single" w:sz="8" w:space="0" w:color="F6F5F0" w:themeColor="background1"/>
        <w:insideH w:val="single" w:sz="6" w:space="0" w:color="F6F5F0" w:themeColor="background1"/>
        <w:insideV w:val="single" w:sz="6" w:space="0" w:color="F6F5F0" w:themeColor="background1"/>
      </w:tblBorders>
    </w:tblPr>
    <w:tcPr>
      <w:shd w:val="clear" w:color="auto" w:fill="E8D6EC" w:themeFill="accent2" w:themeFillTint="3F"/>
    </w:tcPr>
    <w:tblStylePr w:type="firstRow">
      <w:rPr>
        <w:b/>
        <w:bCs/>
        <w:i w:val="0"/>
        <w:iCs w:val="0"/>
        <w:color w:val="F6F5F0" w:themeColor="background1"/>
      </w:rPr>
      <w:tblPr/>
      <w:tcPr>
        <w:tcBorders>
          <w:top w:val="single" w:sz="8" w:space="0" w:color="F6F5F0" w:themeColor="background1"/>
          <w:left w:val="single" w:sz="8" w:space="0" w:color="F6F5F0" w:themeColor="background1"/>
          <w:bottom w:val="single" w:sz="24" w:space="0" w:color="F6F5F0" w:themeColor="background1"/>
          <w:right w:val="single" w:sz="8" w:space="0" w:color="F6F5F0" w:themeColor="background1"/>
          <w:insideH w:val="nil"/>
          <w:insideV w:val="single" w:sz="8" w:space="0" w:color="F6F5F0" w:themeColor="background1"/>
        </w:tcBorders>
        <w:shd w:val="clear" w:color="auto" w:fill="A35BB3" w:themeFill="accent2"/>
      </w:tcPr>
    </w:tblStylePr>
    <w:tblStylePr w:type="lastRow">
      <w:rPr>
        <w:b/>
        <w:bCs/>
        <w:i w:val="0"/>
        <w:iCs w:val="0"/>
        <w:color w:val="F6F5F0" w:themeColor="background1"/>
      </w:rPr>
      <w:tblPr/>
      <w:tcPr>
        <w:tcBorders>
          <w:top w:val="single" w:sz="24" w:space="0" w:color="F6F5F0" w:themeColor="background1"/>
          <w:left w:val="single" w:sz="8" w:space="0" w:color="F6F5F0" w:themeColor="background1"/>
          <w:bottom w:val="single" w:sz="8" w:space="0" w:color="F6F5F0" w:themeColor="background1"/>
          <w:right w:val="single" w:sz="8" w:space="0" w:color="F6F5F0" w:themeColor="background1"/>
          <w:insideH w:val="nil"/>
          <w:insideV w:val="single" w:sz="8" w:space="0" w:color="F6F5F0" w:themeColor="background1"/>
        </w:tcBorders>
        <w:shd w:val="clear" w:color="auto" w:fill="A35BB3" w:themeFill="accent2"/>
      </w:tcPr>
    </w:tblStylePr>
    <w:tblStylePr w:type="firstCol">
      <w:rPr>
        <w:b/>
        <w:bCs/>
        <w:i w:val="0"/>
        <w:iCs w:val="0"/>
        <w:color w:val="F6F5F0" w:themeColor="background1"/>
      </w:rPr>
      <w:tblPr/>
      <w:tcPr>
        <w:tcBorders>
          <w:left w:val="single" w:sz="8" w:space="0" w:color="F6F5F0" w:themeColor="background1"/>
          <w:right w:val="single" w:sz="24" w:space="0" w:color="F6F5F0" w:themeColor="background1"/>
          <w:insideH w:val="nil"/>
          <w:insideV w:val="nil"/>
        </w:tcBorders>
        <w:shd w:val="clear" w:color="auto" w:fill="A35BB3" w:themeFill="accent2"/>
      </w:tcPr>
    </w:tblStylePr>
    <w:tblStylePr w:type="lastCol">
      <w:rPr>
        <w:b/>
        <w:bCs/>
        <w:i w:val="0"/>
        <w:iCs w:val="0"/>
        <w:color w:val="F6F5F0" w:themeColor="background1"/>
      </w:rPr>
      <w:tblPr/>
      <w:tcPr>
        <w:tcBorders>
          <w:top w:val="nil"/>
          <w:left w:val="single" w:sz="24" w:space="0" w:color="F6F5F0" w:themeColor="background1"/>
          <w:bottom w:val="nil"/>
          <w:right w:val="nil"/>
          <w:insideH w:val="nil"/>
          <w:insideV w:val="nil"/>
        </w:tcBorders>
        <w:shd w:val="clear" w:color="auto" w:fill="A35BB3" w:themeFill="accent2"/>
      </w:tcPr>
    </w:tblStylePr>
    <w:tblStylePr w:type="band1Vert">
      <w:tblPr/>
      <w:tcPr>
        <w:tcBorders>
          <w:top w:val="single" w:sz="8" w:space="0" w:color="F6F5F0" w:themeColor="background1"/>
          <w:left w:val="single" w:sz="8" w:space="0" w:color="F6F5F0" w:themeColor="background1"/>
          <w:bottom w:val="single" w:sz="8" w:space="0" w:color="F6F5F0" w:themeColor="background1"/>
          <w:right w:val="single" w:sz="8" w:space="0" w:color="F6F5F0" w:themeColor="background1"/>
          <w:insideH w:val="nil"/>
          <w:insideV w:val="nil"/>
        </w:tcBorders>
        <w:shd w:val="clear" w:color="auto" w:fill="D1ADD9" w:themeFill="accent2" w:themeFillTint="7F"/>
      </w:tcPr>
    </w:tblStylePr>
    <w:tblStylePr w:type="band1Horz">
      <w:tblPr/>
      <w:tcPr>
        <w:tcBorders>
          <w:top w:val="single" w:sz="8" w:space="0" w:color="F6F5F0" w:themeColor="background1"/>
          <w:left w:val="single" w:sz="8" w:space="0" w:color="F6F5F0" w:themeColor="background1"/>
          <w:bottom w:val="single" w:sz="8" w:space="0" w:color="F6F5F0" w:themeColor="background1"/>
          <w:right w:val="single" w:sz="8" w:space="0" w:color="F6F5F0" w:themeColor="background1"/>
          <w:insideH w:val="single" w:sz="8" w:space="0" w:color="F6F5F0" w:themeColor="background1"/>
          <w:insideV w:val="single" w:sz="8" w:space="0" w:color="F6F5F0" w:themeColor="background1"/>
        </w:tcBorders>
        <w:shd w:val="clear" w:color="auto" w:fill="D1ADD9"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6F5F0" w:themeColor="background1"/>
        <w:left w:val="single" w:sz="8" w:space="0" w:color="F6F5F0" w:themeColor="background1"/>
        <w:bottom w:val="single" w:sz="8" w:space="0" w:color="F6F5F0" w:themeColor="background1"/>
        <w:right w:val="single" w:sz="8" w:space="0" w:color="F6F5F0" w:themeColor="background1"/>
        <w:insideH w:val="single" w:sz="6" w:space="0" w:color="F6F5F0" w:themeColor="background1"/>
        <w:insideV w:val="single" w:sz="6" w:space="0" w:color="F6F5F0" w:themeColor="background1"/>
      </w:tblBorders>
    </w:tblPr>
    <w:tcPr>
      <w:shd w:val="clear" w:color="auto" w:fill="F9EDF8" w:themeFill="accent3" w:themeFillTint="3F"/>
    </w:tcPr>
    <w:tblStylePr w:type="firstRow">
      <w:rPr>
        <w:b/>
        <w:bCs/>
        <w:i w:val="0"/>
        <w:iCs w:val="0"/>
        <w:color w:val="F6F5F0" w:themeColor="background1"/>
      </w:rPr>
      <w:tblPr/>
      <w:tcPr>
        <w:tcBorders>
          <w:top w:val="single" w:sz="8" w:space="0" w:color="F6F5F0" w:themeColor="background1"/>
          <w:left w:val="single" w:sz="8" w:space="0" w:color="F6F5F0" w:themeColor="background1"/>
          <w:bottom w:val="single" w:sz="24" w:space="0" w:color="F6F5F0" w:themeColor="background1"/>
          <w:right w:val="single" w:sz="8" w:space="0" w:color="F6F5F0" w:themeColor="background1"/>
          <w:insideH w:val="nil"/>
          <w:insideV w:val="single" w:sz="8" w:space="0" w:color="F6F5F0" w:themeColor="background1"/>
        </w:tcBorders>
        <w:shd w:val="clear" w:color="auto" w:fill="EAB8E3" w:themeFill="accent3"/>
      </w:tcPr>
    </w:tblStylePr>
    <w:tblStylePr w:type="lastRow">
      <w:rPr>
        <w:b/>
        <w:bCs/>
        <w:i w:val="0"/>
        <w:iCs w:val="0"/>
        <w:color w:val="F6F5F0" w:themeColor="background1"/>
      </w:rPr>
      <w:tblPr/>
      <w:tcPr>
        <w:tcBorders>
          <w:top w:val="single" w:sz="24" w:space="0" w:color="F6F5F0" w:themeColor="background1"/>
          <w:left w:val="single" w:sz="8" w:space="0" w:color="F6F5F0" w:themeColor="background1"/>
          <w:bottom w:val="single" w:sz="8" w:space="0" w:color="F6F5F0" w:themeColor="background1"/>
          <w:right w:val="single" w:sz="8" w:space="0" w:color="F6F5F0" w:themeColor="background1"/>
          <w:insideH w:val="nil"/>
          <w:insideV w:val="single" w:sz="8" w:space="0" w:color="F6F5F0" w:themeColor="background1"/>
        </w:tcBorders>
        <w:shd w:val="clear" w:color="auto" w:fill="EAB8E3" w:themeFill="accent3"/>
      </w:tcPr>
    </w:tblStylePr>
    <w:tblStylePr w:type="firstCol">
      <w:rPr>
        <w:b/>
        <w:bCs/>
        <w:i w:val="0"/>
        <w:iCs w:val="0"/>
        <w:color w:val="F6F5F0" w:themeColor="background1"/>
      </w:rPr>
      <w:tblPr/>
      <w:tcPr>
        <w:tcBorders>
          <w:left w:val="single" w:sz="8" w:space="0" w:color="F6F5F0" w:themeColor="background1"/>
          <w:right w:val="single" w:sz="24" w:space="0" w:color="F6F5F0" w:themeColor="background1"/>
          <w:insideH w:val="nil"/>
          <w:insideV w:val="nil"/>
        </w:tcBorders>
        <w:shd w:val="clear" w:color="auto" w:fill="EAB8E3" w:themeFill="accent3"/>
      </w:tcPr>
    </w:tblStylePr>
    <w:tblStylePr w:type="lastCol">
      <w:rPr>
        <w:b/>
        <w:bCs/>
        <w:i w:val="0"/>
        <w:iCs w:val="0"/>
        <w:color w:val="F6F5F0" w:themeColor="background1"/>
      </w:rPr>
      <w:tblPr/>
      <w:tcPr>
        <w:tcBorders>
          <w:top w:val="nil"/>
          <w:left w:val="single" w:sz="24" w:space="0" w:color="F6F5F0" w:themeColor="background1"/>
          <w:bottom w:val="nil"/>
          <w:right w:val="nil"/>
          <w:insideH w:val="nil"/>
          <w:insideV w:val="nil"/>
        </w:tcBorders>
        <w:shd w:val="clear" w:color="auto" w:fill="EAB8E3" w:themeFill="accent3"/>
      </w:tcPr>
    </w:tblStylePr>
    <w:tblStylePr w:type="band1Vert">
      <w:tblPr/>
      <w:tcPr>
        <w:tcBorders>
          <w:top w:val="single" w:sz="8" w:space="0" w:color="F6F5F0" w:themeColor="background1"/>
          <w:left w:val="single" w:sz="8" w:space="0" w:color="F6F5F0" w:themeColor="background1"/>
          <w:bottom w:val="single" w:sz="8" w:space="0" w:color="F6F5F0" w:themeColor="background1"/>
          <w:right w:val="single" w:sz="8" w:space="0" w:color="F6F5F0" w:themeColor="background1"/>
          <w:insideH w:val="nil"/>
          <w:insideV w:val="nil"/>
        </w:tcBorders>
        <w:shd w:val="clear" w:color="auto" w:fill="F4DBF0" w:themeFill="accent3" w:themeFillTint="7F"/>
      </w:tcPr>
    </w:tblStylePr>
    <w:tblStylePr w:type="band1Horz">
      <w:tblPr/>
      <w:tcPr>
        <w:tcBorders>
          <w:top w:val="single" w:sz="8" w:space="0" w:color="F6F5F0" w:themeColor="background1"/>
          <w:left w:val="single" w:sz="8" w:space="0" w:color="F6F5F0" w:themeColor="background1"/>
          <w:bottom w:val="single" w:sz="8" w:space="0" w:color="F6F5F0" w:themeColor="background1"/>
          <w:right w:val="single" w:sz="8" w:space="0" w:color="F6F5F0" w:themeColor="background1"/>
          <w:insideH w:val="single" w:sz="8" w:space="0" w:color="F6F5F0" w:themeColor="background1"/>
          <w:insideV w:val="single" w:sz="8" w:space="0" w:color="F6F5F0" w:themeColor="background1"/>
        </w:tcBorders>
        <w:shd w:val="clear" w:color="auto" w:fill="F4DBF0"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6F5F0" w:themeColor="background1"/>
        <w:left w:val="single" w:sz="8" w:space="0" w:color="F6F5F0" w:themeColor="background1"/>
        <w:bottom w:val="single" w:sz="8" w:space="0" w:color="F6F5F0" w:themeColor="background1"/>
        <w:right w:val="single" w:sz="8" w:space="0" w:color="F6F5F0" w:themeColor="background1"/>
        <w:insideH w:val="single" w:sz="6" w:space="0" w:color="F6F5F0" w:themeColor="background1"/>
        <w:insideV w:val="single" w:sz="6" w:space="0" w:color="F6F5F0" w:themeColor="background1"/>
      </w:tblBorders>
    </w:tblPr>
    <w:tcPr>
      <w:shd w:val="clear" w:color="auto" w:fill="FFE0C0" w:themeFill="accent4" w:themeFillTint="3F"/>
    </w:tcPr>
    <w:tblStylePr w:type="firstRow">
      <w:rPr>
        <w:b/>
        <w:bCs/>
        <w:i w:val="0"/>
        <w:iCs w:val="0"/>
        <w:color w:val="F6F5F0" w:themeColor="background1"/>
      </w:rPr>
      <w:tblPr/>
      <w:tcPr>
        <w:tcBorders>
          <w:top w:val="single" w:sz="8" w:space="0" w:color="F6F5F0" w:themeColor="background1"/>
          <w:left w:val="single" w:sz="8" w:space="0" w:color="F6F5F0" w:themeColor="background1"/>
          <w:bottom w:val="single" w:sz="24" w:space="0" w:color="F6F5F0" w:themeColor="background1"/>
          <w:right w:val="single" w:sz="8" w:space="0" w:color="F6F5F0" w:themeColor="background1"/>
          <w:insideH w:val="nil"/>
          <w:insideV w:val="single" w:sz="8" w:space="0" w:color="F6F5F0" w:themeColor="background1"/>
        </w:tcBorders>
        <w:shd w:val="clear" w:color="auto" w:fill="FF8200" w:themeFill="accent4"/>
      </w:tcPr>
    </w:tblStylePr>
    <w:tblStylePr w:type="lastRow">
      <w:rPr>
        <w:b/>
        <w:bCs/>
        <w:i w:val="0"/>
        <w:iCs w:val="0"/>
        <w:color w:val="F6F5F0" w:themeColor="background1"/>
      </w:rPr>
      <w:tblPr/>
      <w:tcPr>
        <w:tcBorders>
          <w:top w:val="single" w:sz="24" w:space="0" w:color="F6F5F0" w:themeColor="background1"/>
          <w:left w:val="single" w:sz="8" w:space="0" w:color="F6F5F0" w:themeColor="background1"/>
          <w:bottom w:val="single" w:sz="8" w:space="0" w:color="F6F5F0" w:themeColor="background1"/>
          <w:right w:val="single" w:sz="8" w:space="0" w:color="F6F5F0" w:themeColor="background1"/>
          <w:insideH w:val="nil"/>
          <w:insideV w:val="single" w:sz="8" w:space="0" w:color="F6F5F0" w:themeColor="background1"/>
        </w:tcBorders>
        <w:shd w:val="clear" w:color="auto" w:fill="FF8200" w:themeFill="accent4"/>
      </w:tcPr>
    </w:tblStylePr>
    <w:tblStylePr w:type="firstCol">
      <w:rPr>
        <w:b/>
        <w:bCs/>
        <w:i w:val="0"/>
        <w:iCs w:val="0"/>
        <w:color w:val="F6F5F0" w:themeColor="background1"/>
      </w:rPr>
      <w:tblPr/>
      <w:tcPr>
        <w:tcBorders>
          <w:left w:val="single" w:sz="8" w:space="0" w:color="F6F5F0" w:themeColor="background1"/>
          <w:right w:val="single" w:sz="24" w:space="0" w:color="F6F5F0" w:themeColor="background1"/>
          <w:insideH w:val="nil"/>
          <w:insideV w:val="nil"/>
        </w:tcBorders>
        <w:shd w:val="clear" w:color="auto" w:fill="FF8200" w:themeFill="accent4"/>
      </w:tcPr>
    </w:tblStylePr>
    <w:tblStylePr w:type="lastCol">
      <w:rPr>
        <w:b/>
        <w:bCs/>
        <w:i w:val="0"/>
        <w:iCs w:val="0"/>
        <w:color w:val="F6F5F0" w:themeColor="background1"/>
      </w:rPr>
      <w:tblPr/>
      <w:tcPr>
        <w:tcBorders>
          <w:top w:val="nil"/>
          <w:left w:val="single" w:sz="24" w:space="0" w:color="F6F5F0" w:themeColor="background1"/>
          <w:bottom w:val="nil"/>
          <w:right w:val="nil"/>
          <w:insideH w:val="nil"/>
          <w:insideV w:val="nil"/>
        </w:tcBorders>
        <w:shd w:val="clear" w:color="auto" w:fill="FF8200" w:themeFill="accent4"/>
      </w:tcPr>
    </w:tblStylePr>
    <w:tblStylePr w:type="band1Vert">
      <w:tblPr/>
      <w:tcPr>
        <w:tcBorders>
          <w:top w:val="single" w:sz="8" w:space="0" w:color="F6F5F0" w:themeColor="background1"/>
          <w:left w:val="single" w:sz="8" w:space="0" w:color="F6F5F0" w:themeColor="background1"/>
          <w:bottom w:val="single" w:sz="8" w:space="0" w:color="F6F5F0" w:themeColor="background1"/>
          <w:right w:val="single" w:sz="8" w:space="0" w:color="F6F5F0" w:themeColor="background1"/>
          <w:insideH w:val="nil"/>
          <w:insideV w:val="nil"/>
        </w:tcBorders>
        <w:shd w:val="clear" w:color="auto" w:fill="FFC080" w:themeFill="accent4" w:themeFillTint="7F"/>
      </w:tcPr>
    </w:tblStylePr>
    <w:tblStylePr w:type="band1Horz">
      <w:tblPr/>
      <w:tcPr>
        <w:tcBorders>
          <w:top w:val="single" w:sz="8" w:space="0" w:color="F6F5F0" w:themeColor="background1"/>
          <w:left w:val="single" w:sz="8" w:space="0" w:color="F6F5F0" w:themeColor="background1"/>
          <w:bottom w:val="single" w:sz="8" w:space="0" w:color="F6F5F0" w:themeColor="background1"/>
          <w:right w:val="single" w:sz="8" w:space="0" w:color="F6F5F0" w:themeColor="background1"/>
          <w:insideH w:val="single" w:sz="8" w:space="0" w:color="F6F5F0" w:themeColor="background1"/>
          <w:insideV w:val="single" w:sz="8" w:space="0" w:color="F6F5F0" w:themeColor="background1"/>
        </w:tcBorders>
        <w:shd w:val="clear" w:color="auto" w:fill="FFC0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6F5F0" w:themeColor="background1"/>
        <w:left w:val="single" w:sz="8" w:space="0" w:color="F6F5F0" w:themeColor="background1"/>
        <w:bottom w:val="single" w:sz="8" w:space="0" w:color="F6F5F0" w:themeColor="background1"/>
        <w:right w:val="single" w:sz="8" w:space="0" w:color="F6F5F0" w:themeColor="background1"/>
        <w:insideH w:val="single" w:sz="6" w:space="0" w:color="F6F5F0" w:themeColor="background1"/>
        <w:insideV w:val="single" w:sz="6" w:space="0" w:color="F6F5F0" w:themeColor="background1"/>
      </w:tblBorders>
    </w:tblPr>
    <w:tcPr>
      <w:shd w:val="clear" w:color="auto" w:fill="FFF1D1" w:themeFill="accent5" w:themeFillTint="3F"/>
    </w:tcPr>
    <w:tblStylePr w:type="firstRow">
      <w:rPr>
        <w:b/>
        <w:bCs/>
        <w:i w:val="0"/>
        <w:iCs w:val="0"/>
        <w:color w:val="F6F5F0" w:themeColor="background1"/>
      </w:rPr>
      <w:tblPr/>
      <w:tcPr>
        <w:tcBorders>
          <w:top w:val="single" w:sz="8" w:space="0" w:color="F6F5F0" w:themeColor="background1"/>
          <w:left w:val="single" w:sz="8" w:space="0" w:color="F6F5F0" w:themeColor="background1"/>
          <w:bottom w:val="single" w:sz="24" w:space="0" w:color="F6F5F0" w:themeColor="background1"/>
          <w:right w:val="single" w:sz="8" w:space="0" w:color="F6F5F0" w:themeColor="background1"/>
          <w:insideH w:val="nil"/>
          <w:insideV w:val="single" w:sz="8" w:space="0" w:color="F6F5F0" w:themeColor="background1"/>
        </w:tcBorders>
        <w:shd w:val="clear" w:color="auto" w:fill="FFC845" w:themeFill="accent5"/>
      </w:tcPr>
    </w:tblStylePr>
    <w:tblStylePr w:type="lastRow">
      <w:rPr>
        <w:b/>
        <w:bCs/>
        <w:i w:val="0"/>
        <w:iCs w:val="0"/>
        <w:color w:val="F6F5F0" w:themeColor="background1"/>
      </w:rPr>
      <w:tblPr/>
      <w:tcPr>
        <w:tcBorders>
          <w:top w:val="single" w:sz="24" w:space="0" w:color="F6F5F0" w:themeColor="background1"/>
          <w:left w:val="single" w:sz="8" w:space="0" w:color="F6F5F0" w:themeColor="background1"/>
          <w:bottom w:val="single" w:sz="8" w:space="0" w:color="F6F5F0" w:themeColor="background1"/>
          <w:right w:val="single" w:sz="8" w:space="0" w:color="F6F5F0" w:themeColor="background1"/>
          <w:insideH w:val="nil"/>
          <w:insideV w:val="single" w:sz="8" w:space="0" w:color="F6F5F0" w:themeColor="background1"/>
        </w:tcBorders>
        <w:shd w:val="clear" w:color="auto" w:fill="FFC845" w:themeFill="accent5"/>
      </w:tcPr>
    </w:tblStylePr>
    <w:tblStylePr w:type="firstCol">
      <w:rPr>
        <w:b/>
        <w:bCs/>
        <w:i w:val="0"/>
        <w:iCs w:val="0"/>
        <w:color w:val="F6F5F0" w:themeColor="background1"/>
      </w:rPr>
      <w:tblPr/>
      <w:tcPr>
        <w:tcBorders>
          <w:left w:val="single" w:sz="8" w:space="0" w:color="F6F5F0" w:themeColor="background1"/>
          <w:right w:val="single" w:sz="24" w:space="0" w:color="F6F5F0" w:themeColor="background1"/>
          <w:insideH w:val="nil"/>
          <w:insideV w:val="nil"/>
        </w:tcBorders>
        <w:shd w:val="clear" w:color="auto" w:fill="FFC845" w:themeFill="accent5"/>
      </w:tcPr>
    </w:tblStylePr>
    <w:tblStylePr w:type="lastCol">
      <w:rPr>
        <w:b/>
        <w:bCs/>
        <w:i w:val="0"/>
        <w:iCs w:val="0"/>
        <w:color w:val="F6F5F0" w:themeColor="background1"/>
      </w:rPr>
      <w:tblPr/>
      <w:tcPr>
        <w:tcBorders>
          <w:top w:val="nil"/>
          <w:left w:val="single" w:sz="24" w:space="0" w:color="F6F5F0" w:themeColor="background1"/>
          <w:bottom w:val="nil"/>
          <w:right w:val="nil"/>
          <w:insideH w:val="nil"/>
          <w:insideV w:val="nil"/>
        </w:tcBorders>
        <w:shd w:val="clear" w:color="auto" w:fill="FFC845" w:themeFill="accent5"/>
      </w:tcPr>
    </w:tblStylePr>
    <w:tblStylePr w:type="band1Vert">
      <w:tblPr/>
      <w:tcPr>
        <w:tcBorders>
          <w:top w:val="single" w:sz="8" w:space="0" w:color="F6F5F0" w:themeColor="background1"/>
          <w:left w:val="single" w:sz="8" w:space="0" w:color="F6F5F0" w:themeColor="background1"/>
          <w:bottom w:val="single" w:sz="8" w:space="0" w:color="F6F5F0" w:themeColor="background1"/>
          <w:right w:val="single" w:sz="8" w:space="0" w:color="F6F5F0" w:themeColor="background1"/>
          <w:insideH w:val="nil"/>
          <w:insideV w:val="nil"/>
        </w:tcBorders>
        <w:shd w:val="clear" w:color="auto" w:fill="FFE3A2" w:themeFill="accent5" w:themeFillTint="7F"/>
      </w:tcPr>
    </w:tblStylePr>
    <w:tblStylePr w:type="band1Horz">
      <w:tblPr/>
      <w:tcPr>
        <w:tcBorders>
          <w:top w:val="single" w:sz="8" w:space="0" w:color="F6F5F0" w:themeColor="background1"/>
          <w:left w:val="single" w:sz="8" w:space="0" w:color="F6F5F0" w:themeColor="background1"/>
          <w:bottom w:val="single" w:sz="8" w:space="0" w:color="F6F5F0" w:themeColor="background1"/>
          <w:right w:val="single" w:sz="8" w:space="0" w:color="F6F5F0" w:themeColor="background1"/>
          <w:insideH w:val="single" w:sz="8" w:space="0" w:color="F6F5F0" w:themeColor="background1"/>
          <w:insideV w:val="single" w:sz="8" w:space="0" w:color="F6F5F0" w:themeColor="background1"/>
        </w:tcBorders>
        <w:shd w:val="clear" w:color="auto" w:fill="FFE3A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6F5F0" w:themeColor="background1"/>
        <w:left w:val="single" w:sz="8" w:space="0" w:color="F6F5F0" w:themeColor="background1"/>
        <w:bottom w:val="single" w:sz="8" w:space="0" w:color="F6F5F0" w:themeColor="background1"/>
        <w:right w:val="single" w:sz="8" w:space="0" w:color="F6F5F0" w:themeColor="background1"/>
        <w:insideH w:val="single" w:sz="6" w:space="0" w:color="F6F5F0" w:themeColor="background1"/>
        <w:insideV w:val="single" w:sz="6" w:space="0" w:color="F6F5F0" w:themeColor="background1"/>
      </w:tblBorders>
    </w:tblPr>
    <w:tcPr>
      <w:shd w:val="clear" w:color="auto" w:fill="FDE3E8" w:themeFill="accent6" w:themeFillTint="3F"/>
    </w:tcPr>
    <w:tblStylePr w:type="firstRow">
      <w:rPr>
        <w:b/>
        <w:bCs/>
        <w:i w:val="0"/>
        <w:iCs w:val="0"/>
        <w:color w:val="F6F5F0" w:themeColor="background1"/>
      </w:rPr>
      <w:tblPr/>
      <w:tcPr>
        <w:tcBorders>
          <w:top w:val="single" w:sz="8" w:space="0" w:color="F6F5F0" w:themeColor="background1"/>
          <w:left w:val="single" w:sz="8" w:space="0" w:color="F6F5F0" w:themeColor="background1"/>
          <w:bottom w:val="single" w:sz="24" w:space="0" w:color="F6F5F0" w:themeColor="background1"/>
          <w:right w:val="single" w:sz="8" w:space="0" w:color="F6F5F0" w:themeColor="background1"/>
          <w:insideH w:val="nil"/>
          <w:insideV w:val="single" w:sz="8" w:space="0" w:color="F6F5F0" w:themeColor="background1"/>
        </w:tcBorders>
        <w:shd w:val="clear" w:color="auto" w:fill="F890A5" w:themeFill="accent6"/>
      </w:tcPr>
    </w:tblStylePr>
    <w:tblStylePr w:type="lastRow">
      <w:rPr>
        <w:b/>
        <w:bCs/>
        <w:i w:val="0"/>
        <w:iCs w:val="0"/>
        <w:color w:val="F6F5F0" w:themeColor="background1"/>
      </w:rPr>
      <w:tblPr/>
      <w:tcPr>
        <w:tcBorders>
          <w:top w:val="single" w:sz="24" w:space="0" w:color="F6F5F0" w:themeColor="background1"/>
          <w:left w:val="single" w:sz="8" w:space="0" w:color="F6F5F0" w:themeColor="background1"/>
          <w:bottom w:val="single" w:sz="8" w:space="0" w:color="F6F5F0" w:themeColor="background1"/>
          <w:right w:val="single" w:sz="8" w:space="0" w:color="F6F5F0" w:themeColor="background1"/>
          <w:insideH w:val="nil"/>
          <w:insideV w:val="single" w:sz="8" w:space="0" w:color="F6F5F0" w:themeColor="background1"/>
        </w:tcBorders>
        <w:shd w:val="clear" w:color="auto" w:fill="F890A5" w:themeFill="accent6"/>
      </w:tcPr>
    </w:tblStylePr>
    <w:tblStylePr w:type="firstCol">
      <w:rPr>
        <w:b/>
        <w:bCs/>
        <w:i w:val="0"/>
        <w:iCs w:val="0"/>
        <w:color w:val="F6F5F0" w:themeColor="background1"/>
      </w:rPr>
      <w:tblPr/>
      <w:tcPr>
        <w:tcBorders>
          <w:left w:val="single" w:sz="8" w:space="0" w:color="F6F5F0" w:themeColor="background1"/>
          <w:right w:val="single" w:sz="24" w:space="0" w:color="F6F5F0" w:themeColor="background1"/>
          <w:insideH w:val="nil"/>
          <w:insideV w:val="nil"/>
        </w:tcBorders>
        <w:shd w:val="clear" w:color="auto" w:fill="F890A5" w:themeFill="accent6"/>
      </w:tcPr>
    </w:tblStylePr>
    <w:tblStylePr w:type="lastCol">
      <w:rPr>
        <w:b/>
        <w:bCs/>
        <w:i w:val="0"/>
        <w:iCs w:val="0"/>
        <w:color w:val="F6F5F0" w:themeColor="background1"/>
      </w:rPr>
      <w:tblPr/>
      <w:tcPr>
        <w:tcBorders>
          <w:top w:val="nil"/>
          <w:left w:val="single" w:sz="24" w:space="0" w:color="F6F5F0" w:themeColor="background1"/>
          <w:bottom w:val="nil"/>
          <w:right w:val="nil"/>
          <w:insideH w:val="nil"/>
          <w:insideV w:val="nil"/>
        </w:tcBorders>
        <w:shd w:val="clear" w:color="auto" w:fill="F890A5" w:themeFill="accent6"/>
      </w:tcPr>
    </w:tblStylePr>
    <w:tblStylePr w:type="band1Vert">
      <w:tblPr/>
      <w:tcPr>
        <w:tcBorders>
          <w:top w:val="single" w:sz="8" w:space="0" w:color="F6F5F0" w:themeColor="background1"/>
          <w:left w:val="single" w:sz="8" w:space="0" w:color="F6F5F0" w:themeColor="background1"/>
          <w:bottom w:val="single" w:sz="8" w:space="0" w:color="F6F5F0" w:themeColor="background1"/>
          <w:right w:val="single" w:sz="8" w:space="0" w:color="F6F5F0" w:themeColor="background1"/>
          <w:insideH w:val="nil"/>
          <w:insideV w:val="nil"/>
        </w:tcBorders>
        <w:shd w:val="clear" w:color="auto" w:fill="FBC7D1" w:themeFill="accent6" w:themeFillTint="7F"/>
      </w:tcPr>
    </w:tblStylePr>
    <w:tblStylePr w:type="band1Horz">
      <w:tblPr/>
      <w:tcPr>
        <w:tcBorders>
          <w:top w:val="single" w:sz="8" w:space="0" w:color="F6F5F0" w:themeColor="background1"/>
          <w:left w:val="single" w:sz="8" w:space="0" w:color="F6F5F0" w:themeColor="background1"/>
          <w:bottom w:val="single" w:sz="8" w:space="0" w:color="F6F5F0" w:themeColor="background1"/>
          <w:right w:val="single" w:sz="8" w:space="0" w:color="F6F5F0" w:themeColor="background1"/>
          <w:insideH w:val="single" w:sz="8" w:space="0" w:color="F6F5F0" w:themeColor="background1"/>
          <w:insideV w:val="single" w:sz="8" w:space="0" w:color="F6F5F0" w:themeColor="background1"/>
        </w:tcBorders>
        <w:shd w:val="clear" w:color="auto" w:fill="FBC7D1" w:themeFill="accent6" w:themeFillTint="7F"/>
      </w:tcPr>
    </w:tblStylePr>
  </w:style>
  <w:style w:type="table" w:styleId="DarkList">
    <w:name w:val="Dark List"/>
    <w:basedOn w:val="TableNormal"/>
    <w:uiPriority w:val="70"/>
    <w:rsid w:val="00CB0664"/>
    <w:pPr>
      <w:spacing w:after="0" w:line="240" w:lineRule="auto"/>
    </w:pPr>
    <w:rPr>
      <w:color w:val="F6F5F0" w:themeColor="background1"/>
    </w:rPr>
    <w:tblPr>
      <w:tblStyleRowBandSize w:val="1"/>
      <w:tblStyleColBandSize w:val="1"/>
    </w:tblPr>
    <w:tcPr>
      <w:shd w:val="clear" w:color="auto" w:fill="282828" w:themeFill="text1"/>
    </w:tcPr>
    <w:tblStylePr w:type="firstRow">
      <w:rPr>
        <w:b/>
        <w:bCs/>
      </w:rPr>
      <w:tblPr/>
      <w:tcPr>
        <w:tcBorders>
          <w:top w:val="nil"/>
          <w:left w:val="nil"/>
          <w:bottom w:val="single" w:sz="18" w:space="0" w:color="F6F5F0" w:themeColor="background1"/>
          <w:right w:val="nil"/>
          <w:insideH w:val="nil"/>
          <w:insideV w:val="nil"/>
        </w:tcBorders>
        <w:shd w:val="clear" w:color="auto" w:fill="282828" w:themeFill="text1"/>
      </w:tcPr>
    </w:tblStylePr>
    <w:tblStylePr w:type="lastRow">
      <w:tblPr/>
      <w:tcPr>
        <w:tcBorders>
          <w:top w:val="single" w:sz="18" w:space="0" w:color="F6F5F0" w:themeColor="background1"/>
          <w:left w:val="nil"/>
          <w:bottom w:val="nil"/>
          <w:right w:val="nil"/>
          <w:insideH w:val="nil"/>
          <w:insideV w:val="nil"/>
        </w:tcBorders>
        <w:shd w:val="clear" w:color="auto" w:fill="131313" w:themeFill="text1" w:themeFillShade="7F"/>
      </w:tcPr>
    </w:tblStylePr>
    <w:tblStylePr w:type="firstCol">
      <w:tblPr/>
      <w:tcPr>
        <w:tcBorders>
          <w:top w:val="nil"/>
          <w:left w:val="nil"/>
          <w:bottom w:val="nil"/>
          <w:right w:val="single" w:sz="18" w:space="0" w:color="F6F5F0" w:themeColor="background1"/>
          <w:insideH w:val="nil"/>
          <w:insideV w:val="nil"/>
        </w:tcBorders>
        <w:shd w:val="clear" w:color="auto" w:fill="1D1D1D" w:themeFill="text1" w:themeFillShade="BF"/>
      </w:tcPr>
    </w:tblStylePr>
    <w:tblStylePr w:type="lastCol">
      <w:tblPr/>
      <w:tcPr>
        <w:tcBorders>
          <w:top w:val="nil"/>
          <w:left w:val="single" w:sz="18" w:space="0" w:color="F6F5F0" w:themeColor="background1"/>
          <w:bottom w:val="nil"/>
          <w:right w:val="nil"/>
          <w:insideH w:val="nil"/>
          <w:insideV w:val="nil"/>
        </w:tcBorders>
        <w:shd w:val="clear" w:color="auto" w:fill="1D1D1D" w:themeFill="text1" w:themeFillShade="BF"/>
      </w:tcPr>
    </w:tblStylePr>
    <w:tblStylePr w:type="band1Vert">
      <w:tblPr/>
      <w:tcPr>
        <w:tcBorders>
          <w:top w:val="nil"/>
          <w:left w:val="nil"/>
          <w:bottom w:val="nil"/>
          <w:right w:val="nil"/>
          <w:insideH w:val="nil"/>
          <w:insideV w:val="nil"/>
        </w:tcBorders>
        <w:shd w:val="clear" w:color="auto" w:fill="1D1D1D" w:themeFill="text1" w:themeFillShade="BF"/>
      </w:tcPr>
    </w:tblStylePr>
    <w:tblStylePr w:type="band1Horz">
      <w:tblPr/>
      <w:tcPr>
        <w:tcBorders>
          <w:top w:val="nil"/>
          <w:left w:val="nil"/>
          <w:bottom w:val="nil"/>
          <w:right w:val="nil"/>
          <w:insideH w:val="nil"/>
          <w:insideV w:val="nil"/>
        </w:tcBorders>
        <w:shd w:val="clear" w:color="auto" w:fill="1D1D1D" w:themeFill="text1" w:themeFillShade="BF"/>
      </w:tcPr>
    </w:tblStylePr>
  </w:style>
  <w:style w:type="table" w:styleId="DarkList-Accent1">
    <w:name w:val="Dark List Accent 1"/>
    <w:basedOn w:val="TableNormal"/>
    <w:uiPriority w:val="70"/>
    <w:rsid w:val="00CB0664"/>
    <w:pPr>
      <w:spacing w:after="0" w:line="240" w:lineRule="auto"/>
    </w:pPr>
    <w:rPr>
      <w:color w:val="F6F5F0" w:themeColor="background1"/>
    </w:rPr>
    <w:tblPr>
      <w:tblStyleRowBandSize w:val="1"/>
      <w:tblStyleColBandSize w:val="1"/>
    </w:tblPr>
    <w:tcPr>
      <w:shd w:val="clear" w:color="auto" w:fill="792881" w:themeFill="accent1"/>
    </w:tcPr>
    <w:tblStylePr w:type="firstRow">
      <w:rPr>
        <w:b/>
        <w:bCs/>
      </w:rPr>
      <w:tblPr/>
      <w:tcPr>
        <w:tcBorders>
          <w:top w:val="nil"/>
          <w:left w:val="nil"/>
          <w:bottom w:val="single" w:sz="18" w:space="0" w:color="F6F5F0" w:themeColor="background1"/>
          <w:right w:val="nil"/>
          <w:insideH w:val="nil"/>
          <w:insideV w:val="nil"/>
        </w:tcBorders>
        <w:shd w:val="clear" w:color="auto" w:fill="282828" w:themeFill="text1"/>
      </w:tcPr>
    </w:tblStylePr>
    <w:tblStylePr w:type="lastRow">
      <w:tblPr/>
      <w:tcPr>
        <w:tcBorders>
          <w:top w:val="single" w:sz="18" w:space="0" w:color="F6F5F0" w:themeColor="background1"/>
          <w:left w:val="nil"/>
          <w:bottom w:val="nil"/>
          <w:right w:val="nil"/>
          <w:insideH w:val="nil"/>
          <w:insideV w:val="nil"/>
        </w:tcBorders>
        <w:shd w:val="clear" w:color="auto" w:fill="3C1440" w:themeFill="accent1" w:themeFillShade="7F"/>
      </w:tcPr>
    </w:tblStylePr>
    <w:tblStylePr w:type="firstCol">
      <w:tblPr/>
      <w:tcPr>
        <w:tcBorders>
          <w:top w:val="nil"/>
          <w:left w:val="nil"/>
          <w:bottom w:val="nil"/>
          <w:right w:val="single" w:sz="18" w:space="0" w:color="F6F5F0" w:themeColor="background1"/>
          <w:insideH w:val="nil"/>
          <w:insideV w:val="nil"/>
        </w:tcBorders>
        <w:shd w:val="clear" w:color="auto" w:fill="5A1E60" w:themeFill="accent1" w:themeFillShade="BF"/>
      </w:tcPr>
    </w:tblStylePr>
    <w:tblStylePr w:type="lastCol">
      <w:tblPr/>
      <w:tcPr>
        <w:tcBorders>
          <w:top w:val="nil"/>
          <w:left w:val="single" w:sz="18" w:space="0" w:color="F6F5F0" w:themeColor="background1"/>
          <w:bottom w:val="nil"/>
          <w:right w:val="nil"/>
          <w:insideH w:val="nil"/>
          <w:insideV w:val="nil"/>
        </w:tcBorders>
        <w:shd w:val="clear" w:color="auto" w:fill="5A1E60" w:themeFill="accent1" w:themeFillShade="BF"/>
      </w:tcPr>
    </w:tblStylePr>
    <w:tblStylePr w:type="band1Vert">
      <w:tblPr/>
      <w:tcPr>
        <w:tcBorders>
          <w:top w:val="nil"/>
          <w:left w:val="nil"/>
          <w:bottom w:val="nil"/>
          <w:right w:val="nil"/>
          <w:insideH w:val="nil"/>
          <w:insideV w:val="nil"/>
        </w:tcBorders>
        <w:shd w:val="clear" w:color="auto" w:fill="5A1E60" w:themeFill="accent1" w:themeFillShade="BF"/>
      </w:tcPr>
    </w:tblStylePr>
    <w:tblStylePr w:type="band1Horz">
      <w:tblPr/>
      <w:tcPr>
        <w:tcBorders>
          <w:top w:val="nil"/>
          <w:left w:val="nil"/>
          <w:bottom w:val="nil"/>
          <w:right w:val="nil"/>
          <w:insideH w:val="nil"/>
          <w:insideV w:val="nil"/>
        </w:tcBorders>
        <w:shd w:val="clear" w:color="auto" w:fill="5A1E60" w:themeFill="accent1" w:themeFillShade="BF"/>
      </w:tcPr>
    </w:tblStylePr>
  </w:style>
  <w:style w:type="table" w:styleId="DarkList-Accent2">
    <w:name w:val="Dark List Accent 2"/>
    <w:basedOn w:val="TableNormal"/>
    <w:uiPriority w:val="70"/>
    <w:rsid w:val="00CB0664"/>
    <w:pPr>
      <w:spacing w:after="0" w:line="240" w:lineRule="auto"/>
    </w:pPr>
    <w:rPr>
      <w:color w:val="F6F5F0" w:themeColor="background1"/>
    </w:rPr>
    <w:tblPr>
      <w:tblStyleRowBandSize w:val="1"/>
      <w:tblStyleColBandSize w:val="1"/>
    </w:tblPr>
    <w:tcPr>
      <w:shd w:val="clear" w:color="auto" w:fill="A35BB3" w:themeFill="accent2"/>
    </w:tcPr>
    <w:tblStylePr w:type="firstRow">
      <w:rPr>
        <w:b/>
        <w:bCs/>
      </w:rPr>
      <w:tblPr/>
      <w:tcPr>
        <w:tcBorders>
          <w:top w:val="nil"/>
          <w:left w:val="nil"/>
          <w:bottom w:val="single" w:sz="18" w:space="0" w:color="F6F5F0" w:themeColor="background1"/>
          <w:right w:val="nil"/>
          <w:insideH w:val="nil"/>
          <w:insideV w:val="nil"/>
        </w:tcBorders>
        <w:shd w:val="clear" w:color="auto" w:fill="282828" w:themeFill="text1"/>
      </w:tcPr>
    </w:tblStylePr>
    <w:tblStylePr w:type="lastRow">
      <w:tblPr/>
      <w:tcPr>
        <w:tcBorders>
          <w:top w:val="single" w:sz="18" w:space="0" w:color="F6F5F0" w:themeColor="background1"/>
          <w:left w:val="nil"/>
          <w:bottom w:val="nil"/>
          <w:right w:val="nil"/>
          <w:insideH w:val="nil"/>
          <w:insideV w:val="nil"/>
        </w:tcBorders>
        <w:shd w:val="clear" w:color="auto" w:fill="522A5B" w:themeFill="accent2" w:themeFillShade="7F"/>
      </w:tcPr>
    </w:tblStylePr>
    <w:tblStylePr w:type="firstCol">
      <w:tblPr/>
      <w:tcPr>
        <w:tcBorders>
          <w:top w:val="nil"/>
          <w:left w:val="nil"/>
          <w:bottom w:val="nil"/>
          <w:right w:val="single" w:sz="18" w:space="0" w:color="F6F5F0" w:themeColor="background1"/>
          <w:insideH w:val="nil"/>
          <w:insideV w:val="nil"/>
        </w:tcBorders>
        <w:shd w:val="clear" w:color="auto" w:fill="7C408A" w:themeFill="accent2" w:themeFillShade="BF"/>
      </w:tcPr>
    </w:tblStylePr>
    <w:tblStylePr w:type="lastCol">
      <w:tblPr/>
      <w:tcPr>
        <w:tcBorders>
          <w:top w:val="nil"/>
          <w:left w:val="single" w:sz="18" w:space="0" w:color="F6F5F0" w:themeColor="background1"/>
          <w:bottom w:val="nil"/>
          <w:right w:val="nil"/>
          <w:insideH w:val="nil"/>
          <w:insideV w:val="nil"/>
        </w:tcBorders>
        <w:shd w:val="clear" w:color="auto" w:fill="7C408A" w:themeFill="accent2" w:themeFillShade="BF"/>
      </w:tcPr>
    </w:tblStylePr>
    <w:tblStylePr w:type="band1Vert">
      <w:tblPr/>
      <w:tcPr>
        <w:tcBorders>
          <w:top w:val="nil"/>
          <w:left w:val="nil"/>
          <w:bottom w:val="nil"/>
          <w:right w:val="nil"/>
          <w:insideH w:val="nil"/>
          <w:insideV w:val="nil"/>
        </w:tcBorders>
        <w:shd w:val="clear" w:color="auto" w:fill="7C408A" w:themeFill="accent2" w:themeFillShade="BF"/>
      </w:tcPr>
    </w:tblStylePr>
    <w:tblStylePr w:type="band1Horz">
      <w:tblPr/>
      <w:tcPr>
        <w:tcBorders>
          <w:top w:val="nil"/>
          <w:left w:val="nil"/>
          <w:bottom w:val="nil"/>
          <w:right w:val="nil"/>
          <w:insideH w:val="nil"/>
          <w:insideV w:val="nil"/>
        </w:tcBorders>
        <w:shd w:val="clear" w:color="auto" w:fill="7C408A" w:themeFill="accent2" w:themeFillShade="BF"/>
      </w:tcPr>
    </w:tblStylePr>
  </w:style>
  <w:style w:type="table" w:styleId="DarkList-Accent3">
    <w:name w:val="Dark List Accent 3"/>
    <w:basedOn w:val="TableNormal"/>
    <w:uiPriority w:val="70"/>
    <w:rsid w:val="00CB0664"/>
    <w:pPr>
      <w:spacing w:after="0" w:line="240" w:lineRule="auto"/>
    </w:pPr>
    <w:rPr>
      <w:color w:val="F6F5F0" w:themeColor="background1"/>
    </w:rPr>
    <w:tblPr>
      <w:tblStyleRowBandSize w:val="1"/>
      <w:tblStyleColBandSize w:val="1"/>
    </w:tblPr>
    <w:tcPr>
      <w:shd w:val="clear" w:color="auto" w:fill="EAB8E3" w:themeFill="accent3"/>
    </w:tcPr>
    <w:tblStylePr w:type="firstRow">
      <w:rPr>
        <w:b/>
        <w:bCs/>
      </w:rPr>
      <w:tblPr/>
      <w:tcPr>
        <w:tcBorders>
          <w:top w:val="nil"/>
          <w:left w:val="nil"/>
          <w:bottom w:val="single" w:sz="18" w:space="0" w:color="F6F5F0" w:themeColor="background1"/>
          <w:right w:val="nil"/>
          <w:insideH w:val="nil"/>
          <w:insideV w:val="nil"/>
        </w:tcBorders>
        <w:shd w:val="clear" w:color="auto" w:fill="282828" w:themeFill="text1"/>
      </w:tcPr>
    </w:tblStylePr>
    <w:tblStylePr w:type="lastRow">
      <w:tblPr/>
      <w:tcPr>
        <w:tcBorders>
          <w:top w:val="single" w:sz="18" w:space="0" w:color="F6F5F0" w:themeColor="background1"/>
          <w:left w:val="nil"/>
          <w:bottom w:val="nil"/>
          <w:right w:val="nil"/>
          <w:insideH w:val="nil"/>
          <w:insideV w:val="nil"/>
        </w:tcBorders>
        <w:shd w:val="clear" w:color="auto" w:fill="A02F90" w:themeFill="accent3" w:themeFillShade="7F"/>
      </w:tcPr>
    </w:tblStylePr>
    <w:tblStylePr w:type="firstCol">
      <w:tblPr/>
      <w:tcPr>
        <w:tcBorders>
          <w:top w:val="nil"/>
          <w:left w:val="nil"/>
          <w:bottom w:val="nil"/>
          <w:right w:val="single" w:sz="18" w:space="0" w:color="F6F5F0" w:themeColor="background1"/>
          <w:insideH w:val="nil"/>
          <w:insideV w:val="nil"/>
        </w:tcBorders>
        <w:shd w:val="clear" w:color="auto" w:fill="D267C2" w:themeFill="accent3" w:themeFillShade="BF"/>
      </w:tcPr>
    </w:tblStylePr>
    <w:tblStylePr w:type="lastCol">
      <w:tblPr/>
      <w:tcPr>
        <w:tcBorders>
          <w:top w:val="nil"/>
          <w:left w:val="single" w:sz="18" w:space="0" w:color="F6F5F0" w:themeColor="background1"/>
          <w:bottom w:val="nil"/>
          <w:right w:val="nil"/>
          <w:insideH w:val="nil"/>
          <w:insideV w:val="nil"/>
        </w:tcBorders>
        <w:shd w:val="clear" w:color="auto" w:fill="D267C2" w:themeFill="accent3" w:themeFillShade="BF"/>
      </w:tcPr>
    </w:tblStylePr>
    <w:tblStylePr w:type="band1Vert">
      <w:tblPr/>
      <w:tcPr>
        <w:tcBorders>
          <w:top w:val="nil"/>
          <w:left w:val="nil"/>
          <w:bottom w:val="nil"/>
          <w:right w:val="nil"/>
          <w:insideH w:val="nil"/>
          <w:insideV w:val="nil"/>
        </w:tcBorders>
        <w:shd w:val="clear" w:color="auto" w:fill="D267C2" w:themeFill="accent3" w:themeFillShade="BF"/>
      </w:tcPr>
    </w:tblStylePr>
    <w:tblStylePr w:type="band1Horz">
      <w:tblPr/>
      <w:tcPr>
        <w:tcBorders>
          <w:top w:val="nil"/>
          <w:left w:val="nil"/>
          <w:bottom w:val="nil"/>
          <w:right w:val="nil"/>
          <w:insideH w:val="nil"/>
          <w:insideV w:val="nil"/>
        </w:tcBorders>
        <w:shd w:val="clear" w:color="auto" w:fill="D267C2" w:themeFill="accent3" w:themeFillShade="BF"/>
      </w:tcPr>
    </w:tblStylePr>
  </w:style>
  <w:style w:type="table" w:styleId="DarkList-Accent4">
    <w:name w:val="Dark List Accent 4"/>
    <w:basedOn w:val="TableNormal"/>
    <w:uiPriority w:val="70"/>
    <w:rsid w:val="00CB0664"/>
    <w:pPr>
      <w:spacing w:after="0" w:line="240" w:lineRule="auto"/>
    </w:pPr>
    <w:rPr>
      <w:color w:val="F6F5F0" w:themeColor="background1"/>
    </w:rPr>
    <w:tblPr>
      <w:tblStyleRowBandSize w:val="1"/>
      <w:tblStyleColBandSize w:val="1"/>
    </w:tblPr>
    <w:tcPr>
      <w:shd w:val="clear" w:color="auto" w:fill="FF8200" w:themeFill="accent4"/>
    </w:tcPr>
    <w:tblStylePr w:type="firstRow">
      <w:rPr>
        <w:b/>
        <w:bCs/>
      </w:rPr>
      <w:tblPr/>
      <w:tcPr>
        <w:tcBorders>
          <w:top w:val="nil"/>
          <w:left w:val="nil"/>
          <w:bottom w:val="single" w:sz="18" w:space="0" w:color="F6F5F0" w:themeColor="background1"/>
          <w:right w:val="nil"/>
          <w:insideH w:val="nil"/>
          <w:insideV w:val="nil"/>
        </w:tcBorders>
        <w:shd w:val="clear" w:color="auto" w:fill="282828" w:themeFill="text1"/>
      </w:tcPr>
    </w:tblStylePr>
    <w:tblStylePr w:type="lastRow">
      <w:tblPr/>
      <w:tcPr>
        <w:tcBorders>
          <w:top w:val="single" w:sz="18" w:space="0" w:color="F6F5F0" w:themeColor="background1"/>
          <w:left w:val="nil"/>
          <w:bottom w:val="nil"/>
          <w:right w:val="nil"/>
          <w:insideH w:val="nil"/>
          <w:insideV w:val="nil"/>
        </w:tcBorders>
        <w:shd w:val="clear" w:color="auto" w:fill="7F4000" w:themeFill="accent4" w:themeFillShade="7F"/>
      </w:tcPr>
    </w:tblStylePr>
    <w:tblStylePr w:type="firstCol">
      <w:tblPr/>
      <w:tcPr>
        <w:tcBorders>
          <w:top w:val="nil"/>
          <w:left w:val="nil"/>
          <w:bottom w:val="nil"/>
          <w:right w:val="single" w:sz="18" w:space="0" w:color="F6F5F0" w:themeColor="background1"/>
          <w:insideH w:val="nil"/>
          <w:insideV w:val="nil"/>
        </w:tcBorders>
        <w:shd w:val="clear" w:color="auto" w:fill="BF6100" w:themeFill="accent4" w:themeFillShade="BF"/>
      </w:tcPr>
    </w:tblStylePr>
    <w:tblStylePr w:type="lastCol">
      <w:tblPr/>
      <w:tcPr>
        <w:tcBorders>
          <w:top w:val="nil"/>
          <w:left w:val="single" w:sz="18" w:space="0" w:color="F6F5F0" w:themeColor="background1"/>
          <w:bottom w:val="nil"/>
          <w:right w:val="nil"/>
          <w:insideH w:val="nil"/>
          <w:insideV w:val="nil"/>
        </w:tcBorders>
        <w:shd w:val="clear" w:color="auto" w:fill="BF6100" w:themeFill="accent4" w:themeFillShade="BF"/>
      </w:tcPr>
    </w:tblStylePr>
    <w:tblStylePr w:type="band1Vert">
      <w:tblPr/>
      <w:tcPr>
        <w:tcBorders>
          <w:top w:val="nil"/>
          <w:left w:val="nil"/>
          <w:bottom w:val="nil"/>
          <w:right w:val="nil"/>
          <w:insideH w:val="nil"/>
          <w:insideV w:val="nil"/>
        </w:tcBorders>
        <w:shd w:val="clear" w:color="auto" w:fill="BF6100" w:themeFill="accent4" w:themeFillShade="BF"/>
      </w:tcPr>
    </w:tblStylePr>
    <w:tblStylePr w:type="band1Horz">
      <w:tblPr/>
      <w:tcPr>
        <w:tcBorders>
          <w:top w:val="nil"/>
          <w:left w:val="nil"/>
          <w:bottom w:val="nil"/>
          <w:right w:val="nil"/>
          <w:insideH w:val="nil"/>
          <w:insideV w:val="nil"/>
        </w:tcBorders>
        <w:shd w:val="clear" w:color="auto" w:fill="BF6100" w:themeFill="accent4" w:themeFillShade="BF"/>
      </w:tcPr>
    </w:tblStylePr>
  </w:style>
  <w:style w:type="table" w:styleId="DarkList-Accent5">
    <w:name w:val="Dark List Accent 5"/>
    <w:basedOn w:val="TableNormal"/>
    <w:uiPriority w:val="70"/>
    <w:rsid w:val="00CB0664"/>
    <w:pPr>
      <w:spacing w:after="0" w:line="240" w:lineRule="auto"/>
    </w:pPr>
    <w:rPr>
      <w:color w:val="F6F5F0" w:themeColor="background1"/>
    </w:rPr>
    <w:tblPr>
      <w:tblStyleRowBandSize w:val="1"/>
      <w:tblStyleColBandSize w:val="1"/>
    </w:tblPr>
    <w:tcPr>
      <w:shd w:val="clear" w:color="auto" w:fill="FFC845" w:themeFill="accent5"/>
    </w:tcPr>
    <w:tblStylePr w:type="firstRow">
      <w:rPr>
        <w:b/>
        <w:bCs/>
      </w:rPr>
      <w:tblPr/>
      <w:tcPr>
        <w:tcBorders>
          <w:top w:val="nil"/>
          <w:left w:val="nil"/>
          <w:bottom w:val="single" w:sz="18" w:space="0" w:color="F6F5F0" w:themeColor="background1"/>
          <w:right w:val="nil"/>
          <w:insideH w:val="nil"/>
          <w:insideV w:val="nil"/>
        </w:tcBorders>
        <w:shd w:val="clear" w:color="auto" w:fill="282828" w:themeFill="text1"/>
      </w:tcPr>
    </w:tblStylePr>
    <w:tblStylePr w:type="lastRow">
      <w:tblPr/>
      <w:tcPr>
        <w:tcBorders>
          <w:top w:val="single" w:sz="18" w:space="0" w:color="F6F5F0" w:themeColor="background1"/>
          <w:left w:val="nil"/>
          <w:bottom w:val="nil"/>
          <w:right w:val="nil"/>
          <w:insideH w:val="nil"/>
          <w:insideV w:val="nil"/>
        </w:tcBorders>
        <w:shd w:val="clear" w:color="auto" w:fill="A17100" w:themeFill="accent5" w:themeFillShade="7F"/>
      </w:tcPr>
    </w:tblStylePr>
    <w:tblStylePr w:type="firstCol">
      <w:tblPr/>
      <w:tcPr>
        <w:tcBorders>
          <w:top w:val="nil"/>
          <w:left w:val="nil"/>
          <w:bottom w:val="nil"/>
          <w:right w:val="single" w:sz="18" w:space="0" w:color="F6F5F0" w:themeColor="background1"/>
          <w:insideH w:val="nil"/>
          <w:insideV w:val="nil"/>
        </w:tcBorders>
        <w:shd w:val="clear" w:color="auto" w:fill="F2AA00" w:themeFill="accent5" w:themeFillShade="BF"/>
      </w:tcPr>
    </w:tblStylePr>
    <w:tblStylePr w:type="lastCol">
      <w:tblPr/>
      <w:tcPr>
        <w:tcBorders>
          <w:top w:val="nil"/>
          <w:left w:val="single" w:sz="18" w:space="0" w:color="F6F5F0" w:themeColor="background1"/>
          <w:bottom w:val="nil"/>
          <w:right w:val="nil"/>
          <w:insideH w:val="nil"/>
          <w:insideV w:val="nil"/>
        </w:tcBorders>
        <w:shd w:val="clear" w:color="auto" w:fill="F2AA00" w:themeFill="accent5" w:themeFillShade="BF"/>
      </w:tcPr>
    </w:tblStylePr>
    <w:tblStylePr w:type="band1Vert">
      <w:tblPr/>
      <w:tcPr>
        <w:tcBorders>
          <w:top w:val="nil"/>
          <w:left w:val="nil"/>
          <w:bottom w:val="nil"/>
          <w:right w:val="nil"/>
          <w:insideH w:val="nil"/>
          <w:insideV w:val="nil"/>
        </w:tcBorders>
        <w:shd w:val="clear" w:color="auto" w:fill="F2AA00" w:themeFill="accent5" w:themeFillShade="BF"/>
      </w:tcPr>
    </w:tblStylePr>
    <w:tblStylePr w:type="band1Horz">
      <w:tblPr/>
      <w:tcPr>
        <w:tcBorders>
          <w:top w:val="nil"/>
          <w:left w:val="nil"/>
          <w:bottom w:val="nil"/>
          <w:right w:val="nil"/>
          <w:insideH w:val="nil"/>
          <w:insideV w:val="nil"/>
        </w:tcBorders>
        <w:shd w:val="clear" w:color="auto" w:fill="F2AA00" w:themeFill="accent5" w:themeFillShade="BF"/>
      </w:tcPr>
    </w:tblStylePr>
  </w:style>
  <w:style w:type="table" w:styleId="DarkList-Accent6">
    <w:name w:val="Dark List Accent 6"/>
    <w:basedOn w:val="TableNormal"/>
    <w:uiPriority w:val="70"/>
    <w:rsid w:val="00CB0664"/>
    <w:pPr>
      <w:spacing w:after="0" w:line="240" w:lineRule="auto"/>
    </w:pPr>
    <w:rPr>
      <w:color w:val="F6F5F0" w:themeColor="background1"/>
    </w:rPr>
    <w:tblPr>
      <w:tblStyleRowBandSize w:val="1"/>
      <w:tblStyleColBandSize w:val="1"/>
    </w:tblPr>
    <w:tcPr>
      <w:shd w:val="clear" w:color="auto" w:fill="F890A5" w:themeFill="accent6"/>
    </w:tcPr>
    <w:tblStylePr w:type="firstRow">
      <w:rPr>
        <w:b/>
        <w:bCs/>
      </w:rPr>
      <w:tblPr/>
      <w:tcPr>
        <w:tcBorders>
          <w:top w:val="nil"/>
          <w:left w:val="nil"/>
          <w:bottom w:val="single" w:sz="18" w:space="0" w:color="F6F5F0" w:themeColor="background1"/>
          <w:right w:val="nil"/>
          <w:insideH w:val="nil"/>
          <w:insideV w:val="nil"/>
        </w:tcBorders>
        <w:shd w:val="clear" w:color="auto" w:fill="282828" w:themeFill="text1"/>
      </w:tcPr>
    </w:tblStylePr>
    <w:tblStylePr w:type="lastRow">
      <w:tblPr/>
      <w:tcPr>
        <w:tcBorders>
          <w:top w:val="single" w:sz="18" w:space="0" w:color="F6F5F0" w:themeColor="background1"/>
          <w:left w:val="nil"/>
          <w:bottom w:val="nil"/>
          <w:right w:val="nil"/>
          <w:insideH w:val="nil"/>
          <w:insideV w:val="nil"/>
        </w:tcBorders>
        <w:shd w:val="clear" w:color="auto" w:fill="B70B2E" w:themeFill="accent6" w:themeFillShade="7F"/>
      </w:tcPr>
    </w:tblStylePr>
    <w:tblStylePr w:type="firstCol">
      <w:tblPr/>
      <w:tcPr>
        <w:tcBorders>
          <w:top w:val="nil"/>
          <w:left w:val="nil"/>
          <w:bottom w:val="nil"/>
          <w:right w:val="single" w:sz="18" w:space="0" w:color="F6F5F0" w:themeColor="background1"/>
          <w:insideH w:val="nil"/>
          <w:insideV w:val="nil"/>
        </w:tcBorders>
        <w:shd w:val="clear" w:color="auto" w:fill="F23359" w:themeFill="accent6" w:themeFillShade="BF"/>
      </w:tcPr>
    </w:tblStylePr>
    <w:tblStylePr w:type="lastCol">
      <w:tblPr/>
      <w:tcPr>
        <w:tcBorders>
          <w:top w:val="nil"/>
          <w:left w:val="single" w:sz="18" w:space="0" w:color="F6F5F0" w:themeColor="background1"/>
          <w:bottom w:val="nil"/>
          <w:right w:val="nil"/>
          <w:insideH w:val="nil"/>
          <w:insideV w:val="nil"/>
        </w:tcBorders>
        <w:shd w:val="clear" w:color="auto" w:fill="F23359" w:themeFill="accent6" w:themeFillShade="BF"/>
      </w:tcPr>
    </w:tblStylePr>
    <w:tblStylePr w:type="band1Vert">
      <w:tblPr/>
      <w:tcPr>
        <w:tcBorders>
          <w:top w:val="nil"/>
          <w:left w:val="nil"/>
          <w:bottom w:val="nil"/>
          <w:right w:val="nil"/>
          <w:insideH w:val="nil"/>
          <w:insideV w:val="nil"/>
        </w:tcBorders>
        <w:shd w:val="clear" w:color="auto" w:fill="F23359" w:themeFill="accent6" w:themeFillShade="BF"/>
      </w:tcPr>
    </w:tblStylePr>
    <w:tblStylePr w:type="band1Horz">
      <w:tblPr/>
      <w:tcPr>
        <w:tcBorders>
          <w:top w:val="nil"/>
          <w:left w:val="nil"/>
          <w:bottom w:val="nil"/>
          <w:right w:val="nil"/>
          <w:insideH w:val="nil"/>
          <w:insideV w:val="nil"/>
        </w:tcBorders>
        <w:shd w:val="clear" w:color="auto" w:fill="F23359" w:themeFill="accent6" w:themeFillShade="BF"/>
      </w:tcPr>
    </w:tblStylePr>
  </w:style>
  <w:style w:type="table" w:styleId="ColorfulShading">
    <w:name w:val="Colorful Shading"/>
    <w:basedOn w:val="TableNormal"/>
    <w:uiPriority w:val="71"/>
    <w:rsid w:val="00CB0664"/>
    <w:pPr>
      <w:spacing w:after="0" w:line="240" w:lineRule="auto"/>
    </w:pPr>
    <w:rPr>
      <w:color w:val="282828" w:themeColor="text1"/>
    </w:rPr>
    <w:tblPr>
      <w:tblStyleRowBandSize w:val="1"/>
      <w:tblStyleColBandSize w:val="1"/>
      <w:tblBorders>
        <w:top w:val="single" w:sz="24" w:space="0" w:color="A35BB3" w:themeColor="accent2"/>
        <w:left w:val="single" w:sz="4" w:space="0" w:color="282828" w:themeColor="text1"/>
        <w:bottom w:val="single" w:sz="4" w:space="0" w:color="282828" w:themeColor="text1"/>
        <w:right w:val="single" w:sz="4" w:space="0" w:color="282828" w:themeColor="text1"/>
        <w:insideH w:val="single" w:sz="4" w:space="0" w:color="F6F5F0" w:themeColor="background1"/>
        <w:insideV w:val="single" w:sz="4" w:space="0" w:color="F6F5F0" w:themeColor="background1"/>
      </w:tblBorders>
    </w:tblPr>
    <w:tcPr>
      <w:shd w:val="clear" w:color="auto" w:fill="E9E9E9" w:themeFill="text1" w:themeFillTint="19"/>
    </w:tcPr>
    <w:tblStylePr w:type="firstRow">
      <w:rPr>
        <w:b/>
        <w:bCs/>
      </w:rPr>
      <w:tblPr/>
      <w:tcPr>
        <w:tcBorders>
          <w:top w:val="nil"/>
          <w:left w:val="nil"/>
          <w:bottom w:val="single" w:sz="24" w:space="0" w:color="A35BB3" w:themeColor="accent2"/>
          <w:right w:val="nil"/>
          <w:insideH w:val="nil"/>
          <w:insideV w:val="nil"/>
        </w:tcBorders>
        <w:shd w:val="clear" w:color="auto" w:fill="F6F5F0" w:themeFill="background1"/>
      </w:tcPr>
    </w:tblStylePr>
    <w:tblStylePr w:type="lastRow">
      <w:rPr>
        <w:b/>
        <w:bCs/>
        <w:color w:val="F6F5F0" w:themeColor="background1"/>
      </w:rPr>
      <w:tblPr/>
      <w:tcPr>
        <w:tcBorders>
          <w:top w:val="single" w:sz="6" w:space="0" w:color="F6F5F0" w:themeColor="background1"/>
        </w:tcBorders>
        <w:shd w:val="clear" w:color="auto" w:fill="181818" w:themeFill="text1" w:themeFillShade="99"/>
      </w:tcPr>
    </w:tblStylePr>
    <w:tblStylePr w:type="firstCol">
      <w:rPr>
        <w:color w:val="F6F5F0" w:themeColor="background1"/>
      </w:rPr>
      <w:tblPr/>
      <w:tcPr>
        <w:tcBorders>
          <w:top w:val="nil"/>
          <w:left w:val="nil"/>
          <w:bottom w:val="nil"/>
          <w:right w:val="nil"/>
          <w:insideH w:val="single" w:sz="4" w:space="0" w:color="181818" w:themeColor="text1" w:themeShade="99"/>
          <w:insideV w:val="nil"/>
        </w:tcBorders>
        <w:shd w:val="clear" w:color="auto" w:fill="181818" w:themeFill="text1" w:themeFillShade="99"/>
      </w:tcPr>
    </w:tblStylePr>
    <w:tblStylePr w:type="lastCol">
      <w:rPr>
        <w:color w:val="F6F5F0" w:themeColor="background1"/>
      </w:rPr>
      <w:tblPr/>
      <w:tcPr>
        <w:tcBorders>
          <w:top w:val="nil"/>
          <w:left w:val="nil"/>
          <w:bottom w:val="nil"/>
          <w:right w:val="nil"/>
          <w:insideH w:val="nil"/>
          <w:insideV w:val="nil"/>
        </w:tcBorders>
        <w:shd w:val="clear" w:color="auto" w:fill="1D1D1D" w:themeFill="text1" w:themeFillShade="BF"/>
      </w:tcPr>
    </w:tblStylePr>
    <w:tblStylePr w:type="band1Vert">
      <w:tblPr/>
      <w:tcPr>
        <w:shd w:val="clear" w:color="auto" w:fill="A9A9A9" w:themeFill="text1" w:themeFillTint="66"/>
      </w:tcPr>
    </w:tblStylePr>
    <w:tblStylePr w:type="band1Horz">
      <w:tblPr/>
      <w:tcPr>
        <w:shd w:val="clear" w:color="auto" w:fill="939393" w:themeFill="text1" w:themeFillTint="7F"/>
      </w:tcPr>
    </w:tblStylePr>
    <w:tblStylePr w:type="neCell">
      <w:rPr>
        <w:color w:val="282828" w:themeColor="text1"/>
      </w:rPr>
    </w:tblStylePr>
    <w:tblStylePr w:type="nwCell">
      <w:rPr>
        <w:color w:val="282828" w:themeColor="text1"/>
      </w:rPr>
    </w:tblStylePr>
  </w:style>
  <w:style w:type="table" w:styleId="ColorfulShading-Accent1">
    <w:name w:val="Colorful Shading Accent 1"/>
    <w:basedOn w:val="TableNormal"/>
    <w:uiPriority w:val="71"/>
    <w:rsid w:val="00CB0664"/>
    <w:pPr>
      <w:spacing w:after="0" w:line="240" w:lineRule="auto"/>
    </w:pPr>
    <w:rPr>
      <w:color w:val="282828" w:themeColor="text1"/>
    </w:rPr>
    <w:tblPr>
      <w:tblStyleRowBandSize w:val="1"/>
      <w:tblStyleColBandSize w:val="1"/>
      <w:tblBorders>
        <w:top w:val="single" w:sz="24" w:space="0" w:color="A35BB3" w:themeColor="accent2"/>
        <w:left w:val="single" w:sz="4" w:space="0" w:color="792881" w:themeColor="accent1"/>
        <w:bottom w:val="single" w:sz="4" w:space="0" w:color="792881" w:themeColor="accent1"/>
        <w:right w:val="single" w:sz="4" w:space="0" w:color="792881" w:themeColor="accent1"/>
        <w:insideH w:val="single" w:sz="4" w:space="0" w:color="F6F5F0" w:themeColor="background1"/>
        <w:insideV w:val="single" w:sz="4" w:space="0" w:color="F6F5F0" w:themeColor="background1"/>
      </w:tblBorders>
    </w:tblPr>
    <w:tcPr>
      <w:shd w:val="clear" w:color="auto" w:fill="F5E5F7" w:themeFill="accent1" w:themeFillTint="19"/>
    </w:tcPr>
    <w:tblStylePr w:type="firstRow">
      <w:rPr>
        <w:b/>
        <w:bCs/>
      </w:rPr>
      <w:tblPr/>
      <w:tcPr>
        <w:tcBorders>
          <w:top w:val="nil"/>
          <w:left w:val="nil"/>
          <w:bottom w:val="single" w:sz="24" w:space="0" w:color="A35BB3" w:themeColor="accent2"/>
          <w:right w:val="nil"/>
          <w:insideH w:val="nil"/>
          <w:insideV w:val="nil"/>
        </w:tcBorders>
        <w:shd w:val="clear" w:color="auto" w:fill="F6F5F0" w:themeFill="background1"/>
      </w:tcPr>
    </w:tblStylePr>
    <w:tblStylePr w:type="lastRow">
      <w:rPr>
        <w:b/>
        <w:bCs/>
        <w:color w:val="F6F5F0" w:themeColor="background1"/>
      </w:rPr>
      <w:tblPr/>
      <w:tcPr>
        <w:tcBorders>
          <w:top w:val="single" w:sz="6" w:space="0" w:color="F6F5F0" w:themeColor="background1"/>
        </w:tcBorders>
        <w:shd w:val="clear" w:color="auto" w:fill="48184D" w:themeFill="accent1" w:themeFillShade="99"/>
      </w:tcPr>
    </w:tblStylePr>
    <w:tblStylePr w:type="firstCol">
      <w:rPr>
        <w:color w:val="F6F5F0" w:themeColor="background1"/>
      </w:rPr>
      <w:tblPr/>
      <w:tcPr>
        <w:tcBorders>
          <w:top w:val="nil"/>
          <w:left w:val="nil"/>
          <w:bottom w:val="nil"/>
          <w:right w:val="nil"/>
          <w:insideH w:val="single" w:sz="4" w:space="0" w:color="48184D" w:themeColor="accent1" w:themeShade="99"/>
          <w:insideV w:val="nil"/>
        </w:tcBorders>
        <w:shd w:val="clear" w:color="auto" w:fill="48184D" w:themeFill="accent1" w:themeFillShade="99"/>
      </w:tcPr>
    </w:tblStylePr>
    <w:tblStylePr w:type="lastCol">
      <w:rPr>
        <w:color w:val="F6F5F0" w:themeColor="background1"/>
      </w:rPr>
      <w:tblPr/>
      <w:tcPr>
        <w:tcBorders>
          <w:top w:val="nil"/>
          <w:left w:val="nil"/>
          <w:bottom w:val="nil"/>
          <w:right w:val="nil"/>
          <w:insideH w:val="nil"/>
          <w:insideV w:val="nil"/>
        </w:tcBorders>
        <w:shd w:val="clear" w:color="auto" w:fill="48184D" w:themeFill="accent1" w:themeFillShade="99"/>
      </w:tcPr>
    </w:tblStylePr>
    <w:tblStylePr w:type="band1Vert">
      <w:tblPr/>
      <w:tcPr>
        <w:shd w:val="clear" w:color="auto" w:fill="D896DE" w:themeFill="accent1" w:themeFillTint="66"/>
      </w:tcPr>
    </w:tblStylePr>
    <w:tblStylePr w:type="band1Horz">
      <w:tblPr/>
      <w:tcPr>
        <w:shd w:val="clear" w:color="auto" w:fill="CE7DD6" w:themeFill="accent1" w:themeFillTint="7F"/>
      </w:tcPr>
    </w:tblStylePr>
    <w:tblStylePr w:type="neCell">
      <w:rPr>
        <w:color w:val="282828" w:themeColor="text1"/>
      </w:rPr>
    </w:tblStylePr>
    <w:tblStylePr w:type="nwCell">
      <w:rPr>
        <w:color w:val="282828" w:themeColor="text1"/>
      </w:rPr>
    </w:tblStylePr>
  </w:style>
  <w:style w:type="table" w:styleId="ColorfulShading-Accent2">
    <w:name w:val="Colorful Shading Accent 2"/>
    <w:basedOn w:val="TableNormal"/>
    <w:uiPriority w:val="71"/>
    <w:rsid w:val="00CB0664"/>
    <w:pPr>
      <w:spacing w:after="0" w:line="240" w:lineRule="auto"/>
    </w:pPr>
    <w:rPr>
      <w:color w:val="282828" w:themeColor="text1"/>
    </w:rPr>
    <w:tblPr>
      <w:tblStyleRowBandSize w:val="1"/>
      <w:tblStyleColBandSize w:val="1"/>
      <w:tblBorders>
        <w:top w:val="single" w:sz="24" w:space="0" w:color="A35BB3" w:themeColor="accent2"/>
        <w:left w:val="single" w:sz="4" w:space="0" w:color="A35BB3" w:themeColor="accent2"/>
        <w:bottom w:val="single" w:sz="4" w:space="0" w:color="A35BB3" w:themeColor="accent2"/>
        <w:right w:val="single" w:sz="4" w:space="0" w:color="A35BB3" w:themeColor="accent2"/>
        <w:insideH w:val="single" w:sz="4" w:space="0" w:color="F6F5F0" w:themeColor="background1"/>
        <w:insideV w:val="single" w:sz="4" w:space="0" w:color="F6F5F0" w:themeColor="background1"/>
      </w:tblBorders>
    </w:tblPr>
    <w:tcPr>
      <w:shd w:val="clear" w:color="auto" w:fill="F6EEF7" w:themeFill="accent2" w:themeFillTint="19"/>
    </w:tcPr>
    <w:tblStylePr w:type="firstRow">
      <w:rPr>
        <w:b/>
        <w:bCs/>
      </w:rPr>
      <w:tblPr/>
      <w:tcPr>
        <w:tcBorders>
          <w:top w:val="nil"/>
          <w:left w:val="nil"/>
          <w:bottom w:val="single" w:sz="24" w:space="0" w:color="A35BB3" w:themeColor="accent2"/>
          <w:right w:val="nil"/>
          <w:insideH w:val="nil"/>
          <w:insideV w:val="nil"/>
        </w:tcBorders>
        <w:shd w:val="clear" w:color="auto" w:fill="F6F5F0" w:themeFill="background1"/>
      </w:tcPr>
    </w:tblStylePr>
    <w:tblStylePr w:type="lastRow">
      <w:rPr>
        <w:b/>
        <w:bCs/>
        <w:color w:val="F6F5F0" w:themeColor="background1"/>
      </w:rPr>
      <w:tblPr/>
      <w:tcPr>
        <w:tcBorders>
          <w:top w:val="single" w:sz="6" w:space="0" w:color="F6F5F0" w:themeColor="background1"/>
        </w:tcBorders>
        <w:shd w:val="clear" w:color="auto" w:fill="63336E" w:themeFill="accent2" w:themeFillShade="99"/>
      </w:tcPr>
    </w:tblStylePr>
    <w:tblStylePr w:type="firstCol">
      <w:rPr>
        <w:color w:val="F6F5F0" w:themeColor="background1"/>
      </w:rPr>
      <w:tblPr/>
      <w:tcPr>
        <w:tcBorders>
          <w:top w:val="nil"/>
          <w:left w:val="nil"/>
          <w:bottom w:val="nil"/>
          <w:right w:val="nil"/>
          <w:insideH w:val="single" w:sz="4" w:space="0" w:color="63336E" w:themeColor="accent2" w:themeShade="99"/>
          <w:insideV w:val="nil"/>
        </w:tcBorders>
        <w:shd w:val="clear" w:color="auto" w:fill="63336E" w:themeFill="accent2" w:themeFillShade="99"/>
      </w:tcPr>
    </w:tblStylePr>
    <w:tblStylePr w:type="lastCol">
      <w:rPr>
        <w:color w:val="F6F5F0" w:themeColor="background1"/>
      </w:rPr>
      <w:tblPr/>
      <w:tcPr>
        <w:tcBorders>
          <w:top w:val="nil"/>
          <w:left w:val="nil"/>
          <w:bottom w:val="nil"/>
          <w:right w:val="nil"/>
          <w:insideH w:val="nil"/>
          <w:insideV w:val="nil"/>
        </w:tcBorders>
        <w:shd w:val="clear" w:color="auto" w:fill="63336E" w:themeFill="accent2" w:themeFillShade="99"/>
      </w:tcPr>
    </w:tblStylePr>
    <w:tblStylePr w:type="band1Vert">
      <w:tblPr/>
      <w:tcPr>
        <w:shd w:val="clear" w:color="auto" w:fill="DABDE0" w:themeFill="accent2" w:themeFillTint="66"/>
      </w:tcPr>
    </w:tblStylePr>
    <w:tblStylePr w:type="band1Horz">
      <w:tblPr/>
      <w:tcPr>
        <w:shd w:val="clear" w:color="auto" w:fill="D1ADD9" w:themeFill="accent2" w:themeFillTint="7F"/>
      </w:tcPr>
    </w:tblStylePr>
    <w:tblStylePr w:type="neCell">
      <w:rPr>
        <w:color w:val="282828" w:themeColor="text1"/>
      </w:rPr>
    </w:tblStylePr>
    <w:tblStylePr w:type="nwCell">
      <w:rPr>
        <w:color w:val="282828" w:themeColor="text1"/>
      </w:rPr>
    </w:tblStylePr>
  </w:style>
  <w:style w:type="table" w:styleId="ColorfulShading-Accent3">
    <w:name w:val="Colorful Shading Accent 3"/>
    <w:basedOn w:val="TableNormal"/>
    <w:uiPriority w:val="71"/>
    <w:rsid w:val="00CB0664"/>
    <w:pPr>
      <w:spacing w:after="0" w:line="240" w:lineRule="auto"/>
    </w:pPr>
    <w:rPr>
      <w:color w:val="282828" w:themeColor="text1"/>
    </w:rPr>
    <w:tblPr>
      <w:tblStyleRowBandSize w:val="1"/>
      <w:tblStyleColBandSize w:val="1"/>
      <w:tblBorders>
        <w:top w:val="single" w:sz="24" w:space="0" w:color="FF8200" w:themeColor="accent4"/>
        <w:left w:val="single" w:sz="4" w:space="0" w:color="EAB8E3" w:themeColor="accent3"/>
        <w:bottom w:val="single" w:sz="4" w:space="0" w:color="EAB8E3" w:themeColor="accent3"/>
        <w:right w:val="single" w:sz="4" w:space="0" w:color="EAB8E3" w:themeColor="accent3"/>
        <w:insideH w:val="single" w:sz="4" w:space="0" w:color="F6F5F0" w:themeColor="background1"/>
        <w:insideV w:val="single" w:sz="4" w:space="0" w:color="F6F5F0" w:themeColor="background1"/>
      </w:tblBorders>
    </w:tblPr>
    <w:tcPr>
      <w:shd w:val="clear" w:color="auto" w:fill="FDF7FC" w:themeFill="accent3" w:themeFillTint="19"/>
    </w:tcPr>
    <w:tblStylePr w:type="firstRow">
      <w:rPr>
        <w:b/>
        <w:bCs/>
      </w:rPr>
      <w:tblPr/>
      <w:tcPr>
        <w:tcBorders>
          <w:top w:val="nil"/>
          <w:left w:val="nil"/>
          <w:bottom w:val="single" w:sz="24" w:space="0" w:color="FF8200" w:themeColor="accent4"/>
          <w:right w:val="nil"/>
          <w:insideH w:val="nil"/>
          <w:insideV w:val="nil"/>
        </w:tcBorders>
        <w:shd w:val="clear" w:color="auto" w:fill="F6F5F0" w:themeFill="background1"/>
      </w:tcPr>
    </w:tblStylePr>
    <w:tblStylePr w:type="lastRow">
      <w:rPr>
        <w:b/>
        <w:bCs/>
        <w:color w:val="F6F5F0" w:themeColor="background1"/>
      </w:rPr>
      <w:tblPr/>
      <w:tcPr>
        <w:tcBorders>
          <w:top w:val="single" w:sz="6" w:space="0" w:color="F6F5F0" w:themeColor="background1"/>
        </w:tcBorders>
        <w:shd w:val="clear" w:color="auto" w:fill="C139AE" w:themeFill="accent3" w:themeFillShade="99"/>
      </w:tcPr>
    </w:tblStylePr>
    <w:tblStylePr w:type="firstCol">
      <w:rPr>
        <w:color w:val="F6F5F0" w:themeColor="background1"/>
      </w:rPr>
      <w:tblPr/>
      <w:tcPr>
        <w:tcBorders>
          <w:top w:val="nil"/>
          <w:left w:val="nil"/>
          <w:bottom w:val="nil"/>
          <w:right w:val="nil"/>
          <w:insideH w:val="single" w:sz="4" w:space="0" w:color="C139AE" w:themeColor="accent3" w:themeShade="99"/>
          <w:insideV w:val="nil"/>
        </w:tcBorders>
        <w:shd w:val="clear" w:color="auto" w:fill="C139AE" w:themeFill="accent3" w:themeFillShade="99"/>
      </w:tcPr>
    </w:tblStylePr>
    <w:tblStylePr w:type="lastCol">
      <w:rPr>
        <w:color w:val="F6F5F0" w:themeColor="background1"/>
      </w:rPr>
      <w:tblPr/>
      <w:tcPr>
        <w:tcBorders>
          <w:top w:val="nil"/>
          <w:left w:val="nil"/>
          <w:bottom w:val="nil"/>
          <w:right w:val="nil"/>
          <w:insideH w:val="nil"/>
          <w:insideV w:val="nil"/>
        </w:tcBorders>
        <w:shd w:val="clear" w:color="auto" w:fill="C139AE" w:themeFill="accent3" w:themeFillShade="99"/>
      </w:tcPr>
    </w:tblStylePr>
    <w:tblStylePr w:type="band1Vert">
      <w:tblPr/>
      <w:tcPr>
        <w:shd w:val="clear" w:color="auto" w:fill="F6E2F3" w:themeFill="accent3" w:themeFillTint="66"/>
      </w:tcPr>
    </w:tblStylePr>
    <w:tblStylePr w:type="band1Horz">
      <w:tblPr/>
      <w:tcPr>
        <w:shd w:val="clear" w:color="auto" w:fill="F4DBF0" w:themeFill="accent3" w:themeFillTint="7F"/>
      </w:tcPr>
    </w:tblStylePr>
  </w:style>
  <w:style w:type="table" w:styleId="ColorfulShading-Accent4">
    <w:name w:val="Colorful Shading Accent 4"/>
    <w:basedOn w:val="TableNormal"/>
    <w:uiPriority w:val="71"/>
    <w:rsid w:val="00CB0664"/>
    <w:pPr>
      <w:spacing w:after="0" w:line="240" w:lineRule="auto"/>
    </w:pPr>
    <w:rPr>
      <w:color w:val="282828" w:themeColor="text1"/>
    </w:rPr>
    <w:tblPr>
      <w:tblStyleRowBandSize w:val="1"/>
      <w:tblStyleColBandSize w:val="1"/>
      <w:tblBorders>
        <w:top w:val="single" w:sz="24" w:space="0" w:color="EAB8E3" w:themeColor="accent3"/>
        <w:left w:val="single" w:sz="4" w:space="0" w:color="FF8200" w:themeColor="accent4"/>
        <w:bottom w:val="single" w:sz="4" w:space="0" w:color="FF8200" w:themeColor="accent4"/>
        <w:right w:val="single" w:sz="4" w:space="0" w:color="FF8200" w:themeColor="accent4"/>
        <w:insideH w:val="single" w:sz="4" w:space="0" w:color="F6F5F0" w:themeColor="background1"/>
        <w:insideV w:val="single" w:sz="4" w:space="0" w:color="F6F5F0" w:themeColor="background1"/>
      </w:tblBorders>
    </w:tblPr>
    <w:tcPr>
      <w:shd w:val="clear" w:color="auto" w:fill="FFF2E6" w:themeFill="accent4" w:themeFillTint="19"/>
    </w:tcPr>
    <w:tblStylePr w:type="firstRow">
      <w:rPr>
        <w:b/>
        <w:bCs/>
      </w:rPr>
      <w:tblPr/>
      <w:tcPr>
        <w:tcBorders>
          <w:top w:val="nil"/>
          <w:left w:val="nil"/>
          <w:bottom w:val="single" w:sz="24" w:space="0" w:color="EAB8E3" w:themeColor="accent3"/>
          <w:right w:val="nil"/>
          <w:insideH w:val="nil"/>
          <w:insideV w:val="nil"/>
        </w:tcBorders>
        <w:shd w:val="clear" w:color="auto" w:fill="F6F5F0" w:themeFill="background1"/>
      </w:tcPr>
    </w:tblStylePr>
    <w:tblStylePr w:type="lastRow">
      <w:rPr>
        <w:b/>
        <w:bCs/>
        <w:color w:val="F6F5F0" w:themeColor="background1"/>
      </w:rPr>
      <w:tblPr/>
      <w:tcPr>
        <w:tcBorders>
          <w:top w:val="single" w:sz="6" w:space="0" w:color="F6F5F0" w:themeColor="background1"/>
        </w:tcBorders>
        <w:shd w:val="clear" w:color="auto" w:fill="994E00" w:themeFill="accent4" w:themeFillShade="99"/>
      </w:tcPr>
    </w:tblStylePr>
    <w:tblStylePr w:type="firstCol">
      <w:rPr>
        <w:color w:val="F6F5F0" w:themeColor="background1"/>
      </w:rPr>
      <w:tblPr/>
      <w:tcPr>
        <w:tcBorders>
          <w:top w:val="nil"/>
          <w:left w:val="nil"/>
          <w:bottom w:val="nil"/>
          <w:right w:val="nil"/>
          <w:insideH w:val="single" w:sz="4" w:space="0" w:color="994E00" w:themeColor="accent4" w:themeShade="99"/>
          <w:insideV w:val="nil"/>
        </w:tcBorders>
        <w:shd w:val="clear" w:color="auto" w:fill="994E00" w:themeFill="accent4" w:themeFillShade="99"/>
      </w:tcPr>
    </w:tblStylePr>
    <w:tblStylePr w:type="lastCol">
      <w:rPr>
        <w:color w:val="F6F5F0" w:themeColor="background1"/>
      </w:rPr>
      <w:tblPr/>
      <w:tcPr>
        <w:tcBorders>
          <w:top w:val="nil"/>
          <w:left w:val="nil"/>
          <w:bottom w:val="nil"/>
          <w:right w:val="nil"/>
          <w:insideH w:val="nil"/>
          <w:insideV w:val="nil"/>
        </w:tcBorders>
        <w:shd w:val="clear" w:color="auto" w:fill="994E00" w:themeFill="accent4" w:themeFillShade="99"/>
      </w:tcPr>
    </w:tblStylePr>
    <w:tblStylePr w:type="band1Vert">
      <w:tblPr/>
      <w:tcPr>
        <w:shd w:val="clear" w:color="auto" w:fill="FFCD99" w:themeFill="accent4" w:themeFillTint="66"/>
      </w:tcPr>
    </w:tblStylePr>
    <w:tblStylePr w:type="band1Horz">
      <w:tblPr/>
      <w:tcPr>
        <w:shd w:val="clear" w:color="auto" w:fill="FFC080" w:themeFill="accent4" w:themeFillTint="7F"/>
      </w:tcPr>
    </w:tblStylePr>
    <w:tblStylePr w:type="neCell">
      <w:rPr>
        <w:color w:val="282828" w:themeColor="text1"/>
      </w:rPr>
    </w:tblStylePr>
    <w:tblStylePr w:type="nwCell">
      <w:rPr>
        <w:color w:val="282828" w:themeColor="text1"/>
      </w:rPr>
    </w:tblStylePr>
  </w:style>
  <w:style w:type="table" w:styleId="ColorfulShading-Accent5">
    <w:name w:val="Colorful Shading Accent 5"/>
    <w:basedOn w:val="TableNormal"/>
    <w:uiPriority w:val="71"/>
    <w:rsid w:val="00CB0664"/>
    <w:pPr>
      <w:spacing w:after="0" w:line="240" w:lineRule="auto"/>
    </w:pPr>
    <w:rPr>
      <w:color w:val="282828" w:themeColor="text1"/>
    </w:rPr>
    <w:tblPr>
      <w:tblStyleRowBandSize w:val="1"/>
      <w:tblStyleColBandSize w:val="1"/>
      <w:tblBorders>
        <w:top w:val="single" w:sz="24" w:space="0" w:color="F890A5" w:themeColor="accent6"/>
        <w:left w:val="single" w:sz="4" w:space="0" w:color="FFC845" w:themeColor="accent5"/>
        <w:bottom w:val="single" w:sz="4" w:space="0" w:color="FFC845" w:themeColor="accent5"/>
        <w:right w:val="single" w:sz="4" w:space="0" w:color="FFC845" w:themeColor="accent5"/>
        <w:insideH w:val="single" w:sz="4" w:space="0" w:color="F6F5F0" w:themeColor="background1"/>
        <w:insideV w:val="single" w:sz="4" w:space="0" w:color="F6F5F0" w:themeColor="background1"/>
      </w:tblBorders>
    </w:tblPr>
    <w:tcPr>
      <w:shd w:val="clear" w:color="auto" w:fill="FFF9EC" w:themeFill="accent5" w:themeFillTint="19"/>
    </w:tcPr>
    <w:tblStylePr w:type="firstRow">
      <w:rPr>
        <w:b/>
        <w:bCs/>
      </w:rPr>
      <w:tblPr/>
      <w:tcPr>
        <w:tcBorders>
          <w:top w:val="nil"/>
          <w:left w:val="nil"/>
          <w:bottom w:val="single" w:sz="24" w:space="0" w:color="F890A5" w:themeColor="accent6"/>
          <w:right w:val="nil"/>
          <w:insideH w:val="nil"/>
          <w:insideV w:val="nil"/>
        </w:tcBorders>
        <w:shd w:val="clear" w:color="auto" w:fill="F6F5F0" w:themeFill="background1"/>
      </w:tcPr>
    </w:tblStylePr>
    <w:tblStylePr w:type="lastRow">
      <w:rPr>
        <w:b/>
        <w:bCs/>
        <w:color w:val="F6F5F0" w:themeColor="background1"/>
      </w:rPr>
      <w:tblPr/>
      <w:tcPr>
        <w:tcBorders>
          <w:top w:val="single" w:sz="6" w:space="0" w:color="F6F5F0" w:themeColor="background1"/>
        </w:tcBorders>
        <w:shd w:val="clear" w:color="auto" w:fill="C28800" w:themeFill="accent5" w:themeFillShade="99"/>
      </w:tcPr>
    </w:tblStylePr>
    <w:tblStylePr w:type="firstCol">
      <w:rPr>
        <w:color w:val="F6F5F0" w:themeColor="background1"/>
      </w:rPr>
      <w:tblPr/>
      <w:tcPr>
        <w:tcBorders>
          <w:top w:val="nil"/>
          <w:left w:val="nil"/>
          <w:bottom w:val="nil"/>
          <w:right w:val="nil"/>
          <w:insideH w:val="single" w:sz="4" w:space="0" w:color="C28800" w:themeColor="accent5" w:themeShade="99"/>
          <w:insideV w:val="nil"/>
        </w:tcBorders>
        <w:shd w:val="clear" w:color="auto" w:fill="C28800" w:themeFill="accent5" w:themeFillShade="99"/>
      </w:tcPr>
    </w:tblStylePr>
    <w:tblStylePr w:type="lastCol">
      <w:rPr>
        <w:color w:val="F6F5F0" w:themeColor="background1"/>
      </w:rPr>
      <w:tblPr/>
      <w:tcPr>
        <w:tcBorders>
          <w:top w:val="nil"/>
          <w:left w:val="nil"/>
          <w:bottom w:val="nil"/>
          <w:right w:val="nil"/>
          <w:insideH w:val="nil"/>
          <w:insideV w:val="nil"/>
        </w:tcBorders>
        <w:shd w:val="clear" w:color="auto" w:fill="C28800" w:themeFill="accent5" w:themeFillShade="99"/>
      </w:tcPr>
    </w:tblStylePr>
    <w:tblStylePr w:type="band1Vert">
      <w:tblPr/>
      <w:tcPr>
        <w:shd w:val="clear" w:color="auto" w:fill="FFE8B4" w:themeFill="accent5" w:themeFillTint="66"/>
      </w:tcPr>
    </w:tblStylePr>
    <w:tblStylePr w:type="band1Horz">
      <w:tblPr/>
      <w:tcPr>
        <w:shd w:val="clear" w:color="auto" w:fill="FFE3A2" w:themeFill="accent5" w:themeFillTint="7F"/>
      </w:tcPr>
    </w:tblStylePr>
    <w:tblStylePr w:type="neCell">
      <w:rPr>
        <w:color w:val="282828" w:themeColor="text1"/>
      </w:rPr>
    </w:tblStylePr>
    <w:tblStylePr w:type="nwCell">
      <w:rPr>
        <w:color w:val="282828" w:themeColor="text1"/>
      </w:rPr>
    </w:tblStylePr>
  </w:style>
  <w:style w:type="table" w:styleId="ColorfulShading-Accent6">
    <w:name w:val="Colorful Shading Accent 6"/>
    <w:basedOn w:val="TableNormal"/>
    <w:uiPriority w:val="71"/>
    <w:rsid w:val="00CB0664"/>
    <w:pPr>
      <w:spacing w:after="0" w:line="240" w:lineRule="auto"/>
    </w:pPr>
    <w:rPr>
      <w:color w:val="282828" w:themeColor="text1"/>
    </w:rPr>
    <w:tblPr>
      <w:tblStyleRowBandSize w:val="1"/>
      <w:tblStyleColBandSize w:val="1"/>
      <w:tblBorders>
        <w:top w:val="single" w:sz="24" w:space="0" w:color="FFC845" w:themeColor="accent5"/>
        <w:left w:val="single" w:sz="4" w:space="0" w:color="F890A5" w:themeColor="accent6"/>
        <w:bottom w:val="single" w:sz="4" w:space="0" w:color="F890A5" w:themeColor="accent6"/>
        <w:right w:val="single" w:sz="4" w:space="0" w:color="F890A5" w:themeColor="accent6"/>
        <w:insideH w:val="single" w:sz="4" w:space="0" w:color="F6F5F0" w:themeColor="background1"/>
        <w:insideV w:val="single" w:sz="4" w:space="0" w:color="F6F5F0" w:themeColor="background1"/>
      </w:tblBorders>
    </w:tblPr>
    <w:tcPr>
      <w:shd w:val="clear" w:color="auto" w:fill="FEF4F6" w:themeFill="accent6" w:themeFillTint="19"/>
    </w:tcPr>
    <w:tblStylePr w:type="firstRow">
      <w:rPr>
        <w:b/>
        <w:bCs/>
      </w:rPr>
      <w:tblPr/>
      <w:tcPr>
        <w:tcBorders>
          <w:top w:val="nil"/>
          <w:left w:val="nil"/>
          <w:bottom w:val="single" w:sz="24" w:space="0" w:color="FFC845" w:themeColor="accent5"/>
          <w:right w:val="nil"/>
          <w:insideH w:val="nil"/>
          <w:insideV w:val="nil"/>
        </w:tcBorders>
        <w:shd w:val="clear" w:color="auto" w:fill="F6F5F0" w:themeFill="background1"/>
      </w:tcPr>
    </w:tblStylePr>
    <w:tblStylePr w:type="lastRow">
      <w:rPr>
        <w:b/>
        <w:bCs/>
        <w:color w:val="F6F5F0" w:themeColor="background1"/>
      </w:rPr>
      <w:tblPr/>
      <w:tcPr>
        <w:tcBorders>
          <w:top w:val="single" w:sz="6" w:space="0" w:color="F6F5F0" w:themeColor="background1"/>
        </w:tcBorders>
        <w:shd w:val="clear" w:color="auto" w:fill="DD0E37" w:themeFill="accent6" w:themeFillShade="99"/>
      </w:tcPr>
    </w:tblStylePr>
    <w:tblStylePr w:type="firstCol">
      <w:rPr>
        <w:color w:val="F6F5F0" w:themeColor="background1"/>
      </w:rPr>
      <w:tblPr/>
      <w:tcPr>
        <w:tcBorders>
          <w:top w:val="nil"/>
          <w:left w:val="nil"/>
          <w:bottom w:val="nil"/>
          <w:right w:val="nil"/>
          <w:insideH w:val="single" w:sz="4" w:space="0" w:color="DD0E37" w:themeColor="accent6" w:themeShade="99"/>
          <w:insideV w:val="nil"/>
        </w:tcBorders>
        <w:shd w:val="clear" w:color="auto" w:fill="DD0E37" w:themeFill="accent6" w:themeFillShade="99"/>
      </w:tcPr>
    </w:tblStylePr>
    <w:tblStylePr w:type="lastCol">
      <w:rPr>
        <w:color w:val="F6F5F0" w:themeColor="background1"/>
      </w:rPr>
      <w:tblPr/>
      <w:tcPr>
        <w:tcBorders>
          <w:top w:val="nil"/>
          <w:left w:val="nil"/>
          <w:bottom w:val="nil"/>
          <w:right w:val="nil"/>
          <w:insideH w:val="nil"/>
          <w:insideV w:val="nil"/>
        </w:tcBorders>
        <w:shd w:val="clear" w:color="auto" w:fill="DD0E37" w:themeFill="accent6" w:themeFillShade="99"/>
      </w:tcPr>
    </w:tblStylePr>
    <w:tblStylePr w:type="band1Vert">
      <w:tblPr/>
      <w:tcPr>
        <w:shd w:val="clear" w:color="auto" w:fill="FCD2DA" w:themeFill="accent6" w:themeFillTint="66"/>
      </w:tcPr>
    </w:tblStylePr>
    <w:tblStylePr w:type="band1Horz">
      <w:tblPr/>
      <w:tcPr>
        <w:shd w:val="clear" w:color="auto" w:fill="FBC7D1" w:themeFill="accent6" w:themeFillTint="7F"/>
      </w:tcPr>
    </w:tblStylePr>
    <w:tblStylePr w:type="neCell">
      <w:rPr>
        <w:color w:val="282828" w:themeColor="text1"/>
      </w:rPr>
    </w:tblStylePr>
    <w:tblStylePr w:type="nwCell">
      <w:rPr>
        <w:color w:val="282828" w:themeColor="text1"/>
      </w:rPr>
    </w:tblStylePr>
  </w:style>
  <w:style w:type="table" w:styleId="ColorfulList">
    <w:name w:val="Colorful List"/>
    <w:basedOn w:val="TableNormal"/>
    <w:uiPriority w:val="72"/>
    <w:rsid w:val="00CB0664"/>
    <w:pPr>
      <w:spacing w:after="0" w:line="240" w:lineRule="auto"/>
    </w:pPr>
    <w:rPr>
      <w:color w:val="282828" w:themeColor="text1"/>
    </w:rPr>
    <w:tblPr>
      <w:tblStyleRowBandSize w:val="1"/>
      <w:tblStyleColBandSize w:val="1"/>
    </w:tblPr>
    <w:tcPr>
      <w:shd w:val="clear" w:color="auto" w:fill="E9E9E9" w:themeFill="text1" w:themeFillTint="19"/>
    </w:tcPr>
    <w:tblStylePr w:type="firstRow">
      <w:rPr>
        <w:b/>
        <w:bCs/>
        <w:color w:val="F6F5F0" w:themeColor="background1"/>
      </w:rPr>
      <w:tblPr/>
      <w:tcPr>
        <w:tcBorders>
          <w:bottom w:val="single" w:sz="12" w:space="0" w:color="F6F5F0" w:themeColor="background1"/>
        </w:tcBorders>
        <w:shd w:val="clear" w:color="auto" w:fill="844493" w:themeFill="accent2" w:themeFillShade="CC"/>
      </w:tcPr>
    </w:tblStylePr>
    <w:tblStylePr w:type="lastRow">
      <w:rPr>
        <w:b/>
        <w:bCs/>
        <w:color w:val="844493" w:themeColor="accent2" w:themeShade="CC"/>
      </w:rPr>
      <w:tblPr/>
      <w:tcPr>
        <w:tcBorders>
          <w:top w:val="single" w:sz="12" w:space="0" w:color="282828" w:themeColor="text1"/>
        </w:tcBorders>
        <w:shd w:val="clear" w:color="auto" w:fill="F6F5F0"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9C9" w:themeFill="text1" w:themeFillTint="3F"/>
      </w:tcPr>
    </w:tblStylePr>
    <w:tblStylePr w:type="band1Horz">
      <w:tblPr/>
      <w:tcPr>
        <w:shd w:val="clear" w:color="auto" w:fill="D4D4D4" w:themeFill="text1" w:themeFillTint="33"/>
      </w:tcPr>
    </w:tblStylePr>
  </w:style>
  <w:style w:type="table" w:styleId="ColorfulList-Accent1">
    <w:name w:val="Colorful List Accent 1"/>
    <w:basedOn w:val="TableNormal"/>
    <w:uiPriority w:val="72"/>
    <w:rsid w:val="00CB0664"/>
    <w:pPr>
      <w:spacing w:after="0" w:line="240" w:lineRule="auto"/>
    </w:pPr>
    <w:rPr>
      <w:color w:val="282828" w:themeColor="text1"/>
    </w:rPr>
    <w:tblPr>
      <w:tblStyleRowBandSize w:val="1"/>
      <w:tblStyleColBandSize w:val="1"/>
    </w:tblPr>
    <w:tcPr>
      <w:shd w:val="clear" w:color="auto" w:fill="F5E5F7" w:themeFill="accent1" w:themeFillTint="19"/>
    </w:tcPr>
    <w:tblStylePr w:type="firstRow">
      <w:rPr>
        <w:b/>
        <w:bCs/>
        <w:color w:val="F6F5F0" w:themeColor="background1"/>
      </w:rPr>
      <w:tblPr/>
      <w:tcPr>
        <w:tcBorders>
          <w:bottom w:val="single" w:sz="12" w:space="0" w:color="F6F5F0" w:themeColor="background1"/>
        </w:tcBorders>
        <w:shd w:val="clear" w:color="auto" w:fill="844493" w:themeFill="accent2" w:themeFillShade="CC"/>
      </w:tcPr>
    </w:tblStylePr>
    <w:tblStylePr w:type="lastRow">
      <w:rPr>
        <w:b/>
        <w:bCs/>
        <w:color w:val="844493" w:themeColor="accent2" w:themeShade="CC"/>
      </w:rPr>
      <w:tblPr/>
      <w:tcPr>
        <w:tcBorders>
          <w:top w:val="single" w:sz="12" w:space="0" w:color="282828" w:themeColor="text1"/>
        </w:tcBorders>
        <w:shd w:val="clear" w:color="auto" w:fill="F6F5F0"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BEEB" w:themeFill="accent1" w:themeFillTint="3F"/>
      </w:tcPr>
    </w:tblStylePr>
    <w:tblStylePr w:type="band1Horz">
      <w:tblPr/>
      <w:tcPr>
        <w:shd w:val="clear" w:color="auto" w:fill="EBCAEE" w:themeFill="accent1" w:themeFillTint="33"/>
      </w:tcPr>
    </w:tblStylePr>
  </w:style>
  <w:style w:type="table" w:styleId="ColorfulList-Accent2">
    <w:name w:val="Colorful List Accent 2"/>
    <w:basedOn w:val="TableNormal"/>
    <w:uiPriority w:val="72"/>
    <w:rsid w:val="00CB0664"/>
    <w:pPr>
      <w:spacing w:after="0" w:line="240" w:lineRule="auto"/>
    </w:pPr>
    <w:rPr>
      <w:color w:val="282828" w:themeColor="text1"/>
    </w:rPr>
    <w:tblPr>
      <w:tblStyleRowBandSize w:val="1"/>
      <w:tblStyleColBandSize w:val="1"/>
    </w:tblPr>
    <w:tcPr>
      <w:shd w:val="clear" w:color="auto" w:fill="F6EEF7" w:themeFill="accent2" w:themeFillTint="19"/>
    </w:tcPr>
    <w:tblStylePr w:type="firstRow">
      <w:rPr>
        <w:b/>
        <w:bCs/>
        <w:color w:val="F6F5F0" w:themeColor="background1"/>
      </w:rPr>
      <w:tblPr/>
      <w:tcPr>
        <w:tcBorders>
          <w:bottom w:val="single" w:sz="12" w:space="0" w:color="F6F5F0" w:themeColor="background1"/>
        </w:tcBorders>
        <w:shd w:val="clear" w:color="auto" w:fill="844493" w:themeFill="accent2" w:themeFillShade="CC"/>
      </w:tcPr>
    </w:tblStylePr>
    <w:tblStylePr w:type="lastRow">
      <w:rPr>
        <w:b/>
        <w:bCs/>
        <w:color w:val="844493" w:themeColor="accent2" w:themeShade="CC"/>
      </w:rPr>
      <w:tblPr/>
      <w:tcPr>
        <w:tcBorders>
          <w:top w:val="single" w:sz="12" w:space="0" w:color="282828" w:themeColor="text1"/>
        </w:tcBorders>
        <w:shd w:val="clear" w:color="auto" w:fill="F6F5F0"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D6EC" w:themeFill="accent2" w:themeFillTint="3F"/>
      </w:tcPr>
    </w:tblStylePr>
    <w:tblStylePr w:type="band1Horz">
      <w:tblPr/>
      <w:tcPr>
        <w:shd w:val="clear" w:color="auto" w:fill="ECDEEF" w:themeFill="accent2" w:themeFillTint="33"/>
      </w:tcPr>
    </w:tblStylePr>
  </w:style>
  <w:style w:type="table" w:styleId="ColorfulList-Accent3">
    <w:name w:val="Colorful List Accent 3"/>
    <w:basedOn w:val="TableNormal"/>
    <w:uiPriority w:val="72"/>
    <w:rsid w:val="00CB0664"/>
    <w:pPr>
      <w:spacing w:after="0" w:line="240" w:lineRule="auto"/>
    </w:pPr>
    <w:rPr>
      <w:color w:val="282828" w:themeColor="text1"/>
    </w:rPr>
    <w:tblPr>
      <w:tblStyleRowBandSize w:val="1"/>
      <w:tblStyleColBandSize w:val="1"/>
    </w:tblPr>
    <w:tcPr>
      <w:shd w:val="clear" w:color="auto" w:fill="FDF7FC" w:themeFill="accent3" w:themeFillTint="19"/>
    </w:tcPr>
    <w:tblStylePr w:type="firstRow">
      <w:rPr>
        <w:b/>
        <w:bCs/>
        <w:color w:val="F6F5F0" w:themeColor="background1"/>
      </w:rPr>
      <w:tblPr/>
      <w:tcPr>
        <w:tcBorders>
          <w:bottom w:val="single" w:sz="12" w:space="0" w:color="F6F5F0" w:themeColor="background1"/>
        </w:tcBorders>
        <w:shd w:val="clear" w:color="auto" w:fill="CC6800" w:themeFill="accent4" w:themeFillShade="CC"/>
      </w:tcPr>
    </w:tblStylePr>
    <w:tblStylePr w:type="lastRow">
      <w:rPr>
        <w:b/>
        <w:bCs/>
        <w:color w:val="CC6800" w:themeColor="accent4" w:themeShade="CC"/>
      </w:rPr>
      <w:tblPr/>
      <w:tcPr>
        <w:tcBorders>
          <w:top w:val="single" w:sz="12" w:space="0" w:color="282828" w:themeColor="text1"/>
        </w:tcBorders>
        <w:shd w:val="clear" w:color="auto" w:fill="F6F5F0"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EDF8" w:themeFill="accent3" w:themeFillTint="3F"/>
      </w:tcPr>
    </w:tblStylePr>
    <w:tblStylePr w:type="band1Horz">
      <w:tblPr/>
      <w:tcPr>
        <w:shd w:val="clear" w:color="auto" w:fill="FAF0F9" w:themeFill="accent3" w:themeFillTint="33"/>
      </w:tcPr>
    </w:tblStylePr>
  </w:style>
  <w:style w:type="table" w:styleId="ColorfulList-Accent4">
    <w:name w:val="Colorful List Accent 4"/>
    <w:basedOn w:val="TableNormal"/>
    <w:uiPriority w:val="72"/>
    <w:rsid w:val="00CB0664"/>
    <w:pPr>
      <w:spacing w:after="0" w:line="240" w:lineRule="auto"/>
    </w:pPr>
    <w:rPr>
      <w:color w:val="282828" w:themeColor="text1"/>
    </w:rPr>
    <w:tblPr>
      <w:tblStyleRowBandSize w:val="1"/>
      <w:tblStyleColBandSize w:val="1"/>
    </w:tblPr>
    <w:tcPr>
      <w:shd w:val="clear" w:color="auto" w:fill="FFF2E6" w:themeFill="accent4" w:themeFillTint="19"/>
    </w:tcPr>
    <w:tblStylePr w:type="firstRow">
      <w:rPr>
        <w:b/>
        <w:bCs/>
        <w:color w:val="F6F5F0" w:themeColor="background1"/>
      </w:rPr>
      <w:tblPr/>
      <w:tcPr>
        <w:tcBorders>
          <w:bottom w:val="single" w:sz="12" w:space="0" w:color="F6F5F0" w:themeColor="background1"/>
        </w:tcBorders>
        <w:shd w:val="clear" w:color="auto" w:fill="D777C9" w:themeFill="accent3" w:themeFillShade="CC"/>
      </w:tcPr>
    </w:tblStylePr>
    <w:tblStylePr w:type="lastRow">
      <w:rPr>
        <w:b/>
        <w:bCs/>
        <w:color w:val="D777C9" w:themeColor="accent3" w:themeShade="CC"/>
      </w:rPr>
      <w:tblPr/>
      <w:tcPr>
        <w:tcBorders>
          <w:top w:val="single" w:sz="12" w:space="0" w:color="282828" w:themeColor="text1"/>
        </w:tcBorders>
        <w:shd w:val="clear" w:color="auto" w:fill="F6F5F0"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0C0" w:themeFill="accent4" w:themeFillTint="3F"/>
      </w:tcPr>
    </w:tblStylePr>
    <w:tblStylePr w:type="band1Horz">
      <w:tblPr/>
      <w:tcPr>
        <w:shd w:val="clear" w:color="auto" w:fill="FFE6CC" w:themeFill="accent4" w:themeFillTint="33"/>
      </w:tcPr>
    </w:tblStylePr>
  </w:style>
  <w:style w:type="table" w:styleId="ColorfulList-Accent5">
    <w:name w:val="Colorful List Accent 5"/>
    <w:basedOn w:val="TableNormal"/>
    <w:uiPriority w:val="72"/>
    <w:rsid w:val="00CB0664"/>
    <w:pPr>
      <w:spacing w:after="0" w:line="240" w:lineRule="auto"/>
    </w:pPr>
    <w:rPr>
      <w:color w:val="282828" w:themeColor="text1"/>
    </w:rPr>
    <w:tblPr>
      <w:tblStyleRowBandSize w:val="1"/>
      <w:tblStyleColBandSize w:val="1"/>
    </w:tblPr>
    <w:tcPr>
      <w:shd w:val="clear" w:color="auto" w:fill="FFF9EC" w:themeFill="accent5" w:themeFillTint="19"/>
    </w:tcPr>
    <w:tblStylePr w:type="firstRow">
      <w:rPr>
        <w:b/>
        <w:bCs/>
        <w:color w:val="F6F5F0" w:themeColor="background1"/>
      </w:rPr>
      <w:tblPr/>
      <w:tcPr>
        <w:tcBorders>
          <w:bottom w:val="single" w:sz="12" w:space="0" w:color="F6F5F0" w:themeColor="background1"/>
        </w:tcBorders>
        <w:shd w:val="clear" w:color="auto" w:fill="F34668" w:themeFill="accent6" w:themeFillShade="CC"/>
      </w:tcPr>
    </w:tblStylePr>
    <w:tblStylePr w:type="lastRow">
      <w:rPr>
        <w:b/>
        <w:bCs/>
        <w:color w:val="F34668" w:themeColor="accent6" w:themeShade="CC"/>
      </w:rPr>
      <w:tblPr/>
      <w:tcPr>
        <w:tcBorders>
          <w:top w:val="single" w:sz="12" w:space="0" w:color="282828" w:themeColor="text1"/>
        </w:tcBorders>
        <w:shd w:val="clear" w:color="auto" w:fill="F6F5F0"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1D1" w:themeFill="accent5" w:themeFillTint="3F"/>
      </w:tcPr>
    </w:tblStylePr>
    <w:tblStylePr w:type="band1Horz">
      <w:tblPr/>
      <w:tcPr>
        <w:shd w:val="clear" w:color="auto" w:fill="FFF3D9" w:themeFill="accent5" w:themeFillTint="33"/>
      </w:tcPr>
    </w:tblStylePr>
  </w:style>
  <w:style w:type="table" w:styleId="ColorfulList-Accent6">
    <w:name w:val="Colorful List Accent 6"/>
    <w:basedOn w:val="TableNormal"/>
    <w:uiPriority w:val="72"/>
    <w:rsid w:val="00CB0664"/>
    <w:pPr>
      <w:spacing w:after="0" w:line="240" w:lineRule="auto"/>
    </w:pPr>
    <w:rPr>
      <w:color w:val="282828" w:themeColor="text1"/>
    </w:rPr>
    <w:tblPr>
      <w:tblStyleRowBandSize w:val="1"/>
      <w:tblStyleColBandSize w:val="1"/>
    </w:tblPr>
    <w:tcPr>
      <w:shd w:val="clear" w:color="auto" w:fill="FEF4F6" w:themeFill="accent6" w:themeFillTint="19"/>
    </w:tcPr>
    <w:tblStylePr w:type="firstRow">
      <w:rPr>
        <w:b/>
        <w:bCs/>
        <w:color w:val="F6F5F0" w:themeColor="background1"/>
      </w:rPr>
      <w:tblPr/>
      <w:tcPr>
        <w:tcBorders>
          <w:bottom w:val="single" w:sz="12" w:space="0" w:color="F6F5F0" w:themeColor="background1"/>
        </w:tcBorders>
        <w:shd w:val="clear" w:color="auto" w:fill="FFB404" w:themeFill="accent5" w:themeFillShade="CC"/>
      </w:tcPr>
    </w:tblStylePr>
    <w:tblStylePr w:type="lastRow">
      <w:rPr>
        <w:b/>
        <w:bCs/>
        <w:color w:val="FFB404" w:themeColor="accent5" w:themeShade="CC"/>
      </w:rPr>
      <w:tblPr/>
      <w:tcPr>
        <w:tcBorders>
          <w:top w:val="single" w:sz="12" w:space="0" w:color="282828" w:themeColor="text1"/>
        </w:tcBorders>
        <w:shd w:val="clear" w:color="auto" w:fill="F6F5F0"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3E8" w:themeFill="accent6" w:themeFillTint="3F"/>
      </w:tcPr>
    </w:tblStylePr>
    <w:tblStylePr w:type="band1Horz">
      <w:tblPr/>
      <w:tcPr>
        <w:shd w:val="clear" w:color="auto" w:fill="FDE8EC" w:themeFill="accent6" w:themeFillTint="33"/>
      </w:tcPr>
    </w:tblStylePr>
  </w:style>
  <w:style w:type="table" w:styleId="ColorfulGrid">
    <w:name w:val="Colorful Grid"/>
    <w:basedOn w:val="TableNormal"/>
    <w:uiPriority w:val="73"/>
    <w:rsid w:val="00CB0664"/>
    <w:pPr>
      <w:spacing w:after="0" w:line="240" w:lineRule="auto"/>
    </w:pPr>
    <w:rPr>
      <w:color w:val="282828" w:themeColor="text1"/>
    </w:rPr>
    <w:tblPr>
      <w:tblStyleRowBandSize w:val="1"/>
      <w:tblStyleColBandSize w:val="1"/>
      <w:tblBorders>
        <w:insideH w:val="single" w:sz="4" w:space="0" w:color="F6F5F0" w:themeColor="background1"/>
      </w:tblBorders>
    </w:tblPr>
    <w:tcPr>
      <w:shd w:val="clear" w:color="auto" w:fill="D4D4D4" w:themeFill="text1" w:themeFillTint="33"/>
    </w:tcPr>
    <w:tblStylePr w:type="firstRow">
      <w:rPr>
        <w:b/>
        <w:bCs/>
      </w:rPr>
      <w:tblPr/>
      <w:tcPr>
        <w:shd w:val="clear" w:color="auto" w:fill="A9A9A9" w:themeFill="text1" w:themeFillTint="66"/>
      </w:tcPr>
    </w:tblStylePr>
    <w:tblStylePr w:type="lastRow">
      <w:rPr>
        <w:b/>
        <w:bCs/>
        <w:color w:val="282828" w:themeColor="text1"/>
      </w:rPr>
      <w:tblPr/>
      <w:tcPr>
        <w:shd w:val="clear" w:color="auto" w:fill="A9A9A9" w:themeFill="text1" w:themeFillTint="66"/>
      </w:tcPr>
    </w:tblStylePr>
    <w:tblStylePr w:type="firstCol">
      <w:rPr>
        <w:color w:val="F6F5F0" w:themeColor="background1"/>
      </w:rPr>
      <w:tblPr/>
      <w:tcPr>
        <w:shd w:val="clear" w:color="auto" w:fill="1D1D1D" w:themeFill="text1" w:themeFillShade="BF"/>
      </w:tcPr>
    </w:tblStylePr>
    <w:tblStylePr w:type="lastCol">
      <w:rPr>
        <w:color w:val="F6F5F0" w:themeColor="background1"/>
      </w:rPr>
      <w:tblPr/>
      <w:tcPr>
        <w:shd w:val="clear" w:color="auto" w:fill="1D1D1D" w:themeFill="text1" w:themeFillShade="BF"/>
      </w:tcPr>
    </w:tblStylePr>
    <w:tblStylePr w:type="band1Vert">
      <w:tblPr/>
      <w:tcPr>
        <w:shd w:val="clear" w:color="auto" w:fill="939393" w:themeFill="text1" w:themeFillTint="7F"/>
      </w:tcPr>
    </w:tblStylePr>
    <w:tblStylePr w:type="band1Horz">
      <w:tblPr/>
      <w:tcPr>
        <w:shd w:val="clear" w:color="auto" w:fill="939393" w:themeFill="text1" w:themeFillTint="7F"/>
      </w:tcPr>
    </w:tblStylePr>
  </w:style>
  <w:style w:type="table" w:styleId="ColorfulGrid-Accent1">
    <w:name w:val="Colorful Grid Accent 1"/>
    <w:basedOn w:val="TableNormal"/>
    <w:uiPriority w:val="73"/>
    <w:rsid w:val="00CB0664"/>
    <w:pPr>
      <w:spacing w:after="0" w:line="240" w:lineRule="auto"/>
    </w:pPr>
    <w:rPr>
      <w:color w:val="282828" w:themeColor="text1"/>
    </w:rPr>
    <w:tblPr>
      <w:tblStyleRowBandSize w:val="1"/>
      <w:tblStyleColBandSize w:val="1"/>
      <w:tblBorders>
        <w:insideH w:val="single" w:sz="4" w:space="0" w:color="F6F5F0" w:themeColor="background1"/>
      </w:tblBorders>
    </w:tblPr>
    <w:tcPr>
      <w:shd w:val="clear" w:color="auto" w:fill="EBCAEE" w:themeFill="accent1" w:themeFillTint="33"/>
    </w:tcPr>
    <w:tblStylePr w:type="firstRow">
      <w:rPr>
        <w:b/>
        <w:bCs/>
      </w:rPr>
      <w:tblPr/>
      <w:tcPr>
        <w:shd w:val="clear" w:color="auto" w:fill="D896DE" w:themeFill="accent1" w:themeFillTint="66"/>
      </w:tcPr>
    </w:tblStylePr>
    <w:tblStylePr w:type="lastRow">
      <w:rPr>
        <w:b/>
        <w:bCs/>
        <w:color w:val="282828" w:themeColor="text1"/>
      </w:rPr>
      <w:tblPr/>
      <w:tcPr>
        <w:shd w:val="clear" w:color="auto" w:fill="D896DE" w:themeFill="accent1" w:themeFillTint="66"/>
      </w:tcPr>
    </w:tblStylePr>
    <w:tblStylePr w:type="firstCol">
      <w:rPr>
        <w:color w:val="F6F5F0" w:themeColor="background1"/>
      </w:rPr>
      <w:tblPr/>
      <w:tcPr>
        <w:shd w:val="clear" w:color="auto" w:fill="5A1E60" w:themeFill="accent1" w:themeFillShade="BF"/>
      </w:tcPr>
    </w:tblStylePr>
    <w:tblStylePr w:type="lastCol">
      <w:rPr>
        <w:color w:val="F6F5F0" w:themeColor="background1"/>
      </w:rPr>
      <w:tblPr/>
      <w:tcPr>
        <w:shd w:val="clear" w:color="auto" w:fill="5A1E60" w:themeFill="accent1" w:themeFillShade="BF"/>
      </w:tcPr>
    </w:tblStylePr>
    <w:tblStylePr w:type="band1Vert">
      <w:tblPr/>
      <w:tcPr>
        <w:shd w:val="clear" w:color="auto" w:fill="CE7DD6" w:themeFill="accent1" w:themeFillTint="7F"/>
      </w:tcPr>
    </w:tblStylePr>
    <w:tblStylePr w:type="band1Horz">
      <w:tblPr/>
      <w:tcPr>
        <w:shd w:val="clear" w:color="auto" w:fill="CE7DD6" w:themeFill="accent1" w:themeFillTint="7F"/>
      </w:tcPr>
    </w:tblStylePr>
  </w:style>
  <w:style w:type="table" w:styleId="ColorfulGrid-Accent2">
    <w:name w:val="Colorful Grid Accent 2"/>
    <w:basedOn w:val="TableNormal"/>
    <w:uiPriority w:val="73"/>
    <w:rsid w:val="00CB0664"/>
    <w:pPr>
      <w:spacing w:after="0" w:line="240" w:lineRule="auto"/>
    </w:pPr>
    <w:rPr>
      <w:color w:val="282828" w:themeColor="text1"/>
    </w:rPr>
    <w:tblPr>
      <w:tblStyleRowBandSize w:val="1"/>
      <w:tblStyleColBandSize w:val="1"/>
      <w:tblBorders>
        <w:insideH w:val="single" w:sz="4" w:space="0" w:color="F6F5F0" w:themeColor="background1"/>
      </w:tblBorders>
    </w:tblPr>
    <w:tcPr>
      <w:shd w:val="clear" w:color="auto" w:fill="ECDEEF" w:themeFill="accent2" w:themeFillTint="33"/>
    </w:tcPr>
    <w:tblStylePr w:type="firstRow">
      <w:rPr>
        <w:b/>
        <w:bCs/>
      </w:rPr>
      <w:tblPr/>
      <w:tcPr>
        <w:shd w:val="clear" w:color="auto" w:fill="DABDE0" w:themeFill="accent2" w:themeFillTint="66"/>
      </w:tcPr>
    </w:tblStylePr>
    <w:tblStylePr w:type="lastRow">
      <w:rPr>
        <w:b/>
        <w:bCs/>
        <w:color w:val="282828" w:themeColor="text1"/>
      </w:rPr>
      <w:tblPr/>
      <w:tcPr>
        <w:shd w:val="clear" w:color="auto" w:fill="DABDE0" w:themeFill="accent2" w:themeFillTint="66"/>
      </w:tcPr>
    </w:tblStylePr>
    <w:tblStylePr w:type="firstCol">
      <w:rPr>
        <w:color w:val="F6F5F0" w:themeColor="background1"/>
      </w:rPr>
      <w:tblPr/>
      <w:tcPr>
        <w:shd w:val="clear" w:color="auto" w:fill="7C408A" w:themeFill="accent2" w:themeFillShade="BF"/>
      </w:tcPr>
    </w:tblStylePr>
    <w:tblStylePr w:type="lastCol">
      <w:rPr>
        <w:color w:val="F6F5F0" w:themeColor="background1"/>
      </w:rPr>
      <w:tblPr/>
      <w:tcPr>
        <w:shd w:val="clear" w:color="auto" w:fill="7C408A" w:themeFill="accent2" w:themeFillShade="BF"/>
      </w:tcPr>
    </w:tblStylePr>
    <w:tblStylePr w:type="band1Vert">
      <w:tblPr/>
      <w:tcPr>
        <w:shd w:val="clear" w:color="auto" w:fill="D1ADD9" w:themeFill="accent2" w:themeFillTint="7F"/>
      </w:tcPr>
    </w:tblStylePr>
    <w:tblStylePr w:type="band1Horz">
      <w:tblPr/>
      <w:tcPr>
        <w:shd w:val="clear" w:color="auto" w:fill="D1ADD9" w:themeFill="accent2" w:themeFillTint="7F"/>
      </w:tcPr>
    </w:tblStylePr>
  </w:style>
  <w:style w:type="table" w:styleId="ColorfulGrid-Accent3">
    <w:name w:val="Colorful Grid Accent 3"/>
    <w:basedOn w:val="TableNormal"/>
    <w:uiPriority w:val="73"/>
    <w:rsid w:val="00CB0664"/>
    <w:pPr>
      <w:spacing w:after="0" w:line="240" w:lineRule="auto"/>
    </w:pPr>
    <w:rPr>
      <w:color w:val="282828" w:themeColor="text1"/>
    </w:rPr>
    <w:tblPr>
      <w:tblStyleRowBandSize w:val="1"/>
      <w:tblStyleColBandSize w:val="1"/>
      <w:tblBorders>
        <w:insideH w:val="single" w:sz="4" w:space="0" w:color="F6F5F0" w:themeColor="background1"/>
      </w:tblBorders>
    </w:tblPr>
    <w:tcPr>
      <w:shd w:val="clear" w:color="auto" w:fill="FAF0F9" w:themeFill="accent3" w:themeFillTint="33"/>
    </w:tcPr>
    <w:tblStylePr w:type="firstRow">
      <w:rPr>
        <w:b/>
        <w:bCs/>
      </w:rPr>
      <w:tblPr/>
      <w:tcPr>
        <w:shd w:val="clear" w:color="auto" w:fill="F6E2F3" w:themeFill="accent3" w:themeFillTint="66"/>
      </w:tcPr>
    </w:tblStylePr>
    <w:tblStylePr w:type="lastRow">
      <w:rPr>
        <w:b/>
        <w:bCs/>
        <w:color w:val="282828" w:themeColor="text1"/>
      </w:rPr>
      <w:tblPr/>
      <w:tcPr>
        <w:shd w:val="clear" w:color="auto" w:fill="F6E2F3" w:themeFill="accent3" w:themeFillTint="66"/>
      </w:tcPr>
    </w:tblStylePr>
    <w:tblStylePr w:type="firstCol">
      <w:rPr>
        <w:color w:val="F6F5F0" w:themeColor="background1"/>
      </w:rPr>
      <w:tblPr/>
      <w:tcPr>
        <w:shd w:val="clear" w:color="auto" w:fill="D267C2" w:themeFill="accent3" w:themeFillShade="BF"/>
      </w:tcPr>
    </w:tblStylePr>
    <w:tblStylePr w:type="lastCol">
      <w:rPr>
        <w:color w:val="F6F5F0" w:themeColor="background1"/>
      </w:rPr>
      <w:tblPr/>
      <w:tcPr>
        <w:shd w:val="clear" w:color="auto" w:fill="D267C2" w:themeFill="accent3" w:themeFillShade="BF"/>
      </w:tcPr>
    </w:tblStylePr>
    <w:tblStylePr w:type="band1Vert">
      <w:tblPr/>
      <w:tcPr>
        <w:shd w:val="clear" w:color="auto" w:fill="F4DBF0" w:themeFill="accent3" w:themeFillTint="7F"/>
      </w:tcPr>
    </w:tblStylePr>
    <w:tblStylePr w:type="band1Horz">
      <w:tblPr/>
      <w:tcPr>
        <w:shd w:val="clear" w:color="auto" w:fill="F4DBF0" w:themeFill="accent3" w:themeFillTint="7F"/>
      </w:tcPr>
    </w:tblStylePr>
  </w:style>
  <w:style w:type="table" w:styleId="ColorfulGrid-Accent4">
    <w:name w:val="Colorful Grid Accent 4"/>
    <w:basedOn w:val="TableNormal"/>
    <w:uiPriority w:val="73"/>
    <w:rsid w:val="00CB0664"/>
    <w:pPr>
      <w:spacing w:after="0" w:line="240" w:lineRule="auto"/>
    </w:pPr>
    <w:rPr>
      <w:color w:val="282828" w:themeColor="text1"/>
    </w:rPr>
    <w:tblPr>
      <w:tblStyleRowBandSize w:val="1"/>
      <w:tblStyleColBandSize w:val="1"/>
      <w:tblBorders>
        <w:insideH w:val="single" w:sz="4" w:space="0" w:color="F6F5F0" w:themeColor="background1"/>
      </w:tblBorders>
    </w:tblPr>
    <w:tcPr>
      <w:shd w:val="clear" w:color="auto" w:fill="FFE6CC" w:themeFill="accent4" w:themeFillTint="33"/>
    </w:tcPr>
    <w:tblStylePr w:type="firstRow">
      <w:rPr>
        <w:b/>
        <w:bCs/>
      </w:rPr>
      <w:tblPr/>
      <w:tcPr>
        <w:shd w:val="clear" w:color="auto" w:fill="FFCD99" w:themeFill="accent4" w:themeFillTint="66"/>
      </w:tcPr>
    </w:tblStylePr>
    <w:tblStylePr w:type="lastRow">
      <w:rPr>
        <w:b/>
        <w:bCs/>
        <w:color w:val="282828" w:themeColor="text1"/>
      </w:rPr>
      <w:tblPr/>
      <w:tcPr>
        <w:shd w:val="clear" w:color="auto" w:fill="FFCD99" w:themeFill="accent4" w:themeFillTint="66"/>
      </w:tcPr>
    </w:tblStylePr>
    <w:tblStylePr w:type="firstCol">
      <w:rPr>
        <w:color w:val="F6F5F0" w:themeColor="background1"/>
      </w:rPr>
      <w:tblPr/>
      <w:tcPr>
        <w:shd w:val="clear" w:color="auto" w:fill="BF6100" w:themeFill="accent4" w:themeFillShade="BF"/>
      </w:tcPr>
    </w:tblStylePr>
    <w:tblStylePr w:type="lastCol">
      <w:rPr>
        <w:color w:val="F6F5F0" w:themeColor="background1"/>
      </w:rPr>
      <w:tblPr/>
      <w:tcPr>
        <w:shd w:val="clear" w:color="auto" w:fill="BF6100" w:themeFill="accent4" w:themeFillShade="BF"/>
      </w:tcPr>
    </w:tblStylePr>
    <w:tblStylePr w:type="band1Vert">
      <w:tblPr/>
      <w:tcPr>
        <w:shd w:val="clear" w:color="auto" w:fill="FFC080" w:themeFill="accent4" w:themeFillTint="7F"/>
      </w:tcPr>
    </w:tblStylePr>
    <w:tblStylePr w:type="band1Horz">
      <w:tblPr/>
      <w:tcPr>
        <w:shd w:val="clear" w:color="auto" w:fill="FFC080" w:themeFill="accent4" w:themeFillTint="7F"/>
      </w:tcPr>
    </w:tblStylePr>
  </w:style>
  <w:style w:type="table" w:styleId="ColorfulGrid-Accent5">
    <w:name w:val="Colorful Grid Accent 5"/>
    <w:basedOn w:val="TableNormal"/>
    <w:uiPriority w:val="73"/>
    <w:rsid w:val="00CB0664"/>
    <w:pPr>
      <w:spacing w:after="0" w:line="240" w:lineRule="auto"/>
    </w:pPr>
    <w:rPr>
      <w:color w:val="282828" w:themeColor="text1"/>
    </w:rPr>
    <w:tblPr>
      <w:tblStyleRowBandSize w:val="1"/>
      <w:tblStyleColBandSize w:val="1"/>
      <w:tblBorders>
        <w:insideH w:val="single" w:sz="4" w:space="0" w:color="F6F5F0" w:themeColor="background1"/>
      </w:tblBorders>
    </w:tblPr>
    <w:tcPr>
      <w:shd w:val="clear" w:color="auto" w:fill="FFF3D9" w:themeFill="accent5" w:themeFillTint="33"/>
    </w:tcPr>
    <w:tblStylePr w:type="firstRow">
      <w:rPr>
        <w:b/>
        <w:bCs/>
      </w:rPr>
      <w:tblPr/>
      <w:tcPr>
        <w:shd w:val="clear" w:color="auto" w:fill="FFE8B4" w:themeFill="accent5" w:themeFillTint="66"/>
      </w:tcPr>
    </w:tblStylePr>
    <w:tblStylePr w:type="lastRow">
      <w:rPr>
        <w:b/>
        <w:bCs/>
        <w:color w:val="282828" w:themeColor="text1"/>
      </w:rPr>
      <w:tblPr/>
      <w:tcPr>
        <w:shd w:val="clear" w:color="auto" w:fill="FFE8B4" w:themeFill="accent5" w:themeFillTint="66"/>
      </w:tcPr>
    </w:tblStylePr>
    <w:tblStylePr w:type="firstCol">
      <w:rPr>
        <w:color w:val="F6F5F0" w:themeColor="background1"/>
      </w:rPr>
      <w:tblPr/>
      <w:tcPr>
        <w:shd w:val="clear" w:color="auto" w:fill="F2AA00" w:themeFill="accent5" w:themeFillShade="BF"/>
      </w:tcPr>
    </w:tblStylePr>
    <w:tblStylePr w:type="lastCol">
      <w:rPr>
        <w:color w:val="F6F5F0" w:themeColor="background1"/>
      </w:rPr>
      <w:tblPr/>
      <w:tcPr>
        <w:shd w:val="clear" w:color="auto" w:fill="F2AA00" w:themeFill="accent5" w:themeFillShade="BF"/>
      </w:tcPr>
    </w:tblStylePr>
    <w:tblStylePr w:type="band1Vert">
      <w:tblPr/>
      <w:tcPr>
        <w:shd w:val="clear" w:color="auto" w:fill="FFE3A2" w:themeFill="accent5" w:themeFillTint="7F"/>
      </w:tcPr>
    </w:tblStylePr>
    <w:tblStylePr w:type="band1Horz">
      <w:tblPr/>
      <w:tcPr>
        <w:shd w:val="clear" w:color="auto" w:fill="FFE3A2" w:themeFill="accent5" w:themeFillTint="7F"/>
      </w:tcPr>
    </w:tblStylePr>
  </w:style>
  <w:style w:type="table" w:styleId="ColorfulGrid-Accent6">
    <w:name w:val="Colorful Grid Accent 6"/>
    <w:basedOn w:val="TableNormal"/>
    <w:uiPriority w:val="73"/>
    <w:rsid w:val="00CB0664"/>
    <w:pPr>
      <w:spacing w:after="0" w:line="240" w:lineRule="auto"/>
    </w:pPr>
    <w:rPr>
      <w:color w:val="282828" w:themeColor="text1"/>
    </w:rPr>
    <w:tblPr>
      <w:tblStyleRowBandSize w:val="1"/>
      <w:tblStyleColBandSize w:val="1"/>
      <w:tblBorders>
        <w:insideH w:val="single" w:sz="4" w:space="0" w:color="F6F5F0" w:themeColor="background1"/>
      </w:tblBorders>
    </w:tblPr>
    <w:tcPr>
      <w:shd w:val="clear" w:color="auto" w:fill="FDE8EC" w:themeFill="accent6" w:themeFillTint="33"/>
    </w:tcPr>
    <w:tblStylePr w:type="firstRow">
      <w:rPr>
        <w:b/>
        <w:bCs/>
      </w:rPr>
      <w:tblPr/>
      <w:tcPr>
        <w:shd w:val="clear" w:color="auto" w:fill="FCD2DA" w:themeFill="accent6" w:themeFillTint="66"/>
      </w:tcPr>
    </w:tblStylePr>
    <w:tblStylePr w:type="lastRow">
      <w:rPr>
        <w:b/>
        <w:bCs/>
        <w:color w:val="282828" w:themeColor="text1"/>
      </w:rPr>
      <w:tblPr/>
      <w:tcPr>
        <w:shd w:val="clear" w:color="auto" w:fill="FCD2DA" w:themeFill="accent6" w:themeFillTint="66"/>
      </w:tcPr>
    </w:tblStylePr>
    <w:tblStylePr w:type="firstCol">
      <w:rPr>
        <w:color w:val="F6F5F0" w:themeColor="background1"/>
      </w:rPr>
      <w:tblPr/>
      <w:tcPr>
        <w:shd w:val="clear" w:color="auto" w:fill="F23359" w:themeFill="accent6" w:themeFillShade="BF"/>
      </w:tcPr>
    </w:tblStylePr>
    <w:tblStylePr w:type="lastCol">
      <w:rPr>
        <w:color w:val="F6F5F0" w:themeColor="background1"/>
      </w:rPr>
      <w:tblPr/>
      <w:tcPr>
        <w:shd w:val="clear" w:color="auto" w:fill="F23359" w:themeFill="accent6" w:themeFillShade="BF"/>
      </w:tcPr>
    </w:tblStylePr>
    <w:tblStylePr w:type="band1Vert">
      <w:tblPr/>
      <w:tcPr>
        <w:shd w:val="clear" w:color="auto" w:fill="FBC7D1" w:themeFill="accent6" w:themeFillTint="7F"/>
      </w:tcPr>
    </w:tblStylePr>
    <w:tblStylePr w:type="band1Horz">
      <w:tblPr/>
      <w:tcPr>
        <w:shd w:val="clear" w:color="auto" w:fill="FBC7D1" w:themeFill="accent6" w:themeFillTint="7F"/>
      </w:tcPr>
    </w:tblStylePr>
  </w:style>
  <w:style w:type="paragraph" w:customStyle="1" w:styleId="CHEOTitle">
    <w:name w:val="CHEO Title"/>
    <w:basedOn w:val="Title"/>
    <w:rPr>
      <w:rFonts w:ascii="Calibri" w:hAnsi="Calibri"/>
      <w:b/>
      <w:color w:val="7B2881"/>
      <w:sz w:val="56"/>
    </w:rPr>
  </w:style>
  <w:style w:type="paragraph" w:customStyle="1" w:styleId="CHEOCallout">
    <w:name w:val="CHEO Callout"/>
    <w:basedOn w:val="Normal"/>
    <w:rPr>
      <w:color w:val="25262A"/>
    </w:rPr>
  </w:style>
  <w:style w:type="paragraph" w:customStyle="1" w:styleId="CHEOWarning">
    <w:name w:val="CHEO Warning"/>
    <w:basedOn w:val="Normal"/>
    <w:rPr>
      <w:b/>
      <w:color w:val="B00020"/>
    </w:rPr>
  </w:style>
  <w:style w:type="paragraph" w:styleId="TOC2">
    <w:name w:val="toc 2"/>
    <w:basedOn w:val="Normal"/>
    <w:next w:val="Normal"/>
    <w:autoRedefine/>
    <w:uiPriority w:val="39"/>
    <w:unhideWhenUsed/>
    <w:rsid w:val="00A14182"/>
    <w:pPr>
      <w:spacing w:after="100"/>
      <w:ind w:left="220"/>
    </w:pPr>
  </w:style>
  <w:style w:type="paragraph" w:styleId="TOC1">
    <w:name w:val="toc 1"/>
    <w:basedOn w:val="Normal"/>
    <w:next w:val="Normal"/>
    <w:autoRedefine/>
    <w:uiPriority w:val="39"/>
    <w:unhideWhenUsed/>
    <w:rsid w:val="00A14182"/>
    <w:pPr>
      <w:spacing w:after="100"/>
    </w:pPr>
  </w:style>
  <w:style w:type="character" w:styleId="Hyperlink">
    <w:name w:val="Hyperlink"/>
    <w:basedOn w:val="DefaultParagraphFont"/>
    <w:uiPriority w:val="99"/>
    <w:unhideWhenUsed/>
    <w:rsid w:val="00A14182"/>
    <w:rPr>
      <w:color w:val="002F6C" w:themeColor="hyperlink"/>
      <w:u w:val="single"/>
    </w:rPr>
  </w:style>
  <w:style w:type="character" w:styleId="UnresolvedMention">
    <w:name w:val="Unresolved Mention"/>
    <w:basedOn w:val="DefaultParagraphFont"/>
    <w:uiPriority w:val="99"/>
    <w:semiHidden/>
    <w:unhideWhenUsed/>
    <w:rsid w:val="00A14182"/>
    <w:rPr>
      <w:color w:val="605E5C"/>
      <w:shd w:val="clear" w:color="auto" w:fill="E1DFDD"/>
    </w:rPr>
  </w:style>
  <w:style w:type="numbering" w:customStyle="1" w:styleId="NumberedList">
    <w:name w:val="Numbered List"/>
    <w:basedOn w:val="NoList"/>
    <w:uiPriority w:val="99"/>
    <w:rsid w:val="001544A3"/>
    <w:pPr>
      <w:numPr>
        <w:numId w:val="23"/>
      </w:numPr>
    </w:pPr>
  </w:style>
  <w:style w:type="character" w:styleId="CommentReference">
    <w:name w:val="annotation reference"/>
    <w:basedOn w:val="DefaultParagraphFont"/>
    <w:uiPriority w:val="99"/>
    <w:semiHidden/>
    <w:unhideWhenUsed/>
    <w:rsid w:val="001544A3"/>
    <w:rPr>
      <w:sz w:val="16"/>
      <w:szCs w:val="16"/>
    </w:rPr>
  </w:style>
  <w:style w:type="paragraph" w:styleId="CommentText">
    <w:name w:val="annotation text"/>
    <w:basedOn w:val="Normal"/>
    <w:link w:val="CommentTextChar"/>
    <w:uiPriority w:val="99"/>
    <w:unhideWhenUsed/>
    <w:rsid w:val="001544A3"/>
    <w:pPr>
      <w:spacing w:line="240" w:lineRule="auto"/>
    </w:pPr>
    <w:rPr>
      <w:sz w:val="20"/>
      <w:szCs w:val="20"/>
    </w:rPr>
  </w:style>
  <w:style w:type="character" w:customStyle="1" w:styleId="CommentTextChar">
    <w:name w:val="Comment Text Char"/>
    <w:basedOn w:val="DefaultParagraphFont"/>
    <w:link w:val="CommentText"/>
    <w:uiPriority w:val="99"/>
    <w:rsid w:val="001544A3"/>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1544A3"/>
    <w:rPr>
      <w:b/>
      <w:bCs/>
    </w:rPr>
  </w:style>
  <w:style w:type="character" w:customStyle="1" w:styleId="CommentSubjectChar">
    <w:name w:val="Comment Subject Char"/>
    <w:basedOn w:val="CommentTextChar"/>
    <w:link w:val="CommentSubject"/>
    <w:uiPriority w:val="99"/>
    <w:semiHidden/>
    <w:rsid w:val="001544A3"/>
    <w:rPr>
      <w:rFonts w:ascii="Calibri" w:hAnsi="Calibri"/>
      <w:b/>
      <w:bCs/>
      <w:sz w:val="20"/>
      <w:szCs w:val="20"/>
    </w:rPr>
  </w:style>
  <w:style w:type="numbering" w:customStyle="1" w:styleId="CurrentList1">
    <w:name w:val="Current List1"/>
    <w:uiPriority w:val="99"/>
    <w:rsid w:val="00304CEC"/>
    <w:pPr>
      <w:numPr>
        <w:numId w:val="28"/>
      </w:numPr>
    </w:pPr>
  </w:style>
  <w:style w:type="numbering" w:styleId="1ai">
    <w:name w:val="Outline List 1"/>
    <w:basedOn w:val="NoList"/>
    <w:uiPriority w:val="99"/>
    <w:semiHidden/>
    <w:unhideWhenUsed/>
    <w:rsid w:val="00304CEC"/>
    <w:pPr>
      <w:numPr>
        <w:numId w:val="29"/>
      </w:numPr>
    </w:pPr>
  </w:style>
  <w:style w:type="numbering" w:styleId="ArticleSection">
    <w:name w:val="Outline List 3"/>
    <w:basedOn w:val="NoList"/>
    <w:uiPriority w:val="99"/>
    <w:semiHidden/>
    <w:unhideWhenUsed/>
    <w:rsid w:val="00304CEC"/>
    <w:pPr>
      <w:numPr>
        <w:numId w:val="30"/>
      </w:numPr>
    </w:pPr>
  </w:style>
  <w:style w:type="numbering" w:customStyle="1" w:styleId="CurrentList2">
    <w:name w:val="Current List2"/>
    <w:uiPriority w:val="99"/>
    <w:rsid w:val="00CB5918"/>
    <w:pPr>
      <w:numPr>
        <w:numId w:val="33"/>
      </w:numPr>
    </w:pPr>
  </w:style>
  <w:style w:type="character" w:customStyle="1" w:styleId="NoSpacingChar">
    <w:name w:val="No Spacing Char"/>
    <w:basedOn w:val="DefaultParagraphFont"/>
    <w:link w:val="NoSpacing"/>
    <w:uiPriority w:val="1"/>
    <w:rsid w:val="001A33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numbering" Target="numbering.xml"/><Relationship Id="rId21" Type="http://schemas.openxmlformats.org/officeDocument/2006/relationships/image" Target="media/image10.png"/><Relationship Id="rId34" Type="http://schemas.openxmlformats.org/officeDocument/2006/relationships/image" Target="media/image23.png"/><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s://www.cdc.gov/breastfeeding/breast-milk-preparation-and-storage/handling-breastmilk.html" TargetMode="External"/><Relationship Id="rId25" Type="http://schemas.openxmlformats.org/officeDocument/2006/relationships/image" Target="media/image14.png"/><Relationship Id="rId33" Type="http://schemas.openxmlformats.org/officeDocument/2006/relationships/image" Target="media/image22.png"/><Relationship Id="rId2" Type="http://schemas.openxmlformats.org/officeDocument/2006/relationships/customXml" Target="../customXml/item2.xml"/><Relationship Id="rId16" Type="http://schemas.openxmlformats.org/officeDocument/2006/relationships/image" Target="media/image6.svg"/><Relationship Id="rId20" Type="http://schemas.openxmlformats.org/officeDocument/2006/relationships/image" Target="media/image9.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3.png"/><Relationship Id="rId32" Type="http://schemas.openxmlformats.org/officeDocument/2006/relationships/image" Target="media/image21.png"/><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theme" Target="theme/theme1.xml"/><Relationship Id="rId10" Type="http://schemas.openxmlformats.org/officeDocument/2006/relationships/image" Target="media/image110.png"/><Relationship Id="rId19" Type="http://schemas.openxmlformats.org/officeDocument/2006/relationships/image" Target="media/image8.png"/><Relationship Id="rId31" Type="http://schemas.openxmlformats.org/officeDocument/2006/relationships/image" Target="media/image20.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4.sv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CHEO">
      <a:dk1>
        <a:srgbClr val="282828"/>
      </a:dk1>
      <a:lt1>
        <a:srgbClr val="F6F5F0"/>
      </a:lt1>
      <a:dk2>
        <a:srgbClr val="414141"/>
      </a:dk2>
      <a:lt2>
        <a:srgbClr val="FFFFFF"/>
      </a:lt2>
      <a:accent1>
        <a:srgbClr val="792881"/>
      </a:accent1>
      <a:accent2>
        <a:srgbClr val="A35BB3"/>
      </a:accent2>
      <a:accent3>
        <a:srgbClr val="EAB8E3"/>
      </a:accent3>
      <a:accent4>
        <a:srgbClr val="FF8200"/>
      </a:accent4>
      <a:accent5>
        <a:srgbClr val="FFC845"/>
      </a:accent5>
      <a:accent6>
        <a:srgbClr val="F890A5"/>
      </a:accent6>
      <a:hlink>
        <a:srgbClr val="002F6C"/>
      </a:hlink>
      <a:folHlink>
        <a:srgbClr val="097E95"/>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401 Smyth Road  Ottawa (ON)  K1H 8L</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3248</Words>
  <Characters>18517</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Your child’s nasogastric tube</vt:lpstr>
    </vt:vector>
  </TitlesOfParts>
  <Manager/>
  <Company>CHEO</Company>
  <LinksUpToDate>false</LinksUpToDate>
  <CharactersWithSpaces>21722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ᕿᑐᕐᖓᐃᑦ ᓱᓪᓗᒃᑯᑦ ᓱᓪᓗᓕᖓ</dc:title>
  <dc:subject/>
  <dc:creator>python-docx</dc:creator>
  <cp:keywords/>
  <dc:description/>
  <cp:lastModifiedBy>Kessler, Crystal</cp:lastModifiedBy>
  <cp:revision>2</cp:revision>
  <cp:lastPrinted>2026-02-19T19:28:00Z</cp:lastPrinted>
  <dcterms:created xsi:type="dcterms:W3CDTF">2026-10-01T19:34:00Z</dcterms:created>
  <dcterms:modified xsi:type="dcterms:W3CDTF">2026-10-01T19:34:00Z</dcterms:modified>
  <cp:category/>
</cp:coreProperties>
</file>