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410"/>
        <w:gridCol w:w="7771"/>
      </w:tblGrid>
      <w:tr w:rsidR="00082C53" w14:paraId="69CA56BD" w14:textId="77777777" w:rsidTr="00C7631A">
        <w:trPr>
          <w:trHeight w:val="1611"/>
          <w:jc w:val="center"/>
        </w:trPr>
        <w:tc>
          <w:tcPr>
            <w:tcW w:w="2410" w:type="dxa"/>
          </w:tcPr>
          <w:p w14:paraId="0A0A8D8F" w14:textId="16F46F06" w:rsidR="00082C53" w:rsidRDefault="00D341C0">
            <w:r>
              <w:rPr>
                <w:noProof/>
              </w:rPr>
              <w:drawing>
                <wp:inline distT="0" distB="0" distL="0" distR="0" wp14:anchorId="3A540455" wp14:editId="21002EC7">
                  <wp:extent cx="1637986" cy="1047750"/>
                  <wp:effectExtent l="0" t="0" r="0" b="0"/>
                  <wp:docPr id="1398228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228172" name="Picture 1398228172"/>
                          <pic:cNvPicPr/>
                        </pic:nvPicPr>
                        <pic:blipFill>
                          <a:blip r:embed="rId11"/>
                          <a:stretch>
                            <a:fillRect/>
                          </a:stretch>
                        </pic:blipFill>
                        <pic:spPr>
                          <a:xfrm>
                            <a:off x="0" y="0"/>
                            <a:ext cx="1659090" cy="1061249"/>
                          </a:xfrm>
                          <a:prstGeom prst="rect">
                            <a:avLst/>
                          </a:prstGeom>
                        </pic:spPr>
                      </pic:pic>
                    </a:graphicData>
                  </a:graphic>
                </wp:inline>
              </w:drawing>
            </w:r>
          </w:p>
        </w:tc>
        <w:tc>
          <w:tcPr>
            <w:tcW w:w="7771" w:type="dxa"/>
          </w:tcPr>
          <w:p w14:paraId="278F4ED9" w14:textId="77777777" w:rsidR="00D341C0" w:rsidRDefault="00D341C0">
            <w:pPr>
              <w:jc w:val="right"/>
              <w:rPr>
                <w:b/>
                <w:color w:val="1B365D"/>
                <w:sz w:val="28"/>
              </w:rPr>
            </w:pPr>
            <w:r>
              <w:rPr>
                <w:b/>
                <w:color w:val="1B365D"/>
                <w:sz w:val="28"/>
              </w:rPr>
              <w:t xml:space="preserve"> </w:t>
            </w:r>
          </w:p>
          <w:p w14:paraId="51E56E6E" w14:textId="5AF296C8" w:rsidR="00082C53" w:rsidRDefault="00D341C0">
            <w:pPr>
              <w:jc w:val="right"/>
            </w:pPr>
            <w:r>
              <w:rPr>
                <w:b/>
                <w:color w:val="1B365D"/>
                <w:sz w:val="28"/>
              </w:rPr>
              <w:t>2027 FAMILY AND COMMUNITY SUPPORT SERVICES</w:t>
            </w:r>
            <w:r>
              <w:rPr>
                <w:b/>
                <w:color w:val="1B365D"/>
                <w:sz w:val="28"/>
              </w:rPr>
              <w:br/>
            </w:r>
            <w:r>
              <w:rPr>
                <w:color w:val="495057"/>
                <w:sz w:val="21"/>
              </w:rPr>
              <w:t>Mountain View Regional Application Form</w:t>
            </w:r>
          </w:p>
        </w:tc>
      </w:tr>
    </w:tbl>
    <w:tbl>
      <w:tblPr>
        <w:tblW w:w="10176" w:type="dxa"/>
        <w:jc w:val="center"/>
        <w:tblLook w:val="04A0" w:firstRow="1" w:lastRow="0" w:firstColumn="1" w:lastColumn="0" w:noHBand="0" w:noVBand="1"/>
      </w:tblPr>
      <w:tblGrid>
        <w:gridCol w:w="25"/>
        <w:gridCol w:w="3163"/>
        <w:gridCol w:w="6988"/>
      </w:tblGrid>
      <w:tr w:rsidR="00082C53" w14:paraId="69D59C35" w14:textId="77777777" w:rsidTr="002E5B24">
        <w:trPr>
          <w:jc w:val="center"/>
        </w:trPr>
        <w:tc>
          <w:tcPr>
            <w:tcW w:w="10176" w:type="dxa"/>
            <w:gridSpan w:val="3"/>
            <w:tcBorders>
              <w:top w:val="single" w:sz="4" w:space="0" w:color="BEE5EB"/>
              <w:left w:val="single" w:sz="4" w:space="0" w:color="BEE5EB"/>
              <w:bottom w:val="single" w:sz="4" w:space="0" w:color="BEE5EB"/>
              <w:right w:val="single" w:sz="4" w:space="0" w:color="BEE5EB"/>
            </w:tcBorders>
            <w:shd w:val="clear" w:color="auto" w:fill="D1ECF1"/>
          </w:tcPr>
          <w:p w14:paraId="3CCBDB01" w14:textId="77777777" w:rsidR="00082C53" w:rsidRDefault="00B46D20">
            <w:pPr>
              <w:jc w:val="center"/>
              <w:rPr>
                <w:b/>
                <w:color w:val="0C5460"/>
                <w:sz w:val="18"/>
              </w:rPr>
            </w:pPr>
            <w:r>
              <w:rPr>
                <w:b/>
                <w:color w:val="0C5460"/>
                <w:sz w:val="18"/>
              </w:rPr>
              <w:t>2027 IMPORTANT SUBMISSION DEADLINE: On or before November 15, 2026 (by 4:30 PM)</w:t>
            </w:r>
            <w:r w:rsidR="0062355A">
              <w:rPr>
                <w:b/>
                <w:color w:val="0C5460"/>
                <w:sz w:val="18"/>
              </w:rPr>
              <w:t xml:space="preserve"> for the January 1-December 31 funding period</w:t>
            </w:r>
            <w:r w:rsidR="00CA7D9A">
              <w:rPr>
                <w:b/>
                <w:color w:val="0C5460"/>
                <w:sz w:val="18"/>
              </w:rPr>
              <w:t>. Applications can be submitted via mail or email:</w:t>
            </w:r>
          </w:p>
          <w:p w14:paraId="65FCB819" w14:textId="021D10E8" w:rsidR="00CA7D9A" w:rsidRPr="00CA7D9A" w:rsidRDefault="00CA7D9A" w:rsidP="00CA7D9A">
            <w:pPr>
              <w:pStyle w:val="NoSpacing"/>
              <w:jc w:val="center"/>
              <w:rPr>
                <w:rFonts w:ascii="Arial" w:hAnsi="Arial"/>
                <w:bCs/>
                <w:color w:val="0C5460"/>
                <w:sz w:val="18"/>
              </w:rPr>
            </w:pPr>
            <w:r w:rsidRPr="00CA7D9A">
              <w:rPr>
                <w:rFonts w:ascii="Arial" w:hAnsi="Arial"/>
                <w:bCs/>
                <w:color w:val="0C5460"/>
                <w:sz w:val="18"/>
              </w:rPr>
              <w:t>Mountain View County</w:t>
            </w:r>
          </w:p>
          <w:p w14:paraId="4C7030E0" w14:textId="77777777" w:rsidR="00CA7D9A" w:rsidRPr="00CA7D9A" w:rsidRDefault="00CA7D9A" w:rsidP="00CA7D9A">
            <w:pPr>
              <w:pStyle w:val="NoSpacing"/>
              <w:jc w:val="center"/>
              <w:rPr>
                <w:rFonts w:ascii="Arial" w:hAnsi="Arial"/>
                <w:bCs/>
                <w:color w:val="0C5460"/>
                <w:sz w:val="18"/>
              </w:rPr>
            </w:pPr>
            <w:r w:rsidRPr="00CA7D9A">
              <w:rPr>
                <w:rFonts w:ascii="Arial" w:hAnsi="Arial"/>
                <w:bCs/>
                <w:color w:val="0C5460"/>
                <w:sz w:val="18"/>
              </w:rPr>
              <w:t>Attn Josie McGillicky</w:t>
            </w:r>
          </w:p>
          <w:p w14:paraId="6EE60FE0" w14:textId="77777777" w:rsidR="00CA7D9A" w:rsidRPr="00CA7D9A" w:rsidRDefault="00CA7D9A" w:rsidP="00CA7D9A">
            <w:pPr>
              <w:pStyle w:val="NoSpacing"/>
              <w:jc w:val="center"/>
              <w:rPr>
                <w:rFonts w:ascii="Arial" w:hAnsi="Arial"/>
                <w:bCs/>
                <w:color w:val="0C5460"/>
                <w:sz w:val="18"/>
              </w:rPr>
            </w:pPr>
            <w:r w:rsidRPr="00CA7D9A">
              <w:rPr>
                <w:rFonts w:ascii="Arial" w:hAnsi="Arial"/>
                <w:bCs/>
                <w:color w:val="0C5460"/>
                <w:sz w:val="18"/>
              </w:rPr>
              <w:t>Bag 100, Didsbury, AB T0M 0W0</w:t>
            </w:r>
          </w:p>
          <w:p w14:paraId="40551367" w14:textId="61892D0C" w:rsidR="00CA7D9A" w:rsidRDefault="00CA7D9A" w:rsidP="00CA7D9A">
            <w:pPr>
              <w:pStyle w:val="NoSpacing"/>
              <w:jc w:val="center"/>
              <w:rPr>
                <w:rFonts w:ascii="Arial" w:hAnsi="Arial"/>
                <w:bCs/>
                <w:color w:val="0C5460"/>
                <w:sz w:val="18"/>
              </w:rPr>
            </w:pPr>
            <w:r w:rsidRPr="00CA7D9A">
              <w:rPr>
                <w:rFonts w:ascii="Arial" w:hAnsi="Arial"/>
                <w:bCs/>
                <w:color w:val="0C5460"/>
                <w:sz w:val="18"/>
              </w:rPr>
              <w:t xml:space="preserve">Email: </w:t>
            </w:r>
            <w:hyperlink r:id="rId12" w:history="1">
              <w:r w:rsidRPr="00792741">
                <w:rPr>
                  <w:rStyle w:val="Hyperlink"/>
                  <w:rFonts w:ascii="Arial" w:hAnsi="Arial"/>
                  <w:bCs/>
                  <w:sz w:val="18"/>
                </w:rPr>
                <w:t>grants@mvcounty.com</w:t>
              </w:r>
            </w:hyperlink>
          </w:p>
          <w:p w14:paraId="1A569D4F" w14:textId="77777777" w:rsidR="00CA7D9A" w:rsidRDefault="00CA7D9A" w:rsidP="00CA7D9A">
            <w:pPr>
              <w:pStyle w:val="NoSpacing"/>
              <w:jc w:val="center"/>
              <w:rPr>
                <w:rFonts w:ascii="Arial" w:hAnsi="Arial"/>
                <w:bCs/>
                <w:color w:val="0C5460"/>
                <w:sz w:val="18"/>
              </w:rPr>
            </w:pPr>
          </w:p>
          <w:p w14:paraId="3A561EA1" w14:textId="0CA61568" w:rsidR="00CA7D9A" w:rsidRPr="00CA7D9A" w:rsidRDefault="00CA7D9A" w:rsidP="00CA7D9A">
            <w:pPr>
              <w:spacing w:after="0"/>
              <w:rPr>
                <w:b/>
                <w:color w:val="0C5460"/>
                <w:sz w:val="18"/>
              </w:rPr>
            </w:pPr>
            <w:r w:rsidRPr="00CA7D9A">
              <w:rPr>
                <w:b/>
                <w:color w:val="0C5460"/>
                <w:sz w:val="18"/>
              </w:rPr>
              <w:t>Please contact the individual municipality you are applying for should you have any questions</w:t>
            </w:r>
            <w:r w:rsidR="00E86CCA">
              <w:rPr>
                <w:b/>
                <w:color w:val="0C5460"/>
                <w:sz w:val="18"/>
              </w:rPr>
              <w:t>:</w:t>
            </w:r>
          </w:p>
          <w:p w14:paraId="14E1C9B4" w14:textId="77777777" w:rsidR="00CA7D9A" w:rsidRPr="00CA7D9A" w:rsidRDefault="00CA7D9A" w:rsidP="00CA7D9A">
            <w:pPr>
              <w:spacing w:after="0"/>
              <w:rPr>
                <w:b/>
                <w:color w:val="0C5460"/>
                <w:sz w:val="18"/>
              </w:rPr>
            </w:pPr>
            <w:r w:rsidRPr="00CA7D9A">
              <w:rPr>
                <w:b/>
                <w:color w:val="0C5460"/>
                <w:sz w:val="18"/>
              </w:rPr>
              <w:t xml:space="preserve">Carstairs FCSS - 403-940-3327 </w:t>
            </w:r>
            <w:r w:rsidRPr="00CA7D9A">
              <w:rPr>
                <w:b/>
                <w:color w:val="0C5460"/>
                <w:sz w:val="18"/>
              </w:rPr>
              <w:tab/>
            </w:r>
            <w:r w:rsidRPr="00CA7D9A">
              <w:rPr>
                <w:b/>
                <w:color w:val="0C5460"/>
                <w:sz w:val="18"/>
              </w:rPr>
              <w:tab/>
            </w:r>
            <w:r w:rsidRPr="00CA7D9A">
              <w:rPr>
                <w:b/>
                <w:color w:val="0C5460"/>
                <w:sz w:val="18"/>
              </w:rPr>
              <w:tab/>
            </w:r>
            <w:r w:rsidRPr="00CA7D9A">
              <w:rPr>
                <w:b/>
                <w:color w:val="0C5460"/>
                <w:sz w:val="18"/>
              </w:rPr>
              <w:tab/>
              <w:t>Olds FCSS – 403-556-6981</w:t>
            </w:r>
          </w:p>
          <w:p w14:paraId="3503AF3F" w14:textId="77777777" w:rsidR="00CA7D9A" w:rsidRPr="00CA7D9A" w:rsidRDefault="00CA7D9A" w:rsidP="00CA7D9A">
            <w:pPr>
              <w:spacing w:after="0"/>
              <w:rPr>
                <w:b/>
                <w:color w:val="0C5460"/>
                <w:sz w:val="18"/>
              </w:rPr>
            </w:pPr>
            <w:r w:rsidRPr="00CA7D9A">
              <w:rPr>
                <w:b/>
                <w:color w:val="0C5460"/>
                <w:sz w:val="18"/>
              </w:rPr>
              <w:t>Cremona FCSS - 403-510-4521</w:t>
            </w:r>
            <w:r w:rsidRPr="00CA7D9A">
              <w:rPr>
                <w:b/>
                <w:color w:val="0C5460"/>
                <w:sz w:val="18"/>
              </w:rPr>
              <w:tab/>
            </w:r>
            <w:r w:rsidRPr="00CA7D9A">
              <w:rPr>
                <w:b/>
                <w:color w:val="0C5460"/>
                <w:sz w:val="18"/>
              </w:rPr>
              <w:tab/>
            </w:r>
            <w:r w:rsidRPr="00CA7D9A">
              <w:rPr>
                <w:b/>
                <w:color w:val="0C5460"/>
                <w:sz w:val="18"/>
              </w:rPr>
              <w:tab/>
            </w:r>
            <w:r w:rsidRPr="00CA7D9A">
              <w:rPr>
                <w:b/>
                <w:color w:val="0C5460"/>
                <w:sz w:val="18"/>
              </w:rPr>
              <w:tab/>
              <w:t>Mountain View County FCSS – 403-335-3311</w:t>
            </w:r>
          </w:p>
          <w:p w14:paraId="32BBCDDE" w14:textId="26810D9B" w:rsidR="00CA7D9A" w:rsidRPr="00CA7D9A" w:rsidRDefault="00CA7D9A" w:rsidP="00CA7D9A">
            <w:pPr>
              <w:spacing w:after="0"/>
              <w:rPr>
                <w:b/>
                <w:color w:val="0C5460"/>
                <w:sz w:val="18"/>
              </w:rPr>
            </w:pPr>
            <w:r w:rsidRPr="00CA7D9A">
              <w:rPr>
                <w:b/>
                <w:color w:val="0C5460"/>
                <w:sz w:val="18"/>
              </w:rPr>
              <w:t>Didsbury FCSS- 403-335-7161</w:t>
            </w:r>
          </w:p>
        </w:tc>
      </w:tr>
      <w:tr w:rsidR="00082C53" w14:paraId="4D8195D1" w14:textId="77777777" w:rsidTr="00CA7D9A">
        <w:trPr>
          <w:gridBefore w:val="1"/>
          <w:wBefore w:w="25" w:type="dxa"/>
          <w:jc w:val="center"/>
        </w:trPr>
        <w:tc>
          <w:tcPr>
            <w:tcW w:w="10151" w:type="dxa"/>
            <w:gridSpan w:val="2"/>
            <w:tcBorders>
              <w:left w:val="single" w:sz="24" w:space="0" w:color="1B365D"/>
            </w:tcBorders>
            <w:shd w:val="clear" w:color="auto" w:fill="F8F9FA"/>
          </w:tcPr>
          <w:p w14:paraId="176FE3A8" w14:textId="77777777" w:rsidR="0062355A" w:rsidRPr="00E86CCA" w:rsidRDefault="0062355A" w:rsidP="0062355A">
            <w:pPr>
              <w:spacing w:after="0"/>
              <w:rPr>
                <w:b/>
                <w:color w:val="1D1B11" w:themeColor="background2" w:themeShade="1A"/>
                <w:szCs w:val="19"/>
              </w:rPr>
            </w:pPr>
            <w:r w:rsidRPr="00E86CCA">
              <w:rPr>
                <w:b/>
                <w:color w:val="1D1B11" w:themeColor="background2" w:themeShade="1A"/>
                <w:szCs w:val="19"/>
              </w:rPr>
              <w:t>Introduction</w:t>
            </w:r>
          </w:p>
          <w:p w14:paraId="3A7D739B" w14:textId="77777777" w:rsidR="0062355A" w:rsidRPr="00E86CCA" w:rsidRDefault="0062355A" w:rsidP="0062355A">
            <w:pPr>
              <w:pStyle w:val="ListParagraph"/>
              <w:numPr>
                <w:ilvl w:val="0"/>
                <w:numId w:val="10"/>
              </w:numPr>
              <w:spacing w:after="0"/>
              <w:rPr>
                <w:b/>
                <w:bCs/>
                <w:color w:val="1D1B11" w:themeColor="background2" w:themeShade="1A"/>
                <w:szCs w:val="19"/>
              </w:rPr>
            </w:pPr>
            <w:r w:rsidRPr="00E86CCA">
              <w:rPr>
                <w:b/>
                <w:bCs/>
                <w:color w:val="1D1B11" w:themeColor="background2" w:themeShade="1A"/>
                <w:szCs w:val="19"/>
              </w:rPr>
              <w:t xml:space="preserve">Separate applications must be filled out for </w:t>
            </w:r>
            <w:r w:rsidRPr="00E86CCA">
              <w:rPr>
                <w:b/>
                <w:bCs/>
                <w:color w:val="1D1B11" w:themeColor="background2" w:themeShade="1A"/>
                <w:szCs w:val="19"/>
                <w:u w:val="single"/>
              </w:rPr>
              <w:t>each program</w:t>
            </w:r>
            <w:r w:rsidRPr="00E86CCA">
              <w:rPr>
                <w:b/>
                <w:bCs/>
                <w:color w:val="1D1B11" w:themeColor="background2" w:themeShade="1A"/>
                <w:szCs w:val="19"/>
              </w:rPr>
              <w:t xml:space="preserve"> in </w:t>
            </w:r>
            <w:r w:rsidRPr="00E86CCA">
              <w:rPr>
                <w:b/>
                <w:bCs/>
                <w:color w:val="1D1B11" w:themeColor="background2" w:themeShade="1A"/>
                <w:szCs w:val="19"/>
                <w:u w:val="single"/>
              </w:rPr>
              <w:t>each municipality</w:t>
            </w:r>
            <w:r w:rsidRPr="00E86CCA">
              <w:rPr>
                <w:b/>
                <w:bCs/>
                <w:color w:val="1D1B11" w:themeColor="background2" w:themeShade="1A"/>
                <w:szCs w:val="19"/>
              </w:rPr>
              <w:t xml:space="preserve"> you intend to run the program in.</w:t>
            </w:r>
          </w:p>
          <w:p w14:paraId="79C8D766" w14:textId="1AF17E30" w:rsidR="0062355A" w:rsidRPr="00E86CCA" w:rsidRDefault="0062355A" w:rsidP="0062355A">
            <w:pPr>
              <w:pStyle w:val="ListParagraph"/>
              <w:numPr>
                <w:ilvl w:val="0"/>
                <w:numId w:val="10"/>
              </w:numPr>
              <w:spacing w:after="0"/>
              <w:rPr>
                <w:color w:val="1D1B11" w:themeColor="background2" w:themeShade="1A"/>
                <w:szCs w:val="19"/>
              </w:rPr>
            </w:pPr>
            <w:r w:rsidRPr="00E86CCA">
              <w:rPr>
                <w:color w:val="1D1B11" w:themeColor="background2" w:themeShade="1A"/>
                <w:szCs w:val="19"/>
              </w:rPr>
              <w:t>You will be contacted once recommendations have been approved by the respective Councils.</w:t>
            </w:r>
          </w:p>
          <w:p w14:paraId="28FC58F2" w14:textId="43792E49" w:rsidR="0062355A" w:rsidRPr="00E86CCA" w:rsidRDefault="0062355A" w:rsidP="0062355A">
            <w:pPr>
              <w:pStyle w:val="ListParagraph"/>
              <w:numPr>
                <w:ilvl w:val="0"/>
                <w:numId w:val="10"/>
              </w:numPr>
              <w:spacing w:after="0"/>
              <w:rPr>
                <w:color w:val="1D1B11" w:themeColor="background2" w:themeShade="1A"/>
                <w:szCs w:val="19"/>
              </w:rPr>
            </w:pPr>
            <w:r w:rsidRPr="00E86CCA">
              <w:rPr>
                <w:color w:val="1D1B11" w:themeColor="background2" w:themeShade="1A"/>
                <w:szCs w:val="19"/>
              </w:rPr>
              <w:t xml:space="preserve">Successful applicants will be required to sign a Funding Agreement and complete FCSS </w:t>
            </w:r>
            <w:r w:rsidR="00C7631A">
              <w:rPr>
                <w:color w:val="1D1B11" w:themeColor="background2" w:themeShade="1A"/>
                <w:szCs w:val="19"/>
              </w:rPr>
              <w:t>Reporting/Surveys</w:t>
            </w:r>
            <w:r w:rsidRPr="00E86CCA">
              <w:rPr>
                <w:color w:val="1D1B11" w:themeColor="background2" w:themeShade="1A"/>
                <w:szCs w:val="19"/>
              </w:rPr>
              <w:t xml:space="preserve"> for your program with each Municipality from which they receive funds.  This agreement will include details of payment, financial and program reporting and other funding conditions.</w:t>
            </w:r>
          </w:p>
          <w:p w14:paraId="73ECFD2C" w14:textId="77777777" w:rsidR="0062355A" w:rsidRPr="00E86CCA" w:rsidRDefault="0062355A" w:rsidP="0062355A">
            <w:pPr>
              <w:pStyle w:val="ListParagraph"/>
              <w:numPr>
                <w:ilvl w:val="0"/>
                <w:numId w:val="10"/>
              </w:numPr>
              <w:spacing w:after="0"/>
              <w:rPr>
                <w:color w:val="1D1B11" w:themeColor="background2" w:themeShade="1A"/>
                <w:szCs w:val="19"/>
              </w:rPr>
            </w:pPr>
            <w:r w:rsidRPr="00E86CCA">
              <w:rPr>
                <w:color w:val="1D1B11" w:themeColor="background2" w:themeShade="1A"/>
                <w:szCs w:val="19"/>
              </w:rPr>
              <w:t>Applicants may be required to provide a presentation on their application.</w:t>
            </w:r>
          </w:p>
          <w:p w14:paraId="39F6D621" w14:textId="1C15FE4D" w:rsidR="00082C53" w:rsidRDefault="00B46D20">
            <w:r w:rsidRPr="00E86CCA">
              <w:rPr>
                <w:b/>
                <w:bCs/>
                <w:color w:val="1D1B11" w:themeColor="background2" w:themeShade="1A"/>
                <w:szCs w:val="19"/>
              </w:rPr>
              <w:t>FCSS Mandate &amp; Accountability Framework:</w:t>
            </w:r>
            <w:r w:rsidRPr="00E86CCA">
              <w:rPr>
                <w:color w:val="1D1B11" w:themeColor="background2" w:themeShade="1A"/>
                <w:szCs w:val="19"/>
              </w:rPr>
              <w:br/>
            </w:r>
            <w:r w:rsidRPr="00E86CCA">
              <w:rPr>
                <w:color w:val="1D1B11" w:themeColor="background2" w:themeShade="1A"/>
                <w:szCs w:val="19"/>
              </w:rPr>
              <w:t>FCSS programs must be preventative in nature. Prevention is defined as a proactive process that strengthens the protective factors of individuals, families, and communities to promote well-being, reduce vulnerabilities, enhance quality of life, and empower them to meet the challenges of life.</w:t>
            </w:r>
            <w:r>
              <w:br/>
            </w:r>
            <w:r>
              <w:rPr>
                <w:i/>
                <w:color w:val="6C757D"/>
                <w:sz w:val="17"/>
              </w:rPr>
              <w:t>* Note: FCSS funding cannot be relied upon as ongoing organizational funding. Funding decisions are made annually based on the unique needs of each community.</w:t>
            </w:r>
          </w:p>
        </w:tc>
      </w:tr>
      <w:tr w:rsidR="00082C53" w14:paraId="26D0AD43" w14:textId="77777777" w:rsidTr="00CA7D9A">
        <w:trPr>
          <w:gridBefore w:val="1"/>
          <w:wBefore w:w="25" w:type="dxa"/>
          <w:jc w:val="center"/>
        </w:trPr>
        <w:tc>
          <w:tcPr>
            <w:tcW w:w="10151" w:type="dxa"/>
            <w:gridSpan w:val="2"/>
            <w:shd w:val="clear" w:color="auto" w:fill="1B365D"/>
          </w:tcPr>
          <w:p w14:paraId="387976D5" w14:textId="186BD20B" w:rsidR="00082C53" w:rsidRDefault="00B46D20">
            <w:r>
              <w:rPr>
                <w:b/>
                <w:color w:val="FFFFFF"/>
                <w:sz w:val="20"/>
              </w:rPr>
              <w:t>Agency and Grant Information</w:t>
            </w:r>
          </w:p>
        </w:tc>
      </w:tr>
      <w:tr w:rsidR="00082C53" w14:paraId="78DE26DD" w14:textId="77777777" w:rsidTr="00CA7D9A">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3163" w:type="dxa"/>
          </w:tcPr>
          <w:p w14:paraId="2E939BB0" w14:textId="77777777" w:rsidR="00082C53" w:rsidRDefault="00B46D20">
            <w:r>
              <w:rPr>
                <w:b/>
                <w:color w:val="495057"/>
              </w:rPr>
              <w:t>Agency Name:</w:t>
            </w:r>
          </w:p>
        </w:tc>
        <w:tc>
          <w:tcPr>
            <w:tcW w:w="6988" w:type="dxa"/>
          </w:tcPr>
          <w:p w14:paraId="6FC87930" w14:textId="77777777" w:rsidR="00082C53" w:rsidRDefault="00082C53"/>
        </w:tc>
      </w:tr>
      <w:tr w:rsidR="00082C53" w14:paraId="3054C124" w14:textId="77777777" w:rsidTr="00CA7D9A">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3163" w:type="dxa"/>
          </w:tcPr>
          <w:p w14:paraId="7D85D302" w14:textId="77777777" w:rsidR="00082C53" w:rsidRDefault="00B46D20">
            <w:r>
              <w:rPr>
                <w:b/>
                <w:color w:val="495057"/>
              </w:rPr>
              <w:t>Contact Person &amp; Title:</w:t>
            </w:r>
          </w:p>
        </w:tc>
        <w:tc>
          <w:tcPr>
            <w:tcW w:w="6988" w:type="dxa"/>
          </w:tcPr>
          <w:p w14:paraId="11FCF522" w14:textId="77777777" w:rsidR="00082C53" w:rsidRDefault="00082C53"/>
        </w:tc>
      </w:tr>
      <w:tr w:rsidR="00082C53" w14:paraId="4815FC1C" w14:textId="77777777" w:rsidTr="00CA7D9A">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3163" w:type="dxa"/>
          </w:tcPr>
          <w:p w14:paraId="3E8246DD" w14:textId="77777777" w:rsidR="00082C53" w:rsidRDefault="00B46D20">
            <w:r>
              <w:rPr>
                <w:b/>
                <w:color w:val="495057"/>
              </w:rPr>
              <w:t>Email Address &amp; Telephone:</w:t>
            </w:r>
          </w:p>
        </w:tc>
        <w:tc>
          <w:tcPr>
            <w:tcW w:w="6988" w:type="dxa"/>
          </w:tcPr>
          <w:p w14:paraId="26E55C63" w14:textId="77777777" w:rsidR="00082C53" w:rsidRDefault="00082C53"/>
        </w:tc>
      </w:tr>
      <w:tr w:rsidR="00082C53" w14:paraId="240630DB" w14:textId="77777777" w:rsidTr="00CA7D9A">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3163" w:type="dxa"/>
          </w:tcPr>
          <w:p w14:paraId="0E759637" w14:textId="77777777" w:rsidR="00082C53" w:rsidRDefault="00B46D20">
            <w:r>
              <w:rPr>
                <w:b/>
                <w:color w:val="495057"/>
              </w:rPr>
              <w:t>Mailing Address:</w:t>
            </w:r>
          </w:p>
        </w:tc>
        <w:tc>
          <w:tcPr>
            <w:tcW w:w="6988" w:type="dxa"/>
          </w:tcPr>
          <w:p w14:paraId="50107FDD" w14:textId="77777777" w:rsidR="00082C53" w:rsidRDefault="00082C53"/>
        </w:tc>
      </w:tr>
      <w:tr w:rsidR="00082C53" w14:paraId="674F9E06" w14:textId="77777777" w:rsidTr="00CA7D9A">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3163" w:type="dxa"/>
          </w:tcPr>
          <w:p w14:paraId="1C8D06CB" w14:textId="77777777" w:rsidR="00082C53" w:rsidRDefault="00B46D20">
            <w:r>
              <w:rPr>
                <w:b/>
                <w:color w:val="495057"/>
              </w:rPr>
              <w:t>Activity / Program Name:</w:t>
            </w:r>
          </w:p>
        </w:tc>
        <w:tc>
          <w:tcPr>
            <w:tcW w:w="6988" w:type="dxa"/>
          </w:tcPr>
          <w:p w14:paraId="694A6D4A" w14:textId="77777777" w:rsidR="00082C53" w:rsidRDefault="00082C53"/>
        </w:tc>
      </w:tr>
      <w:tr w:rsidR="00E86CCA" w14:paraId="007028DA" w14:textId="77777777" w:rsidTr="00D03276">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10151" w:type="dxa"/>
            <w:gridSpan w:val="2"/>
          </w:tcPr>
          <w:p w14:paraId="69DBE0AD" w14:textId="22648BC3" w:rsidR="00E86CCA" w:rsidRPr="00CA7D9A" w:rsidRDefault="00E86CCA" w:rsidP="00E86CCA">
            <w:pPr>
              <w:spacing w:before="160"/>
              <w:rPr>
                <w:i/>
                <w:iCs/>
              </w:rPr>
            </w:pPr>
            <w:r>
              <w:rPr>
                <w:b/>
              </w:rPr>
              <w:t>Select the Municipality that this funding</w:t>
            </w:r>
            <w:r w:rsidR="005375C1">
              <w:rPr>
                <w:b/>
              </w:rPr>
              <w:t xml:space="preserve"> application is </w:t>
            </w:r>
            <w:r>
              <w:rPr>
                <w:b/>
              </w:rPr>
              <w:t>for:</w:t>
            </w:r>
            <w:r w:rsidRPr="000A1F9A">
              <w:rPr>
                <w:bCs/>
                <w:i/>
                <w:iCs/>
              </w:rPr>
              <w:t xml:space="preserve"> if you are requesting funding for one program from multiple </w:t>
            </w:r>
            <w:proofErr w:type="gramStart"/>
            <w:r w:rsidRPr="000A1F9A">
              <w:rPr>
                <w:bCs/>
                <w:i/>
                <w:iCs/>
              </w:rPr>
              <w:t>municipalities</w:t>
            </w:r>
            <w:proofErr w:type="gramEnd"/>
            <w:r w:rsidRPr="000A1F9A">
              <w:rPr>
                <w:bCs/>
                <w:i/>
                <w:iCs/>
              </w:rPr>
              <w:t xml:space="preserve"> please fill out a </w:t>
            </w:r>
            <w:r w:rsidRPr="00AA4F4B">
              <w:rPr>
                <w:bCs/>
                <w:i/>
                <w:iCs/>
              </w:rPr>
              <w:t xml:space="preserve">separate </w:t>
            </w:r>
            <w:r w:rsidRPr="000A1F9A">
              <w:rPr>
                <w:bCs/>
                <w:i/>
                <w:iCs/>
              </w:rPr>
              <w:t>application.</w:t>
            </w:r>
          </w:p>
          <w:p w14:paraId="4CE5F54E" w14:textId="77777777" w:rsidR="00641265" w:rsidRDefault="00E86CCA" w:rsidP="00E86CCA">
            <w:proofErr w:type="gramStart"/>
            <w:r>
              <w:t>[  ]</w:t>
            </w:r>
            <w:proofErr w:type="gramEnd"/>
            <w:r>
              <w:t xml:space="preserve"> Town of Olds      </w:t>
            </w:r>
            <w:proofErr w:type="gramStart"/>
            <w:r>
              <w:t xml:space="preserve">   [  ]</w:t>
            </w:r>
            <w:proofErr w:type="gramEnd"/>
            <w:r>
              <w:t xml:space="preserve"> Town of Didsbury      </w:t>
            </w:r>
            <w:proofErr w:type="gramStart"/>
            <w:r>
              <w:t xml:space="preserve">   [  ]</w:t>
            </w:r>
            <w:proofErr w:type="gramEnd"/>
            <w:r>
              <w:t xml:space="preserve"> Town of Carstairs    </w:t>
            </w:r>
          </w:p>
          <w:p w14:paraId="33473081" w14:textId="771752A1" w:rsidR="00E86CCA" w:rsidRDefault="00E86CCA" w:rsidP="00E86CCA">
            <w:proofErr w:type="gramStart"/>
            <w:r>
              <w:t>[  ]</w:t>
            </w:r>
            <w:proofErr w:type="gramEnd"/>
            <w:r>
              <w:t xml:space="preserve"> Village of Cremona      </w:t>
            </w:r>
            <w:proofErr w:type="gramStart"/>
            <w:r>
              <w:t xml:space="preserve">   [  ]</w:t>
            </w:r>
            <w:proofErr w:type="gramEnd"/>
            <w:r>
              <w:t xml:space="preserve"> Mountain View County</w:t>
            </w:r>
          </w:p>
          <w:p w14:paraId="1D87B549" w14:textId="5A9D9F98" w:rsidR="005375C1" w:rsidRDefault="005375C1" w:rsidP="005375C1">
            <w:pPr>
              <w:rPr>
                <w:b/>
                <w:bCs/>
              </w:rPr>
            </w:pPr>
            <w:r>
              <w:rPr>
                <w:b/>
                <w:bCs/>
              </w:rPr>
              <w:t xml:space="preserve">Are you applying for funding from additional municipalities for this program? </w:t>
            </w:r>
            <w:proofErr w:type="gramStart"/>
            <w:r>
              <w:t>[  ]</w:t>
            </w:r>
            <w:proofErr w:type="gramEnd"/>
            <w:r>
              <w:t xml:space="preserve"> Yes </w:t>
            </w:r>
            <w:proofErr w:type="gramStart"/>
            <w:r>
              <w:t xml:space="preserve">   [  ]</w:t>
            </w:r>
            <w:proofErr w:type="gramEnd"/>
            <w:r>
              <w:t xml:space="preserve"> No</w:t>
            </w:r>
          </w:p>
          <w:p w14:paraId="31423A12" w14:textId="59B025F3" w:rsidR="005375C1" w:rsidRPr="00AA4F4B" w:rsidRDefault="005375C1" w:rsidP="005375C1">
            <w:pPr>
              <w:rPr>
                <w:b/>
                <w:bCs/>
              </w:rPr>
            </w:pPr>
            <w:r w:rsidRPr="00AA4F4B">
              <w:rPr>
                <w:b/>
                <w:bCs/>
              </w:rPr>
              <w:t xml:space="preserve"> if Yes, Which municipality?</w:t>
            </w:r>
            <w:r w:rsidRPr="00AA4F4B">
              <w:t xml:space="preserve">                        </w:t>
            </w:r>
          </w:p>
          <w:p w14:paraId="4D1C9A22" w14:textId="77777777" w:rsidR="00E86CCA" w:rsidRDefault="00E86CCA" w:rsidP="00E86CCA">
            <w:r w:rsidRPr="00641265">
              <w:rPr>
                <w:b/>
                <w:bCs/>
              </w:rPr>
              <w:t>Is your organization a registered non-profit?</w:t>
            </w:r>
            <w:r>
              <w:t xml:space="preserve">  </w:t>
            </w:r>
            <w:proofErr w:type="gramStart"/>
            <w:r>
              <w:t>[  ]</w:t>
            </w:r>
            <w:proofErr w:type="gramEnd"/>
            <w:r>
              <w:t xml:space="preserve"> Yes </w:t>
            </w:r>
            <w:proofErr w:type="gramStart"/>
            <w:r>
              <w:t xml:space="preserve">   [  ]</w:t>
            </w:r>
            <w:proofErr w:type="gramEnd"/>
            <w:r>
              <w:t xml:space="preserve"> No</w:t>
            </w:r>
          </w:p>
          <w:p w14:paraId="25B4B407" w14:textId="77777777" w:rsidR="00E86CCA" w:rsidRDefault="00E86CCA">
            <w:r w:rsidRPr="00641265">
              <w:rPr>
                <w:b/>
                <w:bCs/>
              </w:rPr>
              <w:t>If you do not receive full funding, will your organization continue with your program?</w:t>
            </w:r>
            <w:r>
              <w:t xml:space="preserve">  </w:t>
            </w:r>
            <w:proofErr w:type="gramStart"/>
            <w:r>
              <w:t>[  ]</w:t>
            </w:r>
            <w:proofErr w:type="gramEnd"/>
            <w:r>
              <w:t xml:space="preserve"> Yes </w:t>
            </w:r>
            <w:proofErr w:type="gramStart"/>
            <w:r>
              <w:t xml:space="preserve">   [  ]</w:t>
            </w:r>
            <w:proofErr w:type="gramEnd"/>
            <w:r>
              <w:t xml:space="preserve"> No</w:t>
            </w:r>
          </w:p>
          <w:p w14:paraId="55C1A1FC" w14:textId="364A5AAD" w:rsidR="00AA4F4B" w:rsidRPr="001F3D7E" w:rsidRDefault="00AA4F4B"/>
        </w:tc>
      </w:tr>
      <w:tr w:rsidR="002E5B24" w14:paraId="07CB3F17" w14:textId="77777777" w:rsidTr="00D03276">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10151" w:type="dxa"/>
            <w:gridSpan w:val="2"/>
          </w:tcPr>
          <w:p w14:paraId="72A01908" w14:textId="12C99596" w:rsidR="002E5B24" w:rsidRDefault="002E5B24">
            <w:pPr>
              <w:rPr>
                <w:b/>
                <w:color w:val="495057"/>
              </w:rPr>
            </w:pPr>
            <w:r>
              <w:rPr>
                <w:b/>
                <w:color w:val="495057"/>
              </w:rPr>
              <w:lastRenderedPageBreak/>
              <w:t>Program Overview: Consider this the ‘WHAT’ and the ‘HOW’ of your program</w:t>
            </w:r>
            <w:r w:rsidR="00E86CCA">
              <w:rPr>
                <w:b/>
                <w:color w:val="495057"/>
              </w:rPr>
              <w:t>.</w:t>
            </w:r>
          </w:p>
          <w:p w14:paraId="6325353A" w14:textId="77777777" w:rsidR="002E5B24" w:rsidRDefault="002E5B24"/>
          <w:p w14:paraId="05097672" w14:textId="77777777" w:rsidR="002E5B24" w:rsidRDefault="002E5B24"/>
          <w:p w14:paraId="5B534977" w14:textId="77777777" w:rsidR="002E5B24" w:rsidRDefault="002E5B24"/>
          <w:p w14:paraId="751A2A07" w14:textId="00954221" w:rsidR="002E5B24" w:rsidRDefault="002E5B24"/>
        </w:tc>
      </w:tr>
      <w:tr w:rsidR="002E5B24" w14:paraId="1FB3C3B7" w14:textId="77777777" w:rsidTr="00D03276">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10151" w:type="dxa"/>
            <w:gridSpan w:val="2"/>
          </w:tcPr>
          <w:p w14:paraId="6C75C2B4" w14:textId="64B381F3" w:rsidR="002E5B24" w:rsidRDefault="002E5B24">
            <w:pPr>
              <w:rPr>
                <w:i/>
                <w:iCs/>
                <w:color w:val="1D1B11" w:themeColor="background2" w:themeShade="1A"/>
                <w:szCs w:val="19"/>
              </w:rPr>
            </w:pPr>
            <w:r>
              <w:rPr>
                <w:b/>
                <w:color w:val="495057"/>
              </w:rPr>
              <w:t xml:space="preserve">When is this program taking place? </w:t>
            </w:r>
            <w:r w:rsidRPr="00E86CCA">
              <w:rPr>
                <w:i/>
                <w:iCs/>
                <w:color w:val="1D1B11" w:themeColor="background2" w:themeShade="1A"/>
                <w:szCs w:val="19"/>
              </w:rPr>
              <w:t>Is it daily/monthly/weekly/yearly? How long is each ‘session’?</w:t>
            </w:r>
            <w:r w:rsidR="005375C1">
              <w:rPr>
                <w:i/>
                <w:iCs/>
                <w:color w:val="1D1B11" w:themeColor="background2" w:themeShade="1A"/>
                <w:szCs w:val="19"/>
              </w:rPr>
              <w:t xml:space="preserve"> Please include ses</w:t>
            </w:r>
            <w:r w:rsidR="00AA4F4B">
              <w:rPr>
                <w:i/>
                <w:iCs/>
                <w:color w:val="1D1B11" w:themeColor="background2" w:themeShade="1A"/>
                <w:szCs w:val="19"/>
              </w:rPr>
              <w:t>sions that will be held outside of this municipality.</w:t>
            </w:r>
            <w:r w:rsidR="005375C1">
              <w:rPr>
                <w:i/>
                <w:iCs/>
                <w:color w:val="1D1B11" w:themeColor="background2" w:themeShade="1A"/>
                <w:szCs w:val="19"/>
              </w:rPr>
              <w:t xml:space="preserve"> </w:t>
            </w:r>
          </w:p>
          <w:tbl>
            <w:tblPr>
              <w:tblW w:w="0" w:type="auto"/>
              <w:jc w:val="center"/>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Look w:val="04A0" w:firstRow="1" w:lastRow="0" w:firstColumn="1" w:lastColumn="0" w:noHBand="0" w:noVBand="1"/>
            </w:tblPr>
            <w:tblGrid>
              <w:gridCol w:w="5388"/>
              <w:gridCol w:w="2792"/>
            </w:tblGrid>
            <w:tr w:rsidR="00624858" w14:paraId="48B05969" w14:textId="77777777" w:rsidTr="00C24AC3">
              <w:trPr>
                <w:jc w:val="center"/>
              </w:trPr>
              <w:tc>
                <w:tcPr>
                  <w:tcW w:w="5388" w:type="dxa"/>
                  <w:shd w:val="clear" w:color="auto" w:fill="F1F3F5"/>
                </w:tcPr>
                <w:p w14:paraId="70EAF944" w14:textId="77777777" w:rsidR="00624858" w:rsidRDefault="00624858" w:rsidP="00624858">
                  <w:pPr>
                    <w:jc w:val="center"/>
                  </w:pPr>
                  <w:r>
                    <w:rPr>
                      <w:b/>
                    </w:rPr>
                    <w:t>Partner Municipality</w:t>
                  </w:r>
                </w:p>
              </w:tc>
              <w:tc>
                <w:tcPr>
                  <w:tcW w:w="2792" w:type="dxa"/>
                  <w:shd w:val="clear" w:color="auto" w:fill="F1F3F5"/>
                </w:tcPr>
                <w:p w14:paraId="016988C3" w14:textId="77777777" w:rsidR="00624858" w:rsidRDefault="00624858" w:rsidP="00624858">
                  <w:pPr>
                    <w:jc w:val="center"/>
                  </w:pPr>
                  <w:r>
                    <w:rPr>
                      <w:b/>
                    </w:rPr>
                    <w:t>Proposed Sessions</w:t>
                  </w:r>
                </w:p>
              </w:tc>
            </w:tr>
            <w:tr w:rsidR="00624858" w14:paraId="303E432F" w14:textId="77777777" w:rsidTr="00C24AC3">
              <w:trPr>
                <w:jc w:val="center"/>
              </w:trPr>
              <w:tc>
                <w:tcPr>
                  <w:tcW w:w="5388" w:type="dxa"/>
                </w:tcPr>
                <w:p w14:paraId="3062F04E" w14:textId="77777777" w:rsidR="00624858" w:rsidRDefault="00624858" w:rsidP="00624858">
                  <w:r>
                    <w:t>Town of Carstairs</w:t>
                  </w:r>
                </w:p>
              </w:tc>
              <w:tc>
                <w:tcPr>
                  <w:tcW w:w="2792" w:type="dxa"/>
                </w:tcPr>
                <w:p w14:paraId="5EA9B980" w14:textId="77777777" w:rsidR="00624858" w:rsidRDefault="00624858" w:rsidP="00624858"/>
              </w:tc>
            </w:tr>
            <w:tr w:rsidR="00624858" w14:paraId="0B45D61E" w14:textId="77777777" w:rsidTr="00C24AC3">
              <w:trPr>
                <w:jc w:val="center"/>
              </w:trPr>
              <w:tc>
                <w:tcPr>
                  <w:tcW w:w="5388" w:type="dxa"/>
                </w:tcPr>
                <w:p w14:paraId="5FA43A30" w14:textId="77777777" w:rsidR="00624858" w:rsidRDefault="00624858" w:rsidP="00624858">
                  <w:r>
                    <w:t>Village of Cremona</w:t>
                  </w:r>
                </w:p>
              </w:tc>
              <w:tc>
                <w:tcPr>
                  <w:tcW w:w="2792" w:type="dxa"/>
                </w:tcPr>
                <w:p w14:paraId="3A5934A8" w14:textId="77777777" w:rsidR="00624858" w:rsidRDefault="00624858" w:rsidP="00624858"/>
              </w:tc>
            </w:tr>
            <w:tr w:rsidR="00624858" w14:paraId="264341CB" w14:textId="77777777" w:rsidTr="00C24AC3">
              <w:trPr>
                <w:jc w:val="center"/>
              </w:trPr>
              <w:tc>
                <w:tcPr>
                  <w:tcW w:w="5388" w:type="dxa"/>
                </w:tcPr>
                <w:p w14:paraId="11340283" w14:textId="77777777" w:rsidR="00624858" w:rsidRDefault="00624858" w:rsidP="00624858">
                  <w:r>
                    <w:t>Town of Didsbury</w:t>
                  </w:r>
                </w:p>
              </w:tc>
              <w:tc>
                <w:tcPr>
                  <w:tcW w:w="2792" w:type="dxa"/>
                </w:tcPr>
                <w:p w14:paraId="13510541" w14:textId="77777777" w:rsidR="00624858" w:rsidRDefault="00624858" w:rsidP="00624858"/>
              </w:tc>
            </w:tr>
            <w:tr w:rsidR="00624858" w14:paraId="20E33D51" w14:textId="77777777" w:rsidTr="00C24AC3">
              <w:trPr>
                <w:jc w:val="center"/>
              </w:trPr>
              <w:tc>
                <w:tcPr>
                  <w:tcW w:w="5388" w:type="dxa"/>
                </w:tcPr>
                <w:p w14:paraId="7D3FBE8B" w14:textId="77777777" w:rsidR="00624858" w:rsidRDefault="00624858" w:rsidP="00624858">
                  <w:r>
                    <w:t>Town of Olds</w:t>
                  </w:r>
                </w:p>
              </w:tc>
              <w:tc>
                <w:tcPr>
                  <w:tcW w:w="2792" w:type="dxa"/>
                </w:tcPr>
                <w:p w14:paraId="117DC45F" w14:textId="77777777" w:rsidR="00624858" w:rsidRDefault="00624858" w:rsidP="00624858"/>
              </w:tc>
            </w:tr>
            <w:tr w:rsidR="00624858" w14:paraId="4F037C13" w14:textId="77777777" w:rsidTr="00C24AC3">
              <w:trPr>
                <w:jc w:val="center"/>
              </w:trPr>
              <w:tc>
                <w:tcPr>
                  <w:tcW w:w="5388" w:type="dxa"/>
                </w:tcPr>
                <w:p w14:paraId="48B406DF" w14:textId="77777777" w:rsidR="00624858" w:rsidRDefault="00624858" w:rsidP="00624858">
                  <w:r>
                    <w:t>Mountain View County</w:t>
                  </w:r>
                </w:p>
              </w:tc>
              <w:tc>
                <w:tcPr>
                  <w:tcW w:w="2792" w:type="dxa"/>
                </w:tcPr>
                <w:p w14:paraId="3D786690" w14:textId="77777777" w:rsidR="00624858" w:rsidRDefault="00624858" w:rsidP="00624858"/>
              </w:tc>
            </w:tr>
          </w:tbl>
          <w:p w14:paraId="428484E4" w14:textId="77777777" w:rsidR="00624858" w:rsidRPr="000478BD" w:rsidRDefault="00624858">
            <w:pPr>
              <w:rPr>
                <w:color w:val="1D1B11" w:themeColor="background2" w:themeShade="1A"/>
                <w:sz w:val="24"/>
                <w:szCs w:val="24"/>
              </w:rPr>
            </w:pPr>
          </w:p>
          <w:p w14:paraId="06E52471" w14:textId="068C1DCB" w:rsidR="00E86CCA" w:rsidRDefault="00E86CCA">
            <w:pPr>
              <w:rPr>
                <w:b/>
                <w:color w:val="495057"/>
              </w:rPr>
            </w:pPr>
          </w:p>
        </w:tc>
      </w:tr>
      <w:tr w:rsidR="002E5B24" w14:paraId="6DF50B61" w14:textId="77777777" w:rsidTr="00D03276">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10151" w:type="dxa"/>
            <w:gridSpan w:val="2"/>
          </w:tcPr>
          <w:p w14:paraId="21635601" w14:textId="54C9DDCD" w:rsidR="002E5B24" w:rsidRDefault="002E5B24" w:rsidP="002E5B24">
            <w:pPr>
              <w:rPr>
                <w:i/>
                <w:iCs/>
                <w:szCs w:val="19"/>
              </w:rPr>
            </w:pPr>
            <w:r w:rsidRPr="00641265">
              <w:rPr>
                <w:b/>
                <w:i/>
                <w:color w:val="1D1B11" w:themeColor="background2" w:themeShade="1A"/>
                <w:szCs w:val="19"/>
              </w:rPr>
              <w:t>What</w:t>
            </w:r>
            <w:r w:rsidRPr="00641265">
              <w:rPr>
                <w:i/>
                <w:color w:val="1D1B11" w:themeColor="background2" w:themeShade="1A"/>
                <w:szCs w:val="19"/>
              </w:rPr>
              <w:t xml:space="preserve"> is </w:t>
            </w:r>
            <w:proofErr w:type="gramStart"/>
            <w:r w:rsidRPr="00641265">
              <w:rPr>
                <w:i/>
                <w:color w:val="1D1B11" w:themeColor="background2" w:themeShade="1A"/>
                <w:szCs w:val="19"/>
              </w:rPr>
              <w:t>actually taking</w:t>
            </w:r>
            <w:proofErr w:type="gramEnd"/>
            <w:r w:rsidRPr="00641265">
              <w:rPr>
                <w:i/>
                <w:color w:val="1D1B11" w:themeColor="background2" w:themeShade="1A"/>
                <w:szCs w:val="19"/>
              </w:rPr>
              <w:t xml:space="preserve"> place in the program?</w:t>
            </w:r>
            <w:r w:rsidRPr="00641265">
              <w:rPr>
                <w:i/>
                <w:iCs/>
                <w:szCs w:val="19"/>
              </w:rPr>
              <w:t xml:space="preserve"> Example:</w:t>
            </w:r>
            <w:r w:rsidRPr="00641265">
              <w:rPr>
                <w:szCs w:val="19"/>
              </w:rPr>
              <w:t xml:space="preserve"> </w:t>
            </w:r>
            <w:r w:rsidRPr="00641265">
              <w:rPr>
                <w:i/>
                <w:iCs/>
                <w:szCs w:val="19"/>
              </w:rPr>
              <w:t>"By running a weekly budget-coaching circle, we are giving young families the life skills and financial literacy (FCSS Strategy) needed to prevent housing crisis and build long-term independence (Priority)."</w:t>
            </w:r>
          </w:p>
          <w:p w14:paraId="72653985" w14:textId="77777777" w:rsidR="00641265" w:rsidRPr="00E86CCA" w:rsidRDefault="00641265" w:rsidP="002E5B24">
            <w:pPr>
              <w:rPr>
                <w:i/>
                <w:iCs/>
                <w:szCs w:val="19"/>
              </w:rPr>
            </w:pPr>
          </w:p>
          <w:p w14:paraId="410167B9" w14:textId="77777777" w:rsidR="002E5B24" w:rsidRDefault="002E5B24">
            <w:pPr>
              <w:rPr>
                <w:b/>
                <w:color w:val="495057"/>
              </w:rPr>
            </w:pPr>
          </w:p>
        </w:tc>
      </w:tr>
      <w:tr w:rsidR="00A25E6F" w14:paraId="1A005BAE" w14:textId="77777777" w:rsidTr="00D03276">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10151" w:type="dxa"/>
            <w:gridSpan w:val="2"/>
          </w:tcPr>
          <w:p w14:paraId="0629B490" w14:textId="77777777" w:rsidR="00A25E6F" w:rsidRDefault="00A25E6F" w:rsidP="002E5B24">
            <w:pPr>
              <w:rPr>
                <w:bCs/>
                <w:iCs/>
                <w:color w:val="1D1B11" w:themeColor="background2" w:themeShade="1A"/>
                <w:szCs w:val="19"/>
              </w:rPr>
            </w:pPr>
            <w:r>
              <w:rPr>
                <w:b/>
                <w:iCs/>
                <w:color w:val="1D1B11" w:themeColor="background2" w:themeShade="1A"/>
                <w:szCs w:val="19"/>
              </w:rPr>
              <w:t xml:space="preserve">Who – </w:t>
            </w:r>
            <w:r w:rsidRPr="00A25E6F">
              <w:rPr>
                <w:bCs/>
                <w:i/>
                <w:color w:val="1D1B11" w:themeColor="background2" w:themeShade="1A"/>
                <w:szCs w:val="19"/>
              </w:rPr>
              <w:t>Who is the Target Group of the program?</w:t>
            </w:r>
          </w:p>
          <w:p w14:paraId="5C3163E6" w14:textId="77777777" w:rsidR="00A25E6F" w:rsidRDefault="00A25E6F" w:rsidP="002E5B24">
            <w:pPr>
              <w:rPr>
                <w:bCs/>
                <w:iCs/>
                <w:color w:val="1D1B11" w:themeColor="background2" w:themeShade="1A"/>
                <w:szCs w:val="19"/>
              </w:rPr>
            </w:pPr>
            <w:proofErr w:type="gramStart"/>
            <w:r>
              <w:rPr>
                <w:bCs/>
                <w:iCs/>
                <w:color w:val="1D1B11" w:themeColor="background2" w:themeShade="1A"/>
                <w:szCs w:val="19"/>
              </w:rPr>
              <w:t>[ ]</w:t>
            </w:r>
            <w:proofErr w:type="gramEnd"/>
            <w:r>
              <w:rPr>
                <w:bCs/>
                <w:iCs/>
                <w:color w:val="1D1B11" w:themeColor="background2" w:themeShade="1A"/>
                <w:szCs w:val="19"/>
              </w:rPr>
              <w:t xml:space="preserve"> Children/Youth</w:t>
            </w:r>
          </w:p>
          <w:p w14:paraId="7753E6C3" w14:textId="77777777" w:rsidR="00A25E6F" w:rsidRDefault="00A25E6F" w:rsidP="002E5B24">
            <w:pPr>
              <w:rPr>
                <w:bCs/>
                <w:iCs/>
                <w:color w:val="1D1B11" w:themeColor="background2" w:themeShade="1A"/>
                <w:szCs w:val="19"/>
              </w:rPr>
            </w:pPr>
            <w:proofErr w:type="gramStart"/>
            <w:r>
              <w:rPr>
                <w:bCs/>
                <w:iCs/>
                <w:color w:val="1D1B11" w:themeColor="background2" w:themeShade="1A"/>
                <w:szCs w:val="19"/>
              </w:rPr>
              <w:t>[ ]</w:t>
            </w:r>
            <w:proofErr w:type="gramEnd"/>
            <w:r>
              <w:rPr>
                <w:bCs/>
                <w:iCs/>
                <w:color w:val="1D1B11" w:themeColor="background2" w:themeShade="1A"/>
                <w:szCs w:val="19"/>
              </w:rPr>
              <w:t xml:space="preserve"> Adults</w:t>
            </w:r>
          </w:p>
          <w:p w14:paraId="5B0D26AF" w14:textId="77777777" w:rsidR="00A25E6F" w:rsidRDefault="00A25E6F" w:rsidP="002E5B24">
            <w:pPr>
              <w:rPr>
                <w:bCs/>
                <w:iCs/>
                <w:color w:val="1D1B11" w:themeColor="background2" w:themeShade="1A"/>
                <w:szCs w:val="19"/>
              </w:rPr>
            </w:pPr>
            <w:proofErr w:type="gramStart"/>
            <w:r>
              <w:rPr>
                <w:bCs/>
                <w:iCs/>
                <w:color w:val="1D1B11" w:themeColor="background2" w:themeShade="1A"/>
                <w:szCs w:val="19"/>
              </w:rPr>
              <w:t>[ ]</w:t>
            </w:r>
            <w:proofErr w:type="gramEnd"/>
            <w:r>
              <w:rPr>
                <w:bCs/>
                <w:iCs/>
                <w:color w:val="1D1B11" w:themeColor="background2" w:themeShade="1A"/>
                <w:szCs w:val="19"/>
              </w:rPr>
              <w:t xml:space="preserve"> Seniors</w:t>
            </w:r>
          </w:p>
          <w:p w14:paraId="128C41FA" w14:textId="77777777" w:rsidR="00A25E6F" w:rsidRDefault="00A25E6F" w:rsidP="002E5B24">
            <w:pPr>
              <w:rPr>
                <w:bCs/>
                <w:iCs/>
                <w:color w:val="1D1B11" w:themeColor="background2" w:themeShade="1A"/>
                <w:szCs w:val="19"/>
              </w:rPr>
            </w:pPr>
            <w:proofErr w:type="gramStart"/>
            <w:r>
              <w:rPr>
                <w:bCs/>
                <w:iCs/>
                <w:color w:val="1D1B11" w:themeColor="background2" w:themeShade="1A"/>
                <w:szCs w:val="19"/>
              </w:rPr>
              <w:t>[ ]</w:t>
            </w:r>
            <w:proofErr w:type="gramEnd"/>
            <w:r>
              <w:rPr>
                <w:bCs/>
                <w:iCs/>
                <w:color w:val="1D1B11" w:themeColor="background2" w:themeShade="1A"/>
                <w:szCs w:val="19"/>
              </w:rPr>
              <w:t xml:space="preserve"> Family </w:t>
            </w:r>
          </w:p>
          <w:p w14:paraId="554D8551" w14:textId="55B529B6" w:rsidR="00A25E6F" w:rsidRPr="00A25E6F" w:rsidRDefault="00A25E6F" w:rsidP="002E5B24">
            <w:pPr>
              <w:rPr>
                <w:bCs/>
                <w:iCs/>
                <w:color w:val="1D1B11" w:themeColor="background2" w:themeShade="1A"/>
                <w:szCs w:val="19"/>
              </w:rPr>
            </w:pPr>
            <w:proofErr w:type="gramStart"/>
            <w:r>
              <w:rPr>
                <w:bCs/>
                <w:iCs/>
                <w:color w:val="1D1B11" w:themeColor="background2" w:themeShade="1A"/>
                <w:szCs w:val="19"/>
              </w:rPr>
              <w:t>[ ]</w:t>
            </w:r>
            <w:proofErr w:type="gramEnd"/>
            <w:r>
              <w:rPr>
                <w:bCs/>
                <w:iCs/>
                <w:color w:val="1D1B11" w:themeColor="background2" w:themeShade="1A"/>
                <w:szCs w:val="19"/>
              </w:rPr>
              <w:t xml:space="preserve"> Community</w:t>
            </w:r>
          </w:p>
        </w:tc>
      </w:tr>
      <w:tr w:rsidR="00A25E6F" w14:paraId="608FA4E0" w14:textId="77777777" w:rsidTr="00D03276">
        <w:tblPrEx>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PrEx>
        <w:trPr>
          <w:gridBefore w:val="1"/>
          <w:wBefore w:w="25" w:type="dxa"/>
          <w:jc w:val="center"/>
        </w:trPr>
        <w:tc>
          <w:tcPr>
            <w:tcW w:w="10151" w:type="dxa"/>
            <w:gridSpan w:val="2"/>
          </w:tcPr>
          <w:p w14:paraId="01F75F17" w14:textId="77777777" w:rsidR="00A25E6F" w:rsidRDefault="00A25E6F" w:rsidP="002E5B24">
            <w:pPr>
              <w:rPr>
                <w:bCs/>
                <w:i/>
                <w:color w:val="1D1B11" w:themeColor="background2" w:themeShade="1A"/>
                <w:szCs w:val="19"/>
              </w:rPr>
            </w:pPr>
            <w:r>
              <w:rPr>
                <w:b/>
                <w:iCs/>
                <w:color w:val="1D1B11" w:themeColor="background2" w:themeShade="1A"/>
                <w:szCs w:val="19"/>
              </w:rPr>
              <w:t xml:space="preserve">Community Partnerships- </w:t>
            </w:r>
            <w:r w:rsidRPr="00A25E6F">
              <w:rPr>
                <w:bCs/>
                <w:i/>
                <w:color w:val="1D1B11" w:themeColor="background2" w:themeShade="1A"/>
                <w:szCs w:val="19"/>
              </w:rPr>
              <w:t>Who and what resource does each Partner bring to the program?</w:t>
            </w:r>
          </w:p>
          <w:p w14:paraId="63509034" w14:textId="77777777" w:rsidR="00A25E6F" w:rsidRPr="00A25E6F" w:rsidRDefault="00A25E6F" w:rsidP="002E5B24">
            <w:pPr>
              <w:rPr>
                <w:bCs/>
                <w:iCs/>
                <w:color w:val="1D1B11" w:themeColor="background2" w:themeShade="1A"/>
                <w:szCs w:val="19"/>
              </w:rPr>
            </w:pPr>
          </w:p>
          <w:p w14:paraId="0DFDE6E5" w14:textId="66E8CBAF" w:rsidR="00A25E6F" w:rsidRPr="00A25E6F" w:rsidRDefault="00A25E6F" w:rsidP="002E5B24">
            <w:pPr>
              <w:rPr>
                <w:b/>
                <w:iCs/>
                <w:color w:val="1D1B11" w:themeColor="background2" w:themeShade="1A"/>
                <w:szCs w:val="19"/>
              </w:rPr>
            </w:pPr>
          </w:p>
        </w:tc>
      </w:tr>
    </w:tbl>
    <w:p w14:paraId="68912ABB" w14:textId="58B0074C" w:rsidR="00082C53" w:rsidRDefault="00082C53"/>
    <w:tbl>
      <w:tblPr>
        <w:tblW w:w="0" w:type="auto"/>
        <w:jc w:val="center"/>
        <w:tblLook w:val="04A0" w:firstRow="1" w:lastRow="0" w:firstColumn="1" w:lastColumn="0" w:noHBand="0" w:noVBand="1"/>
      </w:tblPr>
      <w:tblGrid>
        <w:gridCol w:w="10181"/>
      </w:tblGrid>
      <w:tr w:rsidR="00082C53" w14:paraId="520E9EBE" w14:textId="77777777">
        <w:trPr>
          <w:jc w:val="center"/>
        </w:trPr>
        <w:tc>
          <w:tcPr>
            <w:tcW w:w="10181" w:type="dxa"/>
            <w:shd w:val="clear" w:color="auto" w:fill="1B365D"/>
          </w:tcPr>
          <w:p w14:paraId="2692352C" w14:textId="1FD8508D" w:rsidR="001D5BE4" w:rsidRPr="001D5BE4" w:rsidRDefault="00E86CCA">
            <w:pPr>
              <w:rPr>
                <w:b/>
                <w:color w:val="FFFFFF"/>
                <w:sz w:val="20"/>
              </w:rPr>
            </w:pPr>
            <w:r>
              <w:rPr>
                <w:b/>
                <w:color w:val="FFFFFF"/>
                <w:sz w:val="20"/>
              </w:rPr>
              <w:t xml:space="preserve">Prevention Priority and Strategy </w:t>
            </w:r>
          </w:p>
        </w:tc>
      </w:tr>
    </w:tbl>
    <w:p w14:paraId="15ECBCFD" w14:textId="77777777" w:rsidR="00082C53" w:rsidRDefault="00B46D20">
      <w:r>
        <w:rPr>
          <w:b/>
        </w:rPr>
        <w:t>Provincial Prevention Priority (Select ONE primary focus area):</w:t>
      </w:r>
    </w:p>
    <w:p w14:paraId="361AE0D8" w14:textId="77777777" w:rsidR="00082C53" w:rsidRDefault="00B46D20">
      <w:proofErr w:type="gramStart"/>
      <w:r>
        <w:t>[  ]</w:t>
      </w:r>
      <w:proofErr w:type="gramEnd"/>
      <w:r>
        <w:t xml:space="preserve"> Homelessness and Housing Insecurity (Focusing on early intervention, independent living skills, budgeting)</w:t>
      </w:r>
    </w:p>
    <w:p w14:paraId="40309B61" w14:textId="77777777" w:rsidR="00082C53" w:rsidRDefault="00B46D20">
      <w:proofErr w:type="gramStart"/>
      <w:r>
        <w:t>[  ]</w:t>
      </w:r>
      <w:proofErr w:type="gramEnd"/>
      <w:r>
        <w:t xml:space="preserve"> Mental Health and Addictions (Building personal coping mechanisms, resilience, early education)</w:t>
      </w:r>
    </w:p>
    <w:p w14:paraId="23C5BB12" w14:textId="77777777" w:rsidR="00082C53" w:rsidRDefault="00B46D20">
      <w:proofErr w:type="gramStart"/>
      <w:r>
        <w:lastRenderedPageBreak/>
        <w:t>[  ]</w:t>
      </w:r>
      <w:proofErr w:type="gramEnd"/>
      <w:r>
        <w:t xml:space="preserve"> Employment (</w:t>
      </w:r>
      <w:proofErr w:type="gramStart"/>
      <w:r>
        <w:t>Pre-employment</w:t>
      </w:r>
      <w:proofErr w:type="gramEnd"/>
      <w:r>
        <w:t xml:space="preserve"> skills, life skills, social readiness)</w:t>
      </w:r>
    </w:p>
    <w:p w14:paraId="73A66B6A" w14:textId="77777777" w:rsidR="00082C53" w:rsidRDefault="00B46D20">
      <w:proofErr w:type="gramStart"/>
      <w:r>
        <w:t>[  ]</w:t>
      </w:r>
      <w:proofErr w:type="gramEnd"/>
      <w:r>
        <w:t xml:space="preserve"> Family and Sexual Violence (Healthy relationships, parenting skills, early childhood emotional development)</w:t>
      </w:r>
    </w:p>
    <w:p w14:paraId="5273C575" w14:textId="77777777" w:rsidR="00082C53" w:rsidRDefault="00B46D20">
      <w:proofErr w:type="gramStart"/>
      <w:r>
        <w:t>[  ]</w:t>
      </w:r>
      <w:proofErr w:type="gramEnd"/>
      <w:r>
        <w:t xml:space="preserve"> Aging Well in Community (Social inclusion, reducing isolation, independent living support)</w:t>
      </w:r>
    </w:p>
    <w:p w14:paraId="4A3B97EB" w14:textId="77777777" w:rsidR="00AE7441" w:rsidRDefault="00AE7441"/>
    <w:p w14:paraId="3E6AEE66" w14:textId="677244C7" w:rsidR="00082C53" w:rsidRDefault="00B46D20">
      <w:pPr>
        <w:spacing w:before="160"/>
      </w:pPr>
      <w:r>
        <w:rPr>
          <w:b/>
        </w:rPr>
        <w:t>FCSS Prevention Strategy Selection (Select all that align directly):</w:t>
      </w:r>
    </w:p>
    <w:p w14:paraId="2748912E" w14:textId="77777777" w:rsidR="00082C53" w:rsidRDefault="00B46D20">
      <w:proofErr w:type="gramStart"/>
      <w:r>
        <w:t>[  ]</w:t>
      </w:r>
      <w:proofErr w:type="gramEnd"/>
      <w:r>
        <w:t xml:space="preserve"> Develop and strengthen skills that build resilience (life skills, coping strategies, parenting education)</w:t>
      </w:r>
    </w:p>
    <w:p w14:paraId="25F64830" w14:textId="77777777" w:rsidR="00082C53" w:rsidRDefault="00B46D20">
      <w:proofErr w:type="gramStart"/>
      <w:r>
        <w:t>[  ]</w:t>
      </w:r>
      <w:proofErr w:type="gramEnd"/>
      <w:r>
        <w:t xml:space="preserve"> Enhance access to social supports (information, navigation support, resource connection)</w:t>
      </w:r>
    </w:p>
    <w:p w14:paraId="743C0EEF" w14:textId="77777777" w:rsidR="00082C53" w:rsidRDefault="00B46D20">
      <w:proofErr w:type="gramStart"/>
      <w:r>
        <w:t>[  ]</w:t>
      </w:r>
      <w:proofErr w:type="gramEnd"/>
      <w:r>
        <w:t xml:space="preserve"> Promote and encourage active engagement in the community (volunteering, community leadership)</w:t>
      </w:r>
    </w:p>
    <w:p w14:paraId="3F15DB30" w14:textId="77777777" w:rsidR="00082C53" w:rsidRDefault="00B46D20">
      <w:proofErr w:type="gramStart"/>
      <w:r>
        <w:t>[  ]</w:t>
      </w:r>
      <w:proofErr w:type="gramEnd"/>
      <w:r>
        <w:t xml:space="preserve"> Foster a sense of belonging (peer support, community gatherings)</w:t>
      </w:r>
    </w:p>
    <w:p w14:paraId="44869DB9" w14:textId="77777777" w:rsidR="00082C53" w:rsidRDefault="00B46D20">
      <w:proofErr w:type="gramStart"/>
      <w:r>
        <w:t>[  ]</w:t>
      </w:r>
      <w:proofErr w:type="gramEnd"/>
      <w:r>
        <w:t xml:space="preserve"> Promote social inclusion (reducing barriers for isolated individuals)</w:t>
      </w:r>
    </w:p>
    <w:p w14:paraId="7B2D5C52" w14:textId="04A33B2E" w:rsidR="00082C53" w:rsidRDefault="00B46D20" w:rsidP="002E5B24">
      <w:proofErr w:type="gramStart"/>
      <w:r>
        <w:t>[  ]</w:t>
      </w:r>
      <w:proofErr w:type="gramEnd"/>
      <w:r>
        <w:t xml:space="preserve"> Develop and maintain healthy relationships (conflict resolution, mentorship, healthy boundaries)</w:t>
      </w:r>
    </w:p>
    <w:p w14:paraId="5D15472A" w14:textId="77777777" w:rsidR="000A1F9A" w:rsidRDefault="000A1F9A" w:rsidP="002E5B24"/>
    <w:tbl>
      <w:tblPr>
        <w:tblW w:w="0" w:type="auto"/>
        <w:jc w:val="center"/>
        <w:tblLook w:val="04A0" w:firstRow="1" w:lastRow="0" w:firstColumn="1" w:lastColumn="0" w:noHBand="0" w:noVBand="1"/>
      </w:tblPr>
      <w:tblGrid>
        <w:gridCol w:w="10181"/>
      </w:tblGrid>
      <w:tr w:rsidR="00082C53" w14:paraId="088B8803" w14:textId="77777777">
        <w:trPr>
          <w:jc w:val="center"/>
        </w:trPr>
        <w:tc>
          <w:tcPr>
            <w:tcW w:w="10181" w:type="dxa"/>
            <w:shd w:val="clear" w:color="auto" w:fill="1B365D"/>
          </w:tcPr>
          <w:p w14:paraId="026A17D5" w14:textId="45412FD1" w:rsidR="00082C53" w:rsidRDefault="00B46D20">
            <w:pPr>
              <w:rPr>
                <w:b/>
                <w:color w:val="FFFFFF"/>
                <w:sz w:val="20"/>
              </w:rPr>
            </w:pPr>
            <w:r>
              <w:rPr>
                <w:b/>
                <w:color w:val="FFFFFF"/>
                <w:sz w:val="20"/>
              </w:rPr>
              <w:t>Activity Classification</w:t>
            </w:r>
          </w:p>
          <w:p w14:paraId="163BA091" w14:textId="77B20F11" w:rsidR="001D5BE4" w:rsidRPr="001D5BE4" w:rsidRDefault="001D5BE4">
            <w:pPr>
              <w:rPr>
                <w:bCs/>
                <w:i/>
                <w:iCs/>
              </w:rPr>
            </w:pPr>
            <w:r w:rsidRPr="001D5BE4">
              <w:rPr>
                <w:bCs/>
                <w:i/>
                <w:iCs/>
                <w:color w:val="FFFFFF"/>
                <w:sz w:val="20"/>
              </w:rPr>
              <w:t xml:space="preserve">Refer to the ‘Application Guide’ for </w:t>
            </w:r>
            <w:proofErr w:type="gramStart"/>
            <w:r w:rsidRPr="001D5BE4">
              <w:rPr>
                <w:bCs/>
                <w:i/>
                <w:iCs/>
                <w:color w:val="FFFFFF"/>
                <w:sz w:val="20"/>
              </w:rPr>
              <w:t>a detailed</w:t>
            </w:r>
            <w:proofErr w:type="gramEnd"/>
            <w:r w:rsidRPr="001D5BE4">
              <w:rPr>
                <w:bCs/>
                <w:i/>
                <w:iCs/>
                <w:color w:val="FFFFFF"/>
                <w:sz w:val="20"/>
              </w:rPr>
              <w:t xml:space="preserve"> descriptions on each of the program subtypes</w:t>
            </w:r>
            <w:r w:rsidR="00887B61">
              <w:rPr>
                <w:bCs/>
                <w:i/>
                <w:iCs/>
                <w:color w:val="FFFFFF"/>
                <w:sz w:val="20"/>
              </w:rPr>
              <w:t>, found on the Mountain View County Website</w:t>
            </w:r>
          </w:p>
        </w:tc>
      </w:tr>
    </w:tbl>
    <w:p w14:paraId="66C892F7" w14:textId="60589353" w:rsidR="00E73A50" w:rsidRPr="00887B61" w:rsidRDefault="00D341C0" w:rsidP="00E73A50">
      <w:r w:rsidRPr="00D341C0">
        <w:t>Please review the three tables below and select the single classification that best fits your initiative.</w:t>
      </w:r>
    </w:p>
    <w:tbl>
      <w:tblPr>
        <w:tblpPr w:leftFromText="180" w:rightFromText="180" w:vertAnchor="text" w:horzAnchor="margin" w:tblpY="534"/>
        <w:tblW w:w="0" w:type="auto"/>
        <w:tblBorders>
          <w:top w:val="single" w:sz="4" w:space="0" w:color="CED4DA"/>
          <w:left w:val="single" w:sz="4" w:space="0" w:color="CED4DA"/>
          <w:bottom w:val="single" w:sz="4" w:space="0" w:color="CED4DA"/>
          <w:right w:val="single" w:sz="4" w:space="0" w:color="CED4DA"/>
          <w:insideH w:val="single" w:sz="4" w:space="0" w:color="CED4DA"/>
          <w:insideV w:val="single" w:sz="4" w:space="0" w:color="CED4DA"/>
        </w:tblBorders>
        <w:tblLook w:val="04A0" w:firstRow="1" w:lastRow="0" w:firstColumn="1" w:lastColumn="0" w:noHBand="0" w:noVBand="1"/>
      </w:tblPr>
      <w:tblGrid>
        <w:gridCol w:w="5086"/>
        <w:gridCol w:w="5085"/>
      </w:tblGrid>
      <w:tr w:rsidR="00E73A50" w:rsidRPr="00D341C0" w14:paraId="1634E62B" w14:textId="77777777" w:rsidTr="002E5B24">
        <w:tc>
          <w:tcPr>
            <w:tcW w:w="5086" w:type="dxa"/>
            <w:tcBorders>
              <w:top w:val="single" w:sz="4" w:space="0" w:color="CED4DA"/>
              <w:left w:val="single" w:sz="4" w:space="0" w:color="CED4DA"/>
              <w:bottom w:val="single" w:sz="4" w:space="0" w:color="CED4DA"/>
              <w:right w:val="single" w:sz="4" w:space="0" w:color="CED4DA"/>
            </w:tcBorders>
            <w:shd w:val="clear" w:color="auto" w:fill="F1F3F5"/>
            <w:hideMark/>
          </w:tcPr>
          <w:p w14:paraId="3A96ACD1" w14:textId="77777777" w:rsidR="00E73A50" w:rsidRPr="00D341C0" w:rsidRDefault="00E73A50" w:rsidP="00E73A50">
            <w:pPr>
              <w:keepNext/>
              <w:spacing w:before="280" w:after="120"/>
              <w:rPr>
                <w:b/>
                <w:bCs/>
              </w:rPr>
            </w:pPr>
            <w:r w:rsidRPr="00D341C0">
              <w:rPr>
                <w:b/>
                <w:bCs/>
              </w:rPr>
              <w:t>Main Program Type (Check One)</w:t>
            </w:r>
          </w:p>
        </w:tc>
        <w:tc>
          <w:tcPr>
            <w:tcW w:w="5085" w:type="dxa"/>
            <w:tcBorders>
              <w:top w:val="single" w:sz="4" w:space="0" w:color="CED4DA"/>
              <w:left w:val="single" w:sz="4" w:space="0" w:color="CED4DA"/>
              <w:bottom w:val="single" w:sz="4" w:space="0" w:color="CED4DA"/>
              <w:right w:val="single" w:sz="4" w:space="0" w:color="CED4DA"/>
            </w:tcBorders>
            <w:shd w:val="clear" w:color="auto" w:fill="F1F3F5"/>
            <w:hideMark/>
          </w:tcPr>
          <w:p w14:paraId="41708F43" w14:textId="43487B63" w:rsidR="00E73A50" w:rsidRPr="00D341C0" w:rsidRDefault="00E73A50" w:rsidP="00E73A50">
            <w:pPr>
              <w:keepNext/>
              <w:spacing w:before="280" w:after="120"/>
              <w:rPr>
                <w:b/>
                <w:bCs/>
              </w:rPr>
            </w:pPr>
            <w:r w:rsidRPr="00D341C0">
              <w:rPr>
                <w:b/>
                <w:bCs/>
              </w:rPr>
              <w:t>Program Subtypes (Circle One)</w:t>
            </w:r>
          </w:p>
        </w:tc>
      </w:tr>
      <w:tr w:rsidR="00E73A50" w:rsidRPr="00D341C0" w14:paraId="23DA080E" w14:textId="77777777" w:rsidTr="002E5B24">
        <w:tc>
          <w:tcPr>
            <w:tcW w:w="5086" w:type="dxa"/>
            <w:tcBorders>
              <w:top w:val="single" w:sz="4" w:space="0" w:color="CED4DA"/>
              <w:left w:val="single" w:sz="4" w:space="0" w:color="CED4DA"/>
              <w:bottom w:val="single" w:sz="4" w:space="0" w:color="CED4DA"/>
              <w:right w:val="single" w:sz="4" w:space="0" w:color="CED4DA"/>
            </w:tcBorders>
            <w:hideMark/>
          </w:tcPr>
          <w:p w14:paraId="066EB785" w14:textId="77777777" w:rsidR="00E73A50" w:rsidRPr="00D341C0" w:rsidRDefault="00E73A50" w:rsidP="00E73A50">
            <w:pPr>
              <w:keepNext/>
              <w:spacing w:before="280" w:after="120"/>
              <w:rPr>
                <w:b/>
                <w:bCs/>
              </w:rPr>
            </w:pPr>
            <w:proofErr w:type="gramStart"/>
            <w:r w:rsidRPr="00D341C0">
              <w:rPr>
                <w:b/>
                <w:bCs/>
              </w:rPr>
              <w:t>[  ]</w:t>
            </w:r>
            <w:proofErr w:type="gramEnd"/>
            <w:r w:rsidRPr="00D341C0">
              <w:rPr>
                <w:b/>
                <w:bCs/>
              </w:rPr>
              <w:t xml:space="preserve"> Skill Building Programs</w:t>
            </w:r>
          </w:p>
        </w:tc>
        <w:tc>
          <w:tcPr>
            <w:tcW w:w="5085" w:type="dxa"/>
            <w:tcBorders>
              <w:top w:val="single" w:sz="4" w:space="0" w:color="CED4DA"/>
              <w:left w:val="single" w:sz="4" w:space="0" w:color="CED4DA"/>
              <w:bottom w:val="single" w:sz="4" w:space="0" w:color="CED4DA"/>
              <w:right w:val="single" w:sz="4" w:space="0" w:color="CED4DA"/>
            </w:tcBorders>
            <w:hideMark/>
          </w:tcPr>
          <w:p w14:paraId="6083301F" w14:textId="77777777" w:rsidR="00E73A50" w:rsidRPr="00885DB9" w:rsidRDefault="00E73A50" w:rsidP="00E73A50">
            <w:pPr>
              <w:keepNext/>
              <w:spacing w:before="280" w:after="120"/>
            </w:pPr>
            <w:r w:rsidRPr="00885DB9">
              <w:t>General Life Skills / Employability / Financial Literacy / Mentorship</w:t>
            </w:r>
          </w:p>
        </w:tc>
      </w:tr>
      <w:tr w:rsidR="00E73A50" w:rsidRPr="00D341C0" w14:paraId="60ED8AC7" w14:textId="77777777" w:rsidTr="002E5B24">
        <w:tc>
          <w:tcPr>
            <w:tcW w:w="5086" w:type="dxa"/>
            <w:tcBorders>
              <w:top w:val="single" w:sz="4" w:space="0" w:color="CED4DA"/>
              <w:left w:val="single" w:sz="4" w:space="0" w:color="CED4DA"/>
              <w:bottom w:val="single" w:sz="4" w:space="0" w:color="CED4DA"/>
              <w:right w:val="single" w:sz="4" w:space="0" w:color="CED4DA"/>
            </w:tcBorders>
            <w:hideMark/>
          </w:tcPr>
          <w:p w14:paraId="7E73BF0C" w14:textId="77777777" w:rsidR="00E73A50" w:rsidRPr="00D341C0" w:rsidRDefault="00E73A50" w:rsidP="00E73A50">
            <w:pPr>
              <w:keepNext/>
              <w:spacing w:before="280" w:after="120"/>
              <w:rPr>
                <w:b/>
                <w:bCs/>
              </w:rPr>
            </w:pPr>
            <w:proofErr w:type="gramStart"/>
            <w:r w:rsidRPr="00D341C0">
              <w:rPr>
                <w:b/>
                <w:bCs/>
              </w:rPr>
              <w:t>[  ]</w:t>
            </w:r>
            <w:proofErr w:type="gramEnd"/>
            <w:r w:rsidRPr="00D341C0">
              <w:rPr>
                <w:b/>
                <w:bCs/>
              </w:rPr>
              <w:t xml:space="preserve"> Group Connection / Mental Health</w:t>
            </w:r>
          </w:p>
        </w:tc>
        <w:tc>
          <w:tcPr>
            <w:tcW w:w="5085" w:type="dxa"/>
            <w:tcBorders>
              <w:top w:val="single" w:sz="4" w:space="0" w:color="CED4DA"/>
              <w:left w:val="single" w:sz="4" w:space="0" w:color="CED4DA"/>
              <w:bottom w:val="single" w:sz="4" w:space="0" w:color="CED4DA"/>
              <w:right w:val="single" w:sz="4" w:space="0" w:color="CED4DA"/>
            </w:tcBorders>
            <w:hideMark/>
          </w:tcPr>
          <w:p w14:paraId="397537E1" w14:textId="77777777" w:rsidR="00E73A50" w:rsidRPr="00885DB9" w:rsidRDefault="00E73A50" w:rsidP="00E73A50">
            <w:pPr>
              <w:keepNext/>
              <w:spacing w:before="280" w:after="120"/>
            </w:pPr>
            <w:r w:rsidRPr="00885DB9">
              <w:t>Social Connection Groups / Awareness / Short-term Counselling</w:t>
            </w:r>
          </w:p>
        </w:tc>
      </w:tr>
      <w:tr w:rsidR="00E73A50" w:rsidRPr="00D341C0" w14:paraId="4F7915A0" w14:textId="77777777" w:rsidTr="002E5B24">
        <w:tc>
          <w:tcPr>
            <w:tcW w:w="5086" w:type="dxa"/>
            <w:tcBorders>
              <w:top w:val="single" w:sz="4" w:space="0" w:color="CED4DA"/>
              <w:left w:val="single" w:sz="4" w:space="0" w:color="CED4DA"/>
              <w:bottom w:val="single" w:sz="4" w:space="0" w:color="CED4DA"/>
              <w:right w:val="single" w:sz="4" w:space="0" w:color="CED4DA"/>
            </w:tcBorders>
            <w:hideMark/>
          </w:tcPr>
          <w:p w14:paraId="13F1DE8B" w14:textId="77777777" w:rsidR="00E73A50" w:rsidRPr="00D341C0" w:rsidRDefault="00E73A50" w:rsidP="00E73A50">
            <w:pPr>
              <w:keepNext/>
              <w:spacing w:before="280" w:after="120"/>
              <w:rPr>
                <w:b/>
                <w:bCs/>
              </w:rPr>
            </w:pPr>
            <w:proofErr w:type="gramStart"/>
            <w:r w:rsidRPr="00D341C0">
              <w:rPr>
                <w:b/>
                <w:bCs/>
              </w:rPr>
              <w:t>[  ]</w:t>
            </w:r>
            <w:proofErr w:type="gramEnd"/>
            <w:r w:rsidRPr="00D341C0">
              <w:rPr>
                <w:b/>
                <w:bCs/>
              </w:rPr>
              <w:t xml:space="preserve"> Home &amp; Outreach Support</w:t>
            </w:r>
          </w:p>
        </w:tc>
        <w:tc>
          <w:tcPr>
            <w:tcW w:w="5085" w:type="dxa"/>
            <w:tcBorders>
              <w:top w:val="single" w:sz="4" w:space="0" w:color="CED4DA"/>
              <w:left w:val="single" w:sz="4" w:space="0" w:color="CED4DA"/>
              <w:bottom w:val="single" w:sz="4" w:space="0" w:color="CED4DA"/>
              <w:right w:val="single" w:sz="4" w:space="0" w:color="CED4DA"/>
            </w:tcBorders>
            <w:hideMark/>
          </w:tcPr>
          <w:p w14:paraId="40F343B4" w14:textId="77777777" w:rsidR="00E73A50" w:rsidRPr="00885DB9" w:rsidRDefault="00E73A50" w:rsidP="00E73A50">
            <w:pPr>
              <w:keepNext/>
              <w:spacing w:before="280" w:after="120"/>
            </w:pPr>
            <w:r w:rsidRPr="00885DB9">
              <w:t>Meal Delivery Program / Home Supports / System Navigation Liaison</w:t>
            </w:r>
          </w:p>
        </w:tc>
      </w:tr>
      <w:tr w:rsidR="00E73A50" w:rsidRPr="00D341C0" w14:paraId="142FFF25" w14:textId="77777777" w:rsidTr="002E5B24">
        <w:tc>
          <w:tcPr>
            <w:tcW w:w="5086" w:type="dxa"/>
            <w:tcBorders>
              <w:top w:val="single" w:sz="4" w:space="0" w:color="CED4DA"/>
              <w:left w:val="single" w:sz="4" w:space="0" w:color="CED4DA"/>
              <w:bottom w:val="single" w:sz="4" w:space="0" w:color="CED4DA"/>
              <w:right w:val="single" w:sz="4" w:space="0" w:color="CED4DA"/>
            </w:tcBorders>
            <w:hideMark/>
          </w:tcPr>
          <w:p w14:paraId="733F6EAB" w14:textId="77777777" w:rsidR="00E73A50" w:rsidRPr="00D341C0" w:rsidRDefault="00E73A50" w:rsidP="00E73A50">
            <w:pPr>
              <w:keepNext/>
              <w:spacing w:before="280" w:after="120"/>
              <w:rPr>
                <w:b/>
                <w:bCs/>
              </w:rPr>
            </w:pPr>
            <w:proofErr w:type="gramStart"/>
            <w:r w:rsidRPr="00D341C0">
              <w:rPr>
                <w:b/>
                <w:bCs/>
              </w:rPr>
              <w:t>[  ]</w:t>
            </w:r>
            <w:proofErr w:type="gramEnd"/>
            <w:r w:rsidRPr="00D341C0">
              <w:rPr>
                <w:b/>
                <w:bCs/>
              </w:rPr>
              <w:t xml:space="preserve"> School-Aged &amp; Child Dev.</w:t>
            </w:r>
          </w:p>
        </w:tc>
        <w:tc>
          <w:tcPr>
            <w:tcW w:w="5085" w:type="dxa"/>
            <w:tcBorders>
              <w:top w:val="single" w:sz="4" w:space="0" w:color="CED4DA"/>
              <w:left w:val="single" w:sz="4" w:space="0" w:color="CED4DA"/>
              <w:bottom w:val="single" w:sz="4" w:space="0" w:color="CED4DA"/>
              <w:right w:val="single" w:sz="4" w:space="0" w:color="CED4DA"/>
            </w:tcBorders>
            <w:hideMark/>
          </w:tcPr>
          <w:p w14:paraId="63858444" w14:textId="77777777" w:rsidR="00E73A50" w:rsidRPr="00885DB9" w:rsidRDefault="00E73A50" w:rsidP="00E73A50">
            <w:pPr>
              <w:keepNext/>
              <w:spacing w:before="280" w:after="120"/>
            </w:pPr>
            <w:r w:rsidRPr="00885DB9">
              <w:t>Camps / Drop-In Programs / Parenting &amp; Early Childhood Playgroups</w:t>
            </w:r>
          </w:p>
        </w:tc>
      </w:tr>
      <w:tr w:rsidR="00E73A50" w:rsidRPr="00D341C0" w14:paraId="24ED4DF0" w14:textId="77777777" w:rsidTr="002E5B24">
        <w:tc>
          <w:tcPr>
            <w:tcW w:w="5086" w:type="dxa"/>
            <w:tcBorders>
              <w:top w:val="single" w:sz="4" w:space="0" w:color="CED4DA"/>
              <w:left w:val="single" w:sz="4" w:space="0" w:color="CED4DA"/>
              <w:bottom w:val="single" w:sz="4" w:space="0" w:color="CED4DA"/>
              <w:right w:val="single" w:sz="4" w:space="0" w:color="CED4DA"/>
            </w:tcBorders>
            <w:hideMark/>
          </w:tcPr>
          <w:p w14:paraId="105BEB23" w14:textId="77777777" w:rsidR="00E73A50" w:rsidRPr="00D341C0" w:rsidRDefault="00E73A50" w:rsidP="00E73A50">
            <w:pPr>
              <w:keepNext/>
              <w:spacing w:before="280" w:after="120"/>
              <w:rPr>
                <w:b/>
                <w:bCs/>
              </w:rPr>
            </w:pPr>
            <w:proofErr w:type="gramStart"/>
            <w:r w:rsidRPr="00D341C0">
              <w:rPr>
                <w:b/>
                <w:bCs/>
              </w:rPr>
              <w:t>[  ]</w:t>
            </w:r>
            <w:proofErr w:type="gramEnd"/>
            <w:r w:rsidRPr="00D341C0">
              <w:rPr>
                <w:b/>
                <w:bCs/>
              </w:rPr>
              <w:t xml:space="preserve"> Healthy Relationships</w:t>
            </w:r>
          </w:p>
        </w:tc>
        <w:tc>
          <w:tcPr>
            <w:tcW w:w="5085" w:type="dxa"/>
            <w:tcBorders>
              <w:top w:val="single" w:sz="4" w:space="0" w:color="CED4DA"/>
              <w:left w:val="single" w:sz="4" w:space="0" w:color="CED4DA"/>
              <w:bottom w:val="single" w:sz="4" w:space="0" w:color="CED4DA"/>
              <w:right w:val="single" w:sz="4" w:space="0" w:color="CED4DA"/>
            </w:tcBorders>
            <w:hideMark/>
          </w:tcPr>
          <w:p w14:paraId="31585623" w14:textId="77777777" w:rsidR="00E73A50" w:rsidRPr="00D341C0" w:rsidRDefault="00E73A50" w:rsidP="00E73A50">
            <w:pPr>
              <w:keepNext/>
              <w:spacing w:before="280" w:after="120"/>
              <w:rPr>
                <w:b/>
                <w:bCs/>
              </w:rPr>
            </w:pPr>
            <w:r w:rsidRPr="00885DB9">
              <w:t>Domestic &amp; Family Violence Prevention / School</w:t>
            </w:r>
            <w:r w:rsidRPr="00D341C0">
              <w:rPr>
                <w:b/>
                <w:bCs/>
              </w:rPr>
              <w:t xml:space="preserve"> </w:t>
            </w:r>
            <w:r w:rsidRPr="00885DB9">
              <w:t>Healthy Relationships</w:t>
            </w:r>
          </w:p>
        </w:tc>
      </w:tr>
      <w:tr w:rsidR="002E5B24" w:rsidRPr="00D341C0" w14:paraId="1AF4A5EA" w14:textId="77777777" w:rsidTr="005768DF">
        <w:tc>
          <w:tcPr>
            <w:tcW w:w="5086" w:type="dxa"/>
            <w:tcBorders>
              <w:top w:val="single" w:sz="4" w:space="0" w:color="CED4DA"/>
              <w:left w:val="single" w:sz="4" w:space="0" w:color="CED4DA"/>
              <w:bottom w:val="single" w:sz="4" w:space="0" w:color="CED4DA"/>
              <w:right w:val="single" w:sz="4" w:space="0" w:color="CED4DA"/>
            </w:tcBorders>
            <w:shd w:val="clear" w:color="auto" w:fill="17365D" w:themeFill="text2" w:themeFillShade="BF"/>
          </w:tcPr>
          <w:p w14:paraId="7EB846C7" w14:textId="1C7BA24B" w:rsidR="002E5B24" w:rsidRPr="005768DF" w:rsidRDefault="005D6F2B" w:rsidP="00E73A50">
            <w:pPr>
              <w:keepNext/>
              <w:spacing w:before="280" w:after="120"/>
              <w:rPr>
                <w:b/>
                <w:bCs/>
                <w:color w:val="FFFFFF" w:themeColor="background1"/>
              </w:rPr>
            </w:pPr>
            <w:r w:rsidRPr="005768DF">
              <w:rPr>
                <w:b/>
                <w:bCs/>
                <w:color w:val="FFFFFF" w:themeColor="background1"/>
              </w:rPr>
              <w:t>Category 2:</w:t>
            </w:r>
          </w:p>
        </w:tc>
        <w:tc>
          <w:tcPr>
            <w:tcW w:w="5085" w:type="dxa"/>
            <w:tcBorders>
              <w:top w:val="single" w:sz="4" w:space="0" w:color="CED4DA"/>
              <w:left w:val="single" w:sz="4" w:space="0" w:color="CED4DA"/>
              <w:bottom w:val="single" w:sz="4" w:space="0" w:color="CED4DA"/>
              <w:right w:val="single" w:sz="4" w:space="0" w:color="CED4DA"/>
            </w:tcBorders>
            <w:shd w:val="clear" w:color="auto" w:fill="17365D" w:themeFill="text2" w:themeFillShade="BF"/>
          </w:tcPr>
          <w:p w14:paraId="7E804C1B" w14:textId="0C991AE4" w:rsidR="005768DF" w:rsidRPr="005768DF" w:rsidRDefault="005768DF" w:rsidP="00E73A50">
            <w:pPr>
              <w:keepNext/>
              <w:spacing w:before="280" w:after="120"/>
              <w:rPr>
                <w:b/>
                <w:bCs/>
                <w:color w:val="FFFFFF" w:themeColor="background1"/>
              </w:rPr>
            </w:pPr>
            <w:r>
              <w:rPr>
                <w:b/>
                <w:bCs/>
                <w:color w:val="FFFFFF" w:themeColor="background1"/>
              </w:rPr>
              <w:t>Description</w:t>
            </w:r>
          </w:p>
        </w:tc>
      </w:tr>
      <w:tr w:rsidR="002E5B24" w:rsidRPr="00D341C0" w14:paraId="0DBC19A5" w14:textId="77777777" w:rsidTr="002E5B24">
        <w:tc>
          <w:tcPr>
            <w:tcW w:w="5086" w:type="dxa"/>
            <w:tcBorders>
              <w:top w:val="single" w:sz="4" w:space="0" w:color="CED4DA"/>
              <w:left w:val="single" w:sz="4" w:space="0" w:color="CED4DA"/>
              <w:bottom w:val="single" w:sz="4" w:space="0" w:color="CED4DA"/>
              <w:right w:val="single" w:sz="4" w:space="0" w:color="CED4DA"/>
            </w:tcBorders>
          </w:tcPr>
          <w:p w14:paraId="309D7FE0" w14:textId="77A596F9" w:rsidR="002E5B24" w:rsidRPr="00D341C0" w:rsidRDefault="005D6F2B" w:rsidP="00E73A50">
            <w:pPr>
              <w:keepNext/>
              <w:spacing w:before="280" w:after="120"/>
              <w:rPr>
                <w:b/>
                <w:bCs/>
              </w:rPr>
            </w:pPr>
            <w:proofErr w:type="gramStart"/>
            <w:r w:rsidRPr="00D341C0">
              <w:rPr>
                <w:b/>
              </w:rPr>
              <w:t>[  ]</w:t>
            </w:r>
            <w:proofErr w:type="gramEnd"/>
            <w:r w:rsidRPr="00D341C0">
              <w:rPr>
                <w:b/>
              </w:rPr>
              <w:t xml:space="preserve"> Community Capacity Building</w:t>
            </w:r>
          </w:p>
        </w:tc>
        <w:tc>
          <w:tcPr>
            <w:tcW w:w="5085" w:type="dxa"/>
            <w:tcBorders>
              <w:top w:val="single" w:sz="4" w:space="0" w:color="CED4DA"/>
              <w:left w:val="single" w:sz="4" w:space="0" w:color="CED4DA"/>
              <w:bottom w:val="single" w:sz="4" w:space="0" w:color="CED4DA"/>
              <w:right w:val="single" w:sz="4" w:space="0" w:color="CED4DA"/>
            </w:tcBorders>
          </w:tcPr>
          <w:p w14:paraId="253F7018" w14:textId="0D70A565" w:rsidR="002E5B24" w:rsidRPr="00D341C0" w:rsidRDefault="005D6F2B" w:rsidP="00E73A50">
            <w:pPr>
              <w:keepNext/>
              <w:spacing w:before="280" w:after="120"/>
              <w:rPr>
                <w:b/>
                <w:bCs/>
              </w:rPr>
            </w:pPr>
            <w:r w:rsidRPr="00D341C0">
              <w:t>Volunteerism / Staff &amp; Board Dev / Partnerships &amp; Evaluation</w:t>
            </w:r>
          </w:p>
        </w:tc>
      </w:tr>
      <w:tr w:rsidR="005768DF" w:rsidRPr="00D341C0" w14:paraId="6291DD86" w14:textId="77777777" w:rsidTr="005768DF">
        <w:tc>
          <w:tcPr>
            <w:tcW w:w="5086" w:type="dxa"/>
            <w:tcBorders>
              <w:top w:val="single" w:sz="4" w:space="0" w:color="CED4DA"/>
              <w:left w:val="single" w:sz="4" w:space="0" w:color="CED4DA"/>
              <w:bottom w:val="single" w:sz="4" w:space="0" w:color="CED4DA"/>
              <w:right w:val="single" w:sz="4" w:space="0" w:color="CED4DA"/>
            </w:tcBorders>
            <w:shd w:val="clear" w:color="auto" w:fill="17365D" w:themeFill="text2" w:themeFillShade="BF"/>
          </w:tcPr>
          <w:p w14:paraId="3D3D5844" w14:textId="61D93E92" w:rsidR="005768DF" w:rsidRPr="00D341C0" w:rsidRDefault="005768DF" w:rsidP="005768DF">
            <w:pPr>
              <w:keepNext/>
              <w:spacing w:before="280" w:after="120"/>
              <w:rPr>
                <w:b/>
                <w:bCs/>
              </w:rPr>
            </w:pPr>
            <w:r w:rsidRPr="005768DF">
              <w:rPr>
                <w:b/>
                <w:bCs/>
                <w:color w:val="FFFFFF" w:themeColor="background1"/>
              </w:rPr>
              <w:t xml:space="preserve">Category </w:t>
            </w:r>
            <w:r>
              <w:rPr>
                <w:b/>
                <w:bCs/>
                <w:color w:val="FFFFFF" w:themeColor="background1"/>
              </w:rPr>
              <w:t>3</w:t>
            </w:r>
            <w:r w:rsidRPr="005768DF">
              <w:rPr>
                <w:b/>
                <w:bCs/>
                <w:color w:val="FFFFFF" w:themeColor="background1"/>
              </w:rPr>
              <w:t>:</w:t>
            </w:r>
          </w:p>
        </w:tc>
        <w:tc>
          <w:tcPr>
            <w:tcW w:w="5085" w:type="dxa"/>
            <w:tcBorders>
              <w:top w:val="single" w:sz="4" w:space="0" w:color="CED4DA"/>
              <w:left w:val="single" w:sz="4" w:space="0" w:color="CED4DA"/>
              <w:bottom w:val="single" w:sz="4" w:space="0" w:color="CED4DA"/>
              <w:right w:val="single" w:sz="4" w:space="0" w:color="CED4DA"/>
            </w:tcBorders>
            <w:shd w:val="clear" w:color="auto" w:fill="17365D" w:themeFill="text2" w:themeFillShade="BF"/>
          </w:tcPr>
          <w:p w14:paraId="756FF188" w14:textId="6B5B32AB" w:rsidR="005768DF" w:rsidRPr="00D341C0" w:rsidRDefault="005768DF" w:rsidP="005768DF">
            <w:pPr>
              <w:keepNext/>
              <w:spacing w:before="280" w:after="120"/>
              <w:rPr>
                <w:b/>
                <w:bCs/>
              </w:rPr>
            </w:pPr>
            <w:r w:rsidRPr="005768DF">
              <w:rPr>
                <w:b/>
                <w:bCs/>
                <w:color w:val="FFFFFF" w:themeColor="background1"/>
              </w:rPr>
              <w:t>Description</w:t>
            </w:r>
          </w:p>
        </w:tc>
      </w:tr>
      <w:tr w:rsidR="005D6F2B" w:rsidRPr="00D341C0" w14:paraId="7D8AB869" w14:textId="77777777" w:rsidTr="002E5B24">
        <w:tc>
          <w:tcPr>
            <w:tcW w:w="5086" w:type="dxa"/>
            <w:tcBorders>
              <w:top w:val="single" w:sz="4" w:space="0" w:color="CED4DA"/>
              <w:left w:val="single" w:sz="4" w:space="0" w:color="CED4DA"/>
              <w:bottom w:val="single" w:sz="4" w:space="0" w:color="CED4DA"/>
              <w:right w:val="single" w:sz="4" w:space="0" w:color="CED4DA"/>
            </w:tcBorders>
          </w:tcPr>
          <w:p w14:paraId="50B2E474" w14:textId="1A631F83" w:rsidR="005D6F2B" w:rsidRPr="00D341C0" w:rsidRDefault="005768DF" w:rsidP="00E73A50">
            <w:pPr>
              <w:keepNext/>
              <w:spacing w:before="280" w:after="120"/>
              <w:rPr>
                <w:b/>
                <w:bCs/>
              </w:rPr>
            </w:pPr>
            <w:proofErr w:type="gramStart"/>
            <w:r w:rsidRPr="00D341C0">
              <w:rPr>
                <w:b/>
              </w:rPr>
              <w:lastRenderedPageBreak/>
              <w:t>[  ]</w:t>
            </w:r>
            <w:proofErr w:type="gramEnd"/>
            <w:r w:rsidRPr="00D341C0">
              <w:rPr>
                <w:b/>
              </w:rPr>
              <w:t xml:space="preserve"> Community Event</w:t>
            </w:r>
          </w:p>
        </w:tc>
        <w:tc>
          <w:tcPr>
            <w:tcW w:w="5085" w:type="dxa"/>
            <w:tcBorders>
              <w:top w:val="single" w:sz="4" w:space="0" w:color="CED4DA"/>
              <w:left w:val="single" w:sz="4" w:space="0" w:color="CED4DA"/>
              <w:bottom w:val="single" w:sz="4" w:space="0" w:color="CED4DA"/>
              <w:right w:val="single" w:sz="4" w:space="0" w:color="CED4DA"/>
            </w:tcBorders>
          </w:tcPr>
          <w:p w14:paraId="79F31572" w14:textId="4CB660F2" w:rsidR="005D6F2B" w:rsidRPr="00D341C0" w:rsidRDefault="005768DF" w:rsidP="00E73A50">
            <w:pPr>
              <w:keepNext/>
              <w:spacing w:before="280" w:after="120"/>
              <w:rPr>
                <w:b/>
                <w:bCs/>
              </w:rPr>
            </w:pPr>
            <w:r w:rsidRPr="00D341C0">
              <w:t xml:space="preserve">One-time strategic engagement, seasonal festival, or local </w:t>
            </w:r>
            <w:proofErr w:type="gramStart"/>
            <w:r w:rsidRPr="00D341C0">
              <w:t>community inclusion</w:t>
            </w:r>
            <w:proofErr w:type="gramEnd"/>
            <w:r w:rsidRPr="00D341C0">
              <w:t xml:space="preserve"> gathering.</w:t>
            </w:r>
          </w:p>
        </w:tc>
      </w:tr>
    </w:tbl>
    <w:p w14:paraId="6644C30A" w14:textId="4F50B8A6" w:rsidR="00D341C0" w:rsidRDefault="00D341C0" w:rsidP="00E73A50">
      <w:pPr>
        <w:rPr>
          <w:b/>
          <w:bCs/>
        </w:rPr>
      </w:pPr>
      <w:r w:rsidRPr="00D341C0">
        <w:rPr>
          <w:b/>
          <w:bCs/>
        </w:rPr>
        <w:t>Instructions: Check one main program type box, then circle one program subtype.</w:t>
      </w:r>
    </w:p>
    <w:p w14:paraId="326A5B32" w14:textId="77777777" w:rsidR="00E73A50" w:rsidRDefault="00E73A50" w:rsidP="00E73A50">
      <w:pPr>
        <w:rPr>
          <w:b/>
          <w:bCs/>
        </w:rPr>
      </w:pPr>
    </w:p>
    <w:p w14:paraId="4232A4C7" w14:textId="1125334D" w:rsidR="00E73A50" w:rsidRPr="001D5BE4" w:rsidRDefault="00E73A50" w:rsidP="00E73A50">
      <w:pPr>
        <w:spacing w:line="278" w:lineRule="auto"/>
        <w:rPr>
          <w:szCs w:val="19"/>
        </w:rPr>
      </w:pPr>
      <w:r w:rsidRPr="001D5BE4">
        <w:rPr>
          <w:b/>
          <w:bCs/>
          <w:szCs w:val="19"/>
        </w:rPr>
        <w:t xml:space="preserve">Total </w:t>
      </w:r>
      <w:r w:rsidR="00B31469" w:rsidRPr="001D5BE4">
        <w:rPr>
          <w:b/>
          <w:bCs/>
          <w:szCs w:val="19"/>
        </w:rPr>
        <w:t>a</w:t>
      </w:r>
      <w:r w:rsidRPr="001D5BE4">
        <w:rPr>
          <w:b/>
          <w:bCs/>
          <w:szCs w:val="19"/>
        </w:rPr>
        <w:t xml:space="preserve">nticipated </w:t>
      </w:r>
      <w:r w:rsidR="00B31469" w:rsidRPr="001D5BE4">
        <w:rPr>
          <w:b/>
          <w:bCs/>
          <w:szCs w:val="19"/>
        </w:rPr>
        <w:t>p</w:t>
      </w:r>
      <w:r w:rsidRPr="001D5BE4">
        <w:rPr>
          <w:b/>
          <w:bCs/>
          <w:szCs w:val="19"/>
        </w:rPr>
        <w:t xml:space="preserve">rogram </w:t>
      </w:r>
      <w:r w:rsidR="00B31469" w:rsidRPr="001D5BE4">
        <w:rPr>
          <w:b/>
          <w:bCs/>
          <w:szCs w:val="19"/>
        </w:rPr>
        <w:t>p</w:t>
      </w:r>
      <w:r w:rsidRPr="001D5BE4">
        <w:rPr>
          <w:b/>
          <w:bCs/>
          <w:szCs w:val="19"/>
        </w:rPr>
        <w:t>articipants</w:t>
      </w:r>
      <w:r w:rsidR="00B31469" w:rsidRPr="001D5BE4">
        <w:rPr>
          <w:b/>
          <w:bCs/>
          <w:szCs w:val="19"/>
        </w:rPr>
        <w:t>.</w:t>
      </w:r>
      <w:r w:rsidRPr="001D5BE4">
        <w:rPr>
          <w:b/>
          <w:bCs/>
          <w:szCs w:val="19"/>
        </w:rPr>
        <w:t xml:space="preserve"> How to count it:</w:t>
      </w:r>
      <w:r w:rsidRPr="001D5BE4">
        <w:rPr>
          <w:szCs w:val="19"/>
        </w:rPr>
        <w:t xml:space="preserve"> If you run a weekly program with 10 consistent attendees over 10 weeks, your total participant contact count is </w:t>
      </w:r>
      <w:r w:rsidRPr="001D5BE4">
        <w:rPr>
          <w:b/>
          <w:bCs/>
          <w:szCs w:val="19"/>
        </w:rPr>
        <w:t>100</w:t>
      </w:r>
      <w:r w:rsidRPr="001D5BE4">
        <w:rPr>
          <w:szCs w:val="19"/>
        </w:rPr>
        <w:t xml:space="preserve"> (10 participants × 10 sessions).</w:t>
      </w:r>
      <w:r w:rsidR="00524A7F" w:rsidRPr="001D5BE4">
        <w:rPr>
          <w:bCs/>
          <w:szCs w:val="19"/>
        </w:rPr>
        <w:t xml:space="preserve"> </w:t>
      </w:r>
    </w:p>
    <w:p w14:paraId="23764C40" w14:textId="5B6880A0" w:rsidR="00E73A50" w:rsidRDefault="001D027C" w:rsidP="00E73A50">
      <w:pPr>
        <w:rPr>
          <w:u w:val="single"/>
        </w:rPr>
      </w:pPr>
      <w:r>
        <w:rPr>
          <w:u w:val="single"/>
        </w:rPr>
        <w:t xml:space="preserve">               </w:t>
      </w:r>
      <w:r w:rsidRPr="001D027C">
        <w:t xml:space="preserve"> Participants</w:t>
      </w:r>
      <w:r>
        <w:t xml:space="preserve"> X</w:t>
      </w:r>
      <w:r w:rsidRPr="001D027C">
        <w:rPr>
          <w:u w:val="single"/>
        </w:rPr>
        <w:t xml:space="preserve">            </w:t>
      </w:r>
      <w:r>
        <w:t>Sessions=</w:t>
      </w:r>
      <w:r w:rsidRPr="001D027C">
        <w:rPr>
          <w:u w:val="single"/>
        </w:rPr>
        <w:t xml:space="preserve">            </w:t>
      </w:r>
      <w:r>
        <w:t>Number of participants</w:t>
      </w:r>
    </w:p>
    <w:p w14:paraId="58187C2F" w14:textId="531B62F3" w:rsidR="00187B50" w:rsidRPr="001D027C" w:rsidRDefault="00187B50" w:rsidP="00187B50">
      <w:pPr>
        <w:spacing w:line="278" w:lineRule="auto"/>
        <w:rPr>
          <w:szCs w:val="19"/>
        </w:rPr>
      </w:pPr>
      <w:r w:rsidRPr="001D027C">
        <w:rPr>
          <w:b/>
          <w:bCs/>
          <w:szCs w:val="19"/>
        </w:rPr>
        <w:t>Total anticipated program volunteers. How to count it:</w:t>
      </w:r>
      <w:r w:rsidRPr="001D027C">
        <w:rPr>
          <w:szCs w:val="19"/>
        </w:rPr>
        <w:t xml:space="preserve"> </w:t>
      </w:r>
      <w:r w:rsidR="0071120C" w:rsidRPr="001D027C">
        <w:rPr>
          <w:color w:val="1D1B11" w:themeColor="background2" w:themeShade="1A"/>
          <w:szCs w:val="19"/>
        </w:rPr>
        <w:t xml:space="preserve">3 volunteers, 8 </w:t>
      </w:r>
      <w:proofErr w:type="gramStart"/>
      <w:r w:rsidR="0071120C" w:rsidRPr="001D027C">
        <w:rPr>
          <w:color w:val="1D1B11" w:themeColor="background2" w:themeShade="1A"/>
          <w:szCs w:val="19"/>
        </w:rPr>
        <w:t>sessions @</w:t>
      </w:r>
      <w:proofErr w:type="gramEnd"/>
      <w:r w:rsidR="001D027C">
        <w:rPr>
          <w:color w:val="1D1B11" w:themeColor="background2" w:themeShade="1A"/>
          <w:szCs w:val="19"/>
        </w:rPr>
        <w:t xml:space="preserve"> </w:t>
      </w:r>
      <w:r w:rsidR="0071120C" w:rsidRPr="001D027C">
        <w:rPr>
          <w:color w:val="1D1B11" w:themeColor="background2" w:themeShade="1A"/>
          <w:szCs w:val="19"/>
        </w:rPr>
        <w:t xml:space="preserve">2 </w:t>
      </w:r>
      <w:proofErr w:type="spellStart"/>
      <w:r w:rsidR="0071120C" w:rsidRPr="001D027C">
        <w:rPr>
          <w:color w:val="1D1B11" w:themeColor="background2" w:themeShade="1A"/>
          <w:szCs w:val="19"/>
        </w:rPr>
        <w:t>hr</w:t>
      </w:r>
      <w:proofErr w:type="spellEnd"/>
      <w:r w:rsidR="0071120C" w:rsidRPr="001D027C">
        <w:rPr>
          <w:color w:val="1D1B11" w:themeColor="background2" w:themeShade="1A"/>
          <w:szCs w:val="19"/>
        </w:rPr>
        <w:t xml:space="preserve"> sessions =48 volunteer hours</w:t>
      </w:r>
    </w:p>
    <w:p w14:paraId="07602F71" w14:textId="0EDCE79B" w:rsidR="00B31469" w:rsidRDefault="00B31469" w:rsidP="00E73A50">
      <w:pPr>
        <w:rPr>
          <w:u w:val="single"/>
        </w:rPr>
      </w:pPr>
      <w:r w:rsidRPr="00B31469">
        <w:t xml:space="preserve">Anticipated number of volunteers: </w:t>
      </w:r>
      <w:r>
        <w:rPr>
          <w:u w:val="single"/>
        </w:rPr>
        <w:tab/>
      </w:r>
      <w:r>
        <w:rPr>
          <w:u w:val="single"/>
        </w:rPr>
        <w:tab/>
      </w:r>
      <w:r>
        <w:rPr>
          <w:u w:val="single"/>
        </w:rPr>
        <w:tab/>
      </w:r>
      <w:r>
        <w:rPr>
          <w:u w:val="single"/>
        </w:rPr>
        <w:tab/>
      </w:r>
    </w:p>
    <w:p w14:paraId="2EB0F04B" w14:textId="6913ECA5" w:rsidR="00082C53" w:rsidRPr="00A25E6F" w:rsidRDefault="00B31469" w:rsidP="00B31469">
      <w:pPr>
        <w:rPr>
          <w:u w:val="single"/>
        </w:rPr>
      </w:pPr>
      <w:r w:rsidRPr="00B31469">
        <w:t xml:space="preserve">Anticipated number of volunteer hours: </w:t>
      </w:r>
      <w:r>
        <w:rPr>
          <w:u w:val="single"/>
        </w:rPr>
        <w:tab/>
      </w:r>
      <w:r>
        <w:rPr>
          <w:u w:val="single"/>
        </w:rPr>
        <w:tab/>
      </w:r>
      <w:r>
        <w:rPr>
          <w:u w:val="single"/>
        </w:rPr>
        <w:tab/>
      </w:r>
      <w:r>
        <w:rPr>
          <w:u w:val="single"/>
        </w:rPr>
        <w:tab/>
      </w:r>
      <w:proofErr w:type="spellStart"/>
      <w:r>
        <w:rPr>
          <w:b/>
          <w:color w:val="FFFFFF"/>
          <w:sz w:val="20"/>
        </w:rPr>
        <w:t>ection</w:t>
      </w:r>
      <w:proofErr w:type="spellEnd"/>
      <w:r>
        <w:rPr>
          <w:b/>
          <w:color w:val="FFFFFF"/>
          <w:sz w:val="20"/>
        </w:rPr>
        <w:t xml:space="preserve"> Applicant Declaration</w:t>
      </w:r>
    </w:p>
    <w:tbl>
      <w:tblPr>
        <w:tblStyle w:val="TableGrid"/>
        <w:tblW w:w="0" w:type="auto"/>
        <w:tblInd w:w="108" w:type="dxa"/>
        <w:tblLook w:val="04A0" w:firstRow="1" w:lastRow="0" w:firstColumn="1" w:lastColumn="0" w:noHBand="0" w:noVBand="1"/>
      </w:tblPr>
      <w:tblGrid>
        <w:gridCol w:w="10063"/>
      </w:tblGrid>
      <w:tr w:rsidR="00AE7441" w14:paraId="11639CD2" w14:textId="77777777" w:rsidTr="00AE7441">
        <w:tc>
          <w:tcPr>
            <w:tcW w:w="10206" w:type="dxa"/>
            <w:shd w:val="clear" w:color="auto" w:fill="17365D" w:themeFill="text2" w:themeFillShade="BF"/>
          </w:tcPr>
          <w:p w14:paraId="39D7AC61" w14:textId="750753B7" w:rsidR="00AE7441" w:rsidRDefault="00AE7441" w:rsidP="00B31469">
            <w:pPr>
              <w:rPr>
                <w:b/>
                <w:color w:val="FFFFFF"/>
                <w:sz w:val="20"/>
              </w:rPr>
            </w:pPr>
            <w:r>
              <w:rPr>
                <w:b/>
                <w:color w:val="FFFFFF"/>
                <w:sz w:val="20"/>
              </w:rPr>
              <w:t>Budget</w:t>
            </w:r>
          </w:p>
          <w:p w14:paraId="04D88F29" w14:textId="14B47F3B" w:rsidR="000478BD" w:rsidRPr="000478BD" w:rsidRDefault="00C7631A" w:rsidP="00B31469">
            <w:pPr>
              <w:rPr>
                <w:bCs/>
                <w:i/>
                <w:iCs/>
                <w:color w:val="FFFFFF"/>
                <w:sz w:val="20"/>
              </w:rPr>
            </w:pPr>
            <w:r>
              <w:rPr>
                <w:bCs/>
                <w:i/>
                <w:iCs/>
                <w:color w:val="FFFFFF"/>
                <w:sz w:val="20"/>
              </w:rPr>
              <w:t>T</w:t>
            </w:r>
            <w:r w:rsidR="000478BD">
              <w:rPr>
                <w:bCs/>
                <w:i/>
                <w:iCs/>
                <w:color w:val="FFFFFF"/>
                <w:sz w:val="20"/>
              </w:rPr>
              <w:t>his is the budget for the program in this specific municipality that you are requesting the funding from.</w:t>
            </w:r>
          </w:p>
          <w:p w14:paraId="6724FF50" w14:textId="529FF168" w:rsidR="00AE7441" w:rsidRDefault="00AE7441" w:rsidP="00B31469"/>
        </w:tc>
      </w:tr>
    </w:tbl>
    <w:p w14:paraId="0B8DF3F8" w14:textId="77777777" w:rsidR="00AE7441" w:rsidRDefault="00AE7441" w:rsidP="00B31469"/>
    <w:tbl>
      <w:tblPr>
        <w:tblStyle w:val="ListTable7Colorful-Accent1"/>
        <w:tblW w:w="0" w:type="auto"/>
        <w:jc w:val="center"/>
        <w:tblLook w:val="04A0" w:firstRow="1" w:lastRow="0" w:firstColumn="1" w:lastColumn="0" w:noHBand="0" w:noVBand="1"/>
      </w:tblPr>
      <w:tblGrid>
        <w:gridCol w:w="2049"/>
        <w:gridCol w:w="2069"/>
        <w:gridCol w:w="2202"/>
        <w:gridCol w:w="1567"/>
      </w:tblGrid>
      <w:tr w:rsidR="000A4097" w14:paraId="47235962" w14:textId="6543F032" w:rsidTr="004633A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049" w:type="dxa"/>
          </w:tcPr>
          <w:p w14:paraId="12EC0053" w14:textId="408AB515" w:rsidR="000A4097" w:rsidRPr="00102A4B" w:rsidRDefault="000A4097" w:rsidP="00102A4B">
            <w:pPr>
              <w:jc w:val="center"/>
              <w:rPr>
                <w:b/>
                <w:bCs/>
                <w:i w:val="0"/>
                <w:iCs w:val="0"/>
                <w:color w:val="auto"/>
              </w:rPr>
            </w:pPr>
            <w:r>
              <w:rPr>
                <w:b/>
                <w:bCs/>
                <w:i w:val="0"/>
                <w:iCs w:val="0"/>
                <w:color w:val="auto"/>
              </w:rPr>
              <w:t xml:space="preserve">Expense </w:t>
            </w:r>
            <w:r w:rsidRPr="00102A4B">
              <w:rPr>
                <w:b/>
                <w:bCs/>
                <w:i w:val="0"/>
                <w:iCs w:val="0"/>
                <w:color w:val="auto"/>
              </w:rPr>
              <w:t>Details</w:t>
            </w:r>
          </w:p>
        </w:tc>
        <w:tc>
          <w:tcPr>
            <w:tcW w:w="2069" w:type="dxa"/>
          </w:tcPr>
          <w:p w14:paraId="02D52CC6" w14:textId="3A83F77B" w:rsidR="000A4097" w:rsidRPr="00102A4B" w:rsidRDefault="000A4097" w:rsidP="00102A4B">
            <w:pPr>
              <w:jc w:val="center"/>
              <w:cnfStyle w:val="100000000000" w:firstRow="1" w:lastRow="0" w:firstColumn="0" w:lastColumn="0" w:oddVBand="0" w:evenVBand="0" w:oddHBand="0" w:evenHBand="0" w:firstRowFirstColumn="0" w:firstRowLastColumn="0" w:lastRowFirstColumn="0" w:lastRowLastColumn="0"/>
              <w:rPr>
                <w:b/>
                <w:bCs/>
                <w:i w:val="0"/>
                <w:iCs w:val="0"/>
                <w:color w:val="auto"/>
              </w:rPr>
            </w:pPr>
            <w:r w:rsidRPr="00102A4B">
              <w:rPr>
                <w:b/>
                <w:bCs/>
                <w:i w:val="0"/>
                <w:iCs w:val="0"/>
                <w:color w:val="auto"/>
              </w:rPr>
              <w:t xml:space="preserve"> Expense</w:t>
            </w:r>
          </w:p>
        </w:tc>
        <w:tc>
          <w:tcPr>
            <w:tcW w:w="2202" w:type="dxa"/>
          </w:tcPr>
          <w:p w14:paraId="5CD84059" w14:textId="05FAFC23" w:rsidR="000A4097" w:rsidRPr="000A4097" w:rsidRDefault="000A4097" w:rsidP="00102A4B">
            <w:pPr>
              <w:jc w:val="center"/>
              <w:cnfStyle w:val="100000000000" w:firstRow="1" w:lastRow="0" w:firstColumn="0" w:lastColumn="0" w:oddVBand="0" w:evenVBand="0" w:oddHBand="0" w:evenHBand="0" w:firstRowFirstColumn="0" w:firstRowLastColumn="0" w:lastRowFirstColumn="0" w:lastRowLastColumn="0"/>
              <w:rPr>
                <w:b/>
                <w:bCs/>
                <w:i w:val="0"/>
                <w:iCs w:val="0"/>
                <w:color w:val="auto"/>
              </w:rPr>
            </w:pPr>
            <w:r>
              <w:rPr>
                <w:b/>
                <w:bCs/>
                <w:i w:val="0"/>
                <w:iCs w:val="0"/>
                <w:color w:val="auto"/>
              </w:rPr>
              <w:t>Revenue Details</w:t>
            </w:r>
          </w:p>
        </w:tc>
        <w:tc>
          <w:tcPr>
            <w:tcW w:w="1567" w:type="dxa"/>
          </w:tcPr>
          <w:p w14:paraId="7A629915" w14:textId="0F6F2618" w:rsidR="000A4097" w:rsidRPr="000A4097" w:rsidRDefault="000A4097" w:rsidP="00102A4B">
            <w:pPr>
              <w:jc w:val="center"/>
              <w:cnfStyle w:val="100000000000" w:firstRow="1" w:lastRow="0" w:firstColumn="0" w:lastColumn="0" w:oddVBand="0" w:evenVBand="0" w:oddHBand="0" w:evenHBand="0" w:firstRowFirstColumn="0" w:firstRowLastColumn="0" w:lastRowFirstColumn="0" w:lastRowLastColumn="0"/>
              <w:rPr>
                <w:b/>
                <w:bCs/>
                <w:i w:val="0"/>
                <w:iCs w:val="0"/>
                <w:color w:val="auto"/>
              </w:rPr>
            </w:pPr>
            <w:r>
              <w:rPr>
                <w:b/>
                <w:bCs/>
                <w:i w:val="0"/>
                <w:iCs w:val="0"/>
                <w:color w:val="auto"/>
              </w:rPr>
              <w:t>Contributions and Revenue</w:t>
            </w:r>
          </w:p>
        </w:tc>
      </w:tr>
      <w:tr w:rsidR="000A4097" w14:paraId="5A730C13" w14:textId="3397C28D" w:rsidTr="004633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9" w:type="dxa"/>
          </w:tcPr>
          <w:p w14:paraId="643E057C" w14:textId="77777777" w:rsidR="000A4097" w:rsidRPr="00C10F3B" w:rsidRDefault="000A4097" w:rsidP="000A4097">
            <w:pPr>
              <w:rPr>
                <w:color w:val="FFFFFF" w:themeColor="background1"/>
              </w:rPr>
            </w:pPr>
          </w:p>
        </w:tc>
        <w:tc>
          <w:tcPr>
            <w:tcW w:w="2069" w:type="dxa"/>
            <w:shd w:val="clear" w:color="auto" w:fill="FFFFFF" w:themeFill="background1"/>
          </w:tcPr>
          <w:p w14:paraId="4D3CBE01"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rPr>
                <w:color w:val="auto"/>
              </w:rPr>
            </w:pPr>
            <w:r w:rsidRPr="006A2ED0">
              <w:rPr>
                <w:color w:val="auto"/>
              </w:rPr>
              <w:t>$</w:t>
            </w:r>
          </w:p>
          <w:p w14:paraId="3A654774" w14:textId="1E70EBC9" w:rsidR="000A4097" w:rsidRPr="00C10F3B" w:rsidRDefault="000A4097" w:rsidP="000A4097">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2202" w:type="dxa"/>
            <w:shd w:val="clear" w:color="auto" w:fill="FFFFFF" w:themeFill="background1"/>
          </w:tcPr>
          <w:p w14:paraId="244553B6" w14:textId="77777777" w:rsidR="000A4097" w:rsidRPr="006A2ED0" w:rsidRDefault="000A4097" w:rsidP="000A4097">
            <w:pPr>
              <w:cnfStyle w:val="000000100000" w:firstRow="0" w:lastRow="0" w:firstColumn="0" w:lastColumn="0" w:oddVBand="0" w:evenVBand="0" w:oddHBand="1" w:evenHBand="0" w:firstRowFirstColumn="0" w:firstRowLastColumn="0" w:lastRowFirstColumn="0" w:lastRowLastColumn="0"/>
              <w:rPr>
                <w:color w:val="auto"/>
              </w:rPr>
            </w:pPr>
          </w:p>
        </w:tc>
        <w:tc>
          <w:tcPr>
            <w:tcW w:w="1567" w:type="dxa"/>
            <w:shd w:val="clear" w:color="auto" w:fill="FFFFFF" w:themeFill="background1"/>
          </w:tcPr>
          <w:p w14:paraId="6A84BD04"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rPr>
                <w:color w:val="auto"/>
              </w:rPr>
            </w:pPr>
            <w:r w:rsidRPr="006A2ED0">
              <w:rPr>
                <w:color w:val="auto"/>
              </w:rPr>
              <w:t>$</w:t>
            </w:r>
          </w:p>
          <w:p w14:paraId="600F61E1" w14:textId="77777777" w:rsidR="000A4097" w:rsidRPr="006A2ED0" w:rsidRDefault="000A4097" w:rsidP="000A4097">
            <w:pPr>
              <w:cnfStyle w:val="000000100000" w:firstRow="0" w:lastRow="0" w:firstColumn="0" w:lastColumn="0" w:oddVBand="0" w:evenVBand="0" w:oddHBand="1" w:evenHBand="0" w:firstRowFirstColumn="0" w:firstRowLastColumn="0" w:lastRowFirstColumn="0" w:lastRowLastColumn="0"/>
              <w:rPr>
                <w:color w:val="auto"/>
              </w:rPr>
            </w:pPr>
          </w:p>
        </w:tc>
      </w:tr>
      <w:tr w:rsidR="000A4097" w14:paraId="67A533B5" w14:textId="492AD997" w:rsidTr="004633AC">
        <w:trPr>
          <w:jc w:val="center"/>
        </w:trPr>
        <w:tc>
          <w:tcPr>
            <w:cnfStyle w:val="001000000000" w:firstRow="0" w:lastRow="0" w:firstColumn="1" w:lastColumn="0" w:oddVBand="0" w:evenVBand="0" w:oddHBand="0" w:evenHBand="0" w:firstRowFirstColumn="0" w:firstRowLastColumn="0" w:lastRowFirstColumn="0" w:lastRowLastColumn="0"/>
            <w:tcW w:w="2049" w:type="dxa"/>
          </w:tcPr>
          <w:p w14:paraId="2D457784" w14:textId="77777777" w:rsidR="000A4097" w:rsidRDefault="000A4097" w:rsidP="000A4097"/>
        </w:tc>
        <w:tc>
          <w:tcPr>
            <w:tcW w:w="2069" w:type="dxa"/>
            <w:shd w:val="clear" w:color="auto" w:fill="FFFFFF" w:themeFill="background1"/>
          </w:tcPr>
          <w:p w14:paraId="709392CB"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55E06F89"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3FA97257"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43B7A72C"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6EB611A0"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5D06C44A" w14:textId="59CF1C29"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tc>
        <w:tc>
          <w:tcPr>
            <w:tcW w:w="2202" w:type="dxa"/>
            <w:shd w:val="clear" w:color="auto" w:fill="FFFFFF" w:themeFill="background1"/>
          </w:tcPr>
          <w:p w14:paraId="7D9935C9"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p>
        </w:tc>
        <w:tc>
          <w:tcPr>
            <w:tcW w:w="1567" w:type="dxa"/>
            <w:shd w:val="clear" w:color="auto" w:fill="FFFFFF" w:themeFill="background1"/>
          </w:tcPr>
          <w:p w14:paraId="015420F1"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138072E7"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41C4C7FC"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3538D924"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60EEF9EA"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0BEA626E" w14:textId="4AF67CEB"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tc>
      </w:tr>
      <w:tr w:rsidR="000A4097" w14:paraId="2935FA89" w14:textId="39CED101" w:rsidTr="004633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9" w:type="dxa"/>
          </w:tcPr>
          <w:p w14:paraId="4CA4B143" w14:textId="77777777" w:rsidR="000A4097" w:rsidRDefault="000A4097" w:rsidP="000A4097"/>
        </w:tc>
        <w:tc>
          <w:tcPr>
            <w:tcW w:w="2069" w:type="dxa"/>
            <w:shd w:val="clear" w:color="auto" w:fill="FFFFFF" w:themeFill="background1"/>
          </w:tcPr>
          <w:p w14:paraId="70071184"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p>
          <w:p w14:paraId="6DF11A5F"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p>
          <w:p w14:paraId="653123C4" w14:textId="60B71BC6"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r>
              <w:br/>
              <w:t>$</w:t>
            </w:r>
            <w:r>
              <w:br/>
              <w:t>$</w:t>
            </w:r>
            <w:r>
              <w:br/>
              <w:t>$</w:t>
            </w:r>
            <w:r>
              <w:br/>
              <w:t>$</w:t>
            </w:r>
            <w:r>
              <w:br/>
              <w:t>$</w:t>
            </w:r>
            <w:r>
              <w:br/>
            </w:r>
          </w:p>
        </w:tc>
        <w:tc>
          <w:tcPr>
            <w:tcW w:w="2202" w:type="dxa"/>
            <w:shd w:val="clear" w:color="auto" w:fill="FFFFFF" w:themeFill="background1"/>
          </w:tcPr>
          <w:p w14:paraId="21612383"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pPr>
          </w:p>
        </w:tc>
        <w:tc>
          <w:tcPr>
            <w:tcW w:w="1567" w:type="dxa"/>
            <w:shd w:val="clear" w:color="auto" w:fill="FFFFFF" w:themeFill="background1"/>
          </w:tcPr>
          <w:p w14:paraId="6D232753"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p>
          <w:p w14:paraId="78A880D4"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p>
          <w:p w14:paraId="4E34F24C" w14:textId="73633195"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r>
              <w:br/>
              <w:t>$</w:t>
            </w:r>
            <w:r>
              <w:br/>
              <w:t>$</w:t>
            </w:r>
            <w:r>
              <w:br/>
              <w:t>$</w:t>
            </w:r>
            <w:r>
              <w:br/>
              <w:t>$</w:t>
            </w:r>
            <w:r>
              <w:br/>
              <w:t>$</w:t>
            </w:r>
            <w:r>
              <w:br/>
            </w:r>
          </w:p>
        </w:tc>
      </w:tr>
      <w:tr w:rsidR="000A4097" w14:paraId="27C77C57" w14:textId="60402CC4" w:rsidTr="004633AC">
        <w:trPr>
          <w:jc w:val="center"/>
        </w:trPr>
        <w:tc>
          <w:tcPr>
            <w:cnfStyle w:val="001000000000" w:firstRow="0" w:lastRow="0" w:firstColumn="1" w:lastColumn="0" w:oddVBand="0" w:evenVBand="0" w:oddHBand="0" w:evenHBand="0" w:firstRowFirstColumn="0" w:firstRowLastColumn="0" w:lastRowFirstColumn="0" w:lastRowLastColumn="0"/>
            <w:tcW w:w="2049" w:type="dxa"/>
          </w:tcPr>
          <w:p w14:paraId="211D0D35" w14:textId="08A76B77" w:rsidR="000A4097" w:rsidRDefault="000A4097" w:rsidP="000A4097"/>
        </w:tc>
        <w:tc>
          <w:tcPr>
            <w:tcW w:w="2069" w:type="dxa"/>
            <w:shd w:val="clear" w:color="auto" w:fill="FFFFFF" w:themeFill="background1"/>
          </w:tcPr>
          <w:p w14:paraId="3C155BA6"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4CD0F258"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56663876"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4F7BC827"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72906033" w14:textId="5ABA5356"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tc>
        <w:tc>
          <w:tcPr>
            <w:tcW w:w="2202" w:type="dxa"/>
            <w:shd w:val="clear" w:color="auto" w:fill="FFFFFF" w:themeFill="background1"/>
          </w:tcPr>
          <w:p w14:paraId="4F0E513D"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p>
        </w:tc>
        <w:tc>
          <w:tcPr>
            <w:tcW w:w="1567" w:type="dxa"/>
            <w:shd w:val="clear" w:color="auto" w:fill="FFFFFF" w:themeFill="background1"/>
          </w:tcPr>
          <w:p w14:paraId="3F7228F9"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199ABE70"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60888A54"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712FA8D5"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19024F45" w14:textId="4C6CD7EF"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tc>
      </w:tr>
      <w:tr w:rsidR="000A4097" w14:paraId="7A6CFF3D" w14:textId="08A7CB68" w:rsidTr="004633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9" w:type="dxa"/>
          </w:tcPr>
          <w:p w14:paraId="4E335ED0" w14:textId="77777777" w:rsidR="000A4097" w:rsidRDefault="000A4097" w:rsidP="000A4097"/>
        </w:tc>
        <w:tc>
          <w:tcPr>
            <w:tcW w:w="2069" w:type="dxa"/>
            <w:shd w:val="clear" w:color="auto" w:fill="FFFFFF" w:themeFill="background1"/>
          </w:tcPr>
          <w:p w14:paraId="5440AB98"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p>
          <w:p w14:paraId="23C93E6F" w14:textId="5003B87E"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p>
        </w:tc>
        <w:tc>
          <w:tcPr>
            <w:tcW w:w="2202" w:type="dxa"/>
            <w:shd w:val="clear" w:color="auto" w:fill="FFFFFF" w:themeFill="background1"/>
          </w:tcPr>
          <w:p w14:paraId="4A441F9A"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pPr>
          </w:p>
        </w:tc>
        <w:tc>
          <w:tcPr>
            <w:tcW w:w="1567" w:type="dxa"/>
            <w:shd w:val="clear" w:color="auto" w:fill="FFFFFF" w:themeFill="background1"/>
          </w:tcPr>
          <w:p w14:paraId="06A4BCAD" w14:textId="77777777"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p>
          <w:p w14:paraId="2833173F" w14:textId="78E6EBF2" w:rsidR="000A4097" w:rsidRDefault="000A4097" w:rsidP="000A4097">
            <w:pPr>
              <w:cnfStyle w:val="000000100000" w:firstRow="0" w:lastRow="0" w:firstColumn="0" w:lastColumn="0" w:oddVBand="0" w:evenVBand="0" w:oddHBand="1" w:evenHBand="0" w:firstRowFirstColumn="0" w:firstRowLastColumn="0" w:lastRowFirstColumn="0" w:lastRowLastColumn="0"/>
            </w:pPr>
            <w:r>
              <w:t>$</w:t>
            </w:r>
          </w:p>
        </w:tc>
      </w:tr>
      <w:tr w:rsidR="000A4097" w14:paraId="65582DDB" w14:textId="4B0F83C8" w:rsidTr="004633AC">
        <w:trPr>
          <w:jc w:val="center"/>
        </w:trPr>
        <w:tc>
          <w:tcPr>
            <w:cnfStyle w:val="001000000000" w:firstRow="0" w:lastRow="0" w:firstColumn="1" w:lastColumn="0" w:oddVBand="0" w:evenVBand="0" w:oddHBand="0" w:evenHBand="0" w:firstRowFirstColumn="0" w:firstRowLastColumn="0" w:lastRowFirstColumn="0" w:lastRowLastColumn="0"/>
            <w:tcW w:w="2049" w:type="dxa"/>
          </w:tcPr>
          <w:p w14:paraId="5D70E2BC" w14:textId="77777777" w:rsidR="000A4097" w:rsidRDefault="000A4097" w:rsidP="000A4097"/>
        </w:tc>
        <w:tc>
          <w:tcPr>
            <w:tcW w:w="2069" w:type="dxa"/>
          </w:tcPr>
          <w:p w14:paraId="6FA258AF"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4EB73424" w14:textId="43B3F588"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r>
              <w:br/>
              <w:t>$</w:t>
            </w:r>
            <w:r>
              <w:br/>
              <w:t>$</w:t>
            </w:r>
          </w:p>
        </w:tc>
        <w:tc>
          <w:tcPr>
            <w:tcW w:w="2202" w:type="dxa"/>
          </w:tcPr>
          <w:p w14:paraId="06B16D1C"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p>
        </w:tc>
        <w:tc>
          <w:tcPr>
            <w:tcW w:w="1567" w:type="dxa"/>
          </w:tcPr>
          <w:p w14:paraId="4DF69E78" w14:textId="77777777"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p>
          <w:p w14:paraId="2D3F7CD4" w14:textId="092A4FAB" w:rsidR="000A4097" w:rsidRDefault="000A4097" w:rsidP="000A4097">
            <w:pPr>
              <w:cnfStyle w:val="000000000000" w:firstRow="0" w:lastRow="0" w:firstColumn="0" w:lastColumn="0" w:oddVBand="0" w:evenVBand="0" w:oddHBand="0" w:evenHBand="0" w:firstRowFirstColumn="0" w:firstRowLastColumn="0" w:lastRowFirstColumn="0" w:lastRowLastColumn="0"/>
            </w:pPr>
            <w:r>
              <w:t>$</w:t>
            </w:r>
            <w:r>
              <w:br/>
              <w:t>$</w:t>
            </w:r>
            <w:r>
              <w:br/>
              <w:t>$</w:t>
            </w:r>
          </w:p>
        </w:tc>
      </w:tr>
      <w:tr w:rsidR="000A4097" w14:paraId="3C0743B6" w14:textId="77A49D70" w:rsidTr="004633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49" w:type="dxa"/>
            <w:shd w:val="clear" w:color="auto" w:fill="DBE5F1" w:themeFill="accent1" w:themeFillTint="33"/>
          </w:tcPr>
          <w:p w14:paraId="1A077575" w14:textId="77777777" w:rsidR="000A4097" w:rsidRDefault="000A4097" w:rsidP="000A4097">
            <w:pPr>
              <w:rPr>
                <w:color w:val="auto"/>
              </w:rPr>
            </w:pPr>
            <w:r w:rsidRPr="00102A4B">
              <w:rPr>
                <w:i w:val="0"/>
                <w:iCs w:val="0"/>
                <w:color w:val="auto"/>
              </w:rPr>
              <w:t>Total Expenses</w:t>
            </w:r>
          </w:p>
          <w:p w14:paraId="1E174F32" w14:textId="77777777" w:rsidR="000A4097" w:rsidRDefault="000A4097" w:rsidP="00B31469"/>
        </w:tc>
        <w:tc>
          <w:tcPr>
            <w:tcW w:w="2069" w:type="dxa"/>
          </w:tcPr>
          <w:p w14:paraId="7F4603A8" w14:textId="77777777" w:rsidR="000A4097" w:rsidRDefault="000A4097" w:rsidP="00B31469">
            <w:pPr>
              <w:cnfStyle w:val="000000100000" w:firstRow="0" w:lastRow="0" w:firstColumn="0" w:lastColumn="0" w:oddVBand="0" w:evenVBand="0" w:oddHBand="1" w:evenHBand="0" w:firstRowFirstColumn="0" w:firstRowLastColumn="0" w:lastRowFirstColumn="0" w:lastRowLastColumn="0"/>
            </w:pPr>
          </w:p>
        </w:tc>
        <w:tc>
          <w:tcPr>
            <w:tcW w:w="2202" w:type="dxa"/>
          </w:tcPr>
          <w:p w14:paraId="05C92410" w14:textId="221175E7" w:rsidR="000A4097" w:rsidRDefault="000A4097" w:rsidP="00B31469">
            <w:pPr>
              <w:cnfStyle w:val="000000100000" w:firstRow="0" w:lastRow="0" w:firstColumn="0" w:lastColumn="0" w:oddVBand="0" w:evenVBand="0" w:oddHBand="1" w:evenHBand="0" w:firstRowFirstColumn="0" w:firstRowLastColumn="0" w:lastRowFirstColumn="0" w:lastRowLastColumn="0"/>
            </w:pPr>
            <w:r>
              <w:t>Total Revenue/Contributions:</w:t>
            </w:r>
          </w:p>
        </w:tc>
        <w:tc>
          <w:tcPr>
            <w:tcW w:w="1567" w:type="dxa"/>
          </w:tcPr>
          <w:p w14:paraId="0138DC62" w14:textId="77777777" w:rsidR="000A4097" w:rsidRDefault="000A4097" w:rsidP="00B31469">
            <w:pPr>
              <w:cnfStyle w:val="000000100000" w:firstRow="0" w:lastRow="0" w:firstColumn="0" w:lastColumn="0" w:oddVBand="0" w:evenVBand="0" w:oddHBand="1" w:evenHBand="0" w:firstRowFirstColumn="0" w:firstRowLastColumn="0" w:lastRowFirstColumn="0" w:lastRowLastColumn="0"/>
            </w:pPr>
          </w:p>
        </w:tc>
      </w:tr>
      <w:tr w:rsidR="004633AC" w14:paraId="1B64B17D" w14:textId="77777777" w:rsidTr="004633AC">
        <w:trPr>
          <w:jc w:val="center"/>
        </w:trPr>
        <w:tc>
          <w:tcPr>
            <w:cnfStyle w:val="001000000000" w:firstRow="0" w:lastRow="0" w:firstColumn="1" w:lastColumn="0" w:oddVBand="0" w:evenVBand="0" w:oddHBand="0" w:evenHBand="0" w:firstRowFirstColumn="0" w:firstRowLastColumn="0" w:lastRowFirstColumn="0" w:lastRowLastColumn="0"/>
            <w:tcW w:w="7887" w:type="dxa"/>
            <w:gridSpan w:val="4"/>
            <w:shd w:val="clear" w:color="auto" w:fill="DBE5F1" w:themeFill="accent1" w:themeFillTint="33"/>
          </w:tcPr>
          <w:p w14:paraId="49234DBA" w14:textId="77777777" w:rsidR="004633AC" w:rsidRDefault="004633AC" w:rsidP="004633AC">
            <w:pPr>
              <w:jc w:val="left"/>
              <w:rPr>
                <w:i w:val="0"/>
                <w:iCs w:val="0"/>
              </w:rPr>
            </w:pPr>
            <w:r>
              <w:t>Subtract the program expenses from the revenue and contributions for your Funding Request:</w:t>
            </w:r>
          </w:p>
          <w:p w14:paraId="7674FAB7" w14:textId="752B7377" w:rsidR="004633AC" w:rsidRPr="004633AC" w:rsidRDefault="004633AC" w:rsidP="004633AC">
            <w:pPr>
              <w:jc w:val="left"/>
              <w:rPr>
                <w:b/>
                <w:bCs/>
                <w:i w:val="0"/>
                <w:iCs w:val="0"/>
                <w:u w:val="single"/>
              </w:rPr>
            </w:pPr>
            <w:r w:rsidRPr="004633AC">
              <w:rPr>
                <w:b/>
                <w:bCs/>
                <w:i w:val="0"/>
                <w:iCs w:val="0"/>
              </w:rPr>
              <w:t>Total Expenses</w:t>
            </w:r>
            <w:r w:rsidRPr="004633AC">
              <w:rPr>
                <w:b/>
                <w:bCs/>
                <w:i w:val="0"/>
                <w:iCs w:val="0"/>
                <w:u w:val="single"/>
              </w:rPr>
              <w:t xml:space="preserve"> $            </w:t>
            </w:r>
            <w:r w:rsidRPr="004633AC">
              <w:rPr>
                <w:b/>
                <w:bCs/>
                <w:i w:val="0"/>
                <w:iCs w:val="0"/>
              </w:rPr>
              <w:t xml:space="preserve">– Total </w:t>
            </w:r>
            <w:proofErr w:type="gramStart"/>
            <w:r w:rsidRPr="004633AC">
              <w:rPr>
                <w:b/>
                <w:bCs/>
                <w:i w:val="0"/>
                <w:iCs w:val="0"/>
              </w:rPr>
              <w:t xml:space="preserve">Contributions </w:t>
            </w:r>
            <w:r w:rsidRPr="004633AC">
              <w:rPr>
                <w:b/>
                <w:bCs/>
                <w:i w:val="0"/>
                <w:iCs w:val="0"/>
                <w:u w:val="single"/>
              </w:rPr>
              <w:t xml:space="preserve"> $</w:t>
            </w:r>
            <w:proofErr w:type="gramEnd"/>
            <w:r w:rsidRPr="004633AC">
              <w:rPr>
                <w:b/>
                <w:bCs/>
                <w:i w:val="0"/>
                <w:iCs w:val="0"/>
                <w:u w:val="single"/>
              </w:rPr>
              <w:t xml:space="preserve">          </w:t>
            </w:r>
            <w:r w:rsidRPr="004633AC">
              <w:rPr>
                <w:b/>
                <w:bCs/>
                <w:i w:val="0"/>
                <w:iCs w:val="0"/>
              </w:rPr>
              <w:t xml:space="preserve"> =</w:t>
            </w:r>
            <w:r w:rsidRPr="004633AC">
              <w:rPr>
                <w:b/>
                <w:bCs/>
                <w:i w:val="0"/>
                <w:iCs w:val="0"/>
                <w:u w:val="single"/>
              </w:rPr>
              <w:t xml:space="preserve"> $          </w:t>
            </w:r>
            <w:r w:rsidRPr="004633AC">
              <w:rPr>
                <w:b/>
                <w:bCs/>
                <w:i w:val="0"/>
                <w:iCs w:val="0"/>
              </w:rPr>
              <w:t>Funding request</w:t>
            </w:r>
          </w:p>
          <w:p w14:paraId="5F9CBF53" w14:textId="33BAAA1B" w:rsidR="004633AC" w:rsidRPr="004633AC" w:rsidRDefault="004633AC" w:rsidP="004633AC">
            <w:pPr>
              <w:jc w:val="left"/>
              <w:rPr>
                <w:u w:val="single"/>
              </w:rPr>
            </w:pPr>
            <w:r>
              <w:t xml:space="preserve"> </w:t>
            </w:r>
            <w:r w:rsidRPr="004633AC">
              <w:rPr>
                <w:u w:val="single"/>
              </w:rPr>
              <w:t xml:space="preserve">                </w:t>
            </w:r>
          </w:p>
        </w:tc>
      </w:tr>
    </w:tbl>
    <w:p w14:paraId="482292BF" w14:textId="395B6A9D" w:rsidR="00102A4B" w:rsidRDefault="00102A4B" w:rsidP="00B31469"/>
    <w:tbl>
      <w:tblPr>
        <w:tblW w:w="0" w:type="auto"/>
        <w:jc w:val="center"/>
        <w:tblLook w:val="04A0" w:firstRow="1" w:lastRow="0" w:firstColumn="1" w:lastColumn="0" w:noHBand="0" w:noVBand="1"/>
      </w:tblPr>
      <w:tblGrid>
        <w:gridCol w:w="10181"/>
      </w:tblGrid>
      <w:tr w:rsidR="00082C53" w14:paraId="5F82323C" w14:textId="77777777">
        <w:trPr>
          <w:jc w:val="center"/>
        </w:trPr>
        <w:tc>
          <w:tcPr>
            <w:tcW w:w="10181" w:type="dxa"/>
            <w:shd w:val="clear" w:color="auto" w:fill="1B365D"/>
          </w:tcPr>
          <w:p w14:paraId="54FF418A" w14:textId="4C0849E2" w:rsidR="00082C53" w:rsidRDefault="00B46D20">
            <w:r>
              <w:rPr>
                <w:b/>
                <w:color w:val="FFFFFF"/>
                <w:sz w:val="20"/>
              </w:rPr>
              <w:t>Submission &amp; Applicant Declaration</w:t>
            </w:r>
          </w:p>
        </w:tc>
      </w:tr>
    </w:tbl>
    <w:p w14:paraId="20CDFF3E" w14:textId="77777777" w:rsidR="00082C53" w:rsidRDefault="00B46D20">
      <w:r>
        <w:t>Mandatory Attachments</w:t>
      </w:r>
      <w:proofErr w:type="gramStart"/>
      <w:r>
        <w:t>:  [  ]</w:t>
      </w:r>
      <w:proofErr w:type="gramEnd"/>
      <w:r>
        <w:t xml:space="preserve"> Board of Directors List   </w:t>
      </w:r>
      <w:proofErr w:type="gramStart"/>
      <w:r>
        <w:t xml:space="preserve">   [  ]</w:t>
      </w:r>
      <w:proofErr w:type="gramEnd"/>
      <w:r>
        <w:t xml:space="preserve"> Most Recent Audited Financial Statement</w:t>
      </w:r>
    </w:p>
    <w:p w14:paraId="19C5A007" w14:textId="77777777" w:rsidR="00082C53" w:rsidRDefault="00B46D20">
      <w:pPr>
        <w:spacing w:before="120"/>
      </w:pPr>
      <w:r>
        <w:rPr>
          <w:b/>
        </w:rPr>
        <w:lastRenderedPageBreak/>
        <w:t>Applicant Declaration:</w:t>
      </w:r>
      <w:r>
        <w:rPr>
          <w:b/>
        </w:rPr>
        <w:br/>
      </w:r>
      <w:r>
        <w:t>I declare that all the information in this application is accurate and complete. This application is made on behalf of the named organization with its full knowledge and consent. The proposed program/project complies with the requirements and conditions set out in the Family and Community Support Services Act and Regulation.</w:t>
      </w:r>
    </w:p>
    <w:p w14:paraId="4D98F05A" w14:textId="77777777" w:rsidR="00082C53" w:rsidRDefault="00B46D20">
      <w:pPr>
        <w:spacing w:before="480"/>
      </w:pPr>
      <w:r>
        <w:t>Authorized Representative Print Name/Title: __________________________________________________</w:t>
      </w:r>
      <w:r>
        <w:br/>
      </w:r>
      <w:r>
        <w:br/>
      </w:r>
      <w:r>
        <w:t>Authorized Signature: _________________________________________    Date: ________________________</w:t>
      </w:r>
    </w:p>
    <w:sectPr w:rsidR="00082C53" w:rsidSect="00034616">
      <w:pgSz w:w="11909" w:h="16834"/>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2348B" w14:textId="77777777" w:rsidR="00B46D20" w:rsidRDefault="00B46D20" w:rsidP="00E86CCA">
      <w:pPr>
        <w:spacing w:after="0" w:line="240" w:lineRule="auto"/>
      </w:pPr>
      <w:r>
        <w:separator/>
      </w:r>
    </w:p>
  </w:endnote>
  <w:endnote w:type="continuationSeparator" w:id="0">
    <w:p w14:paraId="5D1915EF" w14:textId="77777777" w:rsidR="00B46D20" w:rsidRDefault="00B46D20" w:rsidP="00E86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DE1F4" w14:textId="77777777" w:rsidR="00B46D20" w:rsidRDefault="00B46D20" w:rsidP="00E86CCA">
      <w:pPr>
        <w:spacing w:after="0" w:line="240" w:lineRule="auto"/>
      </w:pPr>
      <w:r>
        <w:separator/>
      </w:r>
    </w:p>
  </w:footnote>
  <w:footnote w:type="continuationSeparator" w:id="0">
    <w:p w14:paraId="1B622E34" w14:textId="77777777" w:rsidR="00B46D20" w:rsidRDefault="00B46D20" w:rsidP="00E86C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9FF305E"/>
    <w:multiLevelType w:val="hybridMultilevel"/>
    <w:tmpl w:val="7AC2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8265391">
    <w:abstractNumId w:val="8"/>
  </w:num>
  <w:num w:numId="2" w16cid:durableId="2143885788">
    <w:abstractNumId w:val="6"/>
  </w:num>
  <w:num w:numId="3" w16cid:durableId="1945186599">
    <w:abstractNumId w:val="5"/>
  </w:num>
  <w:num w:numId="4" w16cid:durableId="295182641">
    <w:abstractNumId w:val="4"/>
  </w:num>
  <w:num w:numId="5" w16cid:durableId="885064513">
    <w:abstractNumId w:val="7"/>
  </w:num>
  <w:num w:numId="6" w16cid:durableId="2074770426">
    <w:abstractNumId w:val="3"/>
  </w:num>
  <w:num w:numId="7" w16cid:durableId="1147161205">
    <w:abstractNumId w:val="2"/>
  </w:num>
  <w:num w:numId="8" w16cid:durableId="1480608704">
    <w:abstractNumId w:val="1"/>
  </w:num>
  <w:num w:numId="9" w16cid:durableId="651637402">
    <w:abstractNumId w:val="0"/>
  </w:num>
  <w:num w:numId="10" w16cid:durableId="1200506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8BD"/>
    <w:rsid w:val="0006063C"/>
    <w:rsid w:val="00082C53"/>
    <w:rsid w:val="00087FBD"/>
    <w:rsid w:val="000A1F9A"/>
    <w:rsid w:val="000A4097"/>
    <w:rsid w:val="00102A4B"/>
    <w:rsid w:val="0015074B"/>
    <w:rsid w:val="00187B50"/>
    <w:rsid w:val="001D027C"/>
    <w:rsid w:val="001D5BE4"/>
    <w:rsid w:val="001F3D7E"/>
    <w:rsid w:val="0029639D"/>
    <w:rsid w:val="002E5B24"/>
    <w:rsid w:val="0031272C"/>
    <w:rsid w:val="00326F90"/>
    <w:rsid w:val="004633AC"/>
    <w:rsid w:val="00524A7F"/>
    <w:rsid w:val="005375C1"/>
    <w:rsid w:val="005768DF"/>
    <w:rsid w:val="005D6F2B"/>
    <w:rsid w:val="005E6C66"/>
    <w:rsid w:val="0062355A"/>
    <w:rsid w:val="00624858"/>
    <w:rsid w:val="00641265"/>
    <w:rsid w:val="006A2ED0"/>
    <w:rsid w:val="0071120C"/>
    <w:rsid w:val="0075798F"/>
    <w:rsid w:val="00767CA6"/>
    <w:rsid w:val="007B28FD"/>
    <w:rsid w:val="007E7FDE"/>
    <w:rsid w:val="00885DB9"/>
    <w:rsid w:val="00887B61"/>
    <w:rsid w:val="008B6870"/>
    <w:rsid w:val="00A14CCF"/>
    <w:rsid w:val="00A25E6F"/>
    <w:rsid w:val="00AA1D8D"/>
    <w:rsid w:val="00AA4F4B"/>
    <w:rsid w:val="00AE7441"/>
    <w:rsid w:val="00AF46C3"/>
    <w:rsid w:val="00B31469"/>
    <w:rsid w:val="00B46D20"/>
    <w:rsid w:val="00B47730"/>
    <w:rsid w:val="00C10F3B"/>
    <w:rsid w:val="00C6623D"/>
    <w:rsid w:val="00C7631A"/>
    <w:rsid w:val="00CA7D9A"/>
    <w:rsid w:val="00CB0664"/>
    <w:rsid w:val="00D30A8E"/>
    <w:rsid w:val="00D341C0"/>
    <w:rsid w:val="00E73A50"/>
    <w:rsid w:val="00E86CCA"/>
    <w:rsid w:val="00EC6A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F7C18"/>
  <w14:defaultImageDpi w14:val="300"/>
  <w15:docId w15:val="{3563C026-A79F-4F39-8BF3-CB4F830D8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Table5Dark-Accent1">
    <w:name w:val="Grid Table 5 Dark Accent 1"/>
    <w:basedOn w:val="TableNormal"/>
    <w:uiPriority w:val="50"/>
    <w:rsid w:val="00C10F3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7Colorful-Accent1">
    <w:name w:val="List Table 7 Colorful Accent 1"/>
    <w:basedOn w:val="TableNormal"/>
    <w:uiPriority w:val="52"/>
    <w:rsid w:val="00102A4B"/>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CA7D9A"/>
    <w:rPr>
      <w:color w:val="0000FF" w:themeColor="hyperlink"/>
      <w:u w:val="single"/>
    </w:rPr>
  </w:style>
  <w:style w:type="character" w:styleId="UnresolvedMention">
    <w:name w:val="Unresolved Mention"/>
    <w:basedOn w:val="DefaultParagraphFont"/>
    <w:uiPriority w:val="99"/>
    <w:semiHidden/>
    <w:unhideWhenUsed/>
    <w:rsid w:val="00CA7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ants@mvcounty.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651D7A553E4747A524A878FEE667FB" ma:contentTypeVersion="15" ma:contentTypeDescription="Create a new document." ma:contentTypeScope="" ma:versionID="bbe72b173567e3b80d25ca36f7d65934">
  <xsd:schema xmlns:xsd="http://www.w3.org/2001/XMLSchema" xmlns:xs="http://www.w3.org/2001/XMLSchema" xmlns:p="http://schemas.microsoft.com/office/2006/metadata/properties" xmlns:ns2="69790f95-8033-47e1-b1fd-fdbd852c62d6" xmlns:ns3="b47f37c2-30ff-4aa5-848e-ddd13443b9b5" targetNamespace="http://schemas.microsoft.com/office/2006/metadata/properties" ma:root="true" ma:fieldsID="5b462e98e6f5220ca16ef761cfa7805b" ns2:_="" ns3:_="">
    <xsd:import namespace="69790f95-8033-47e1-b1fd-fdbd852c62d6"/>
    <xsd:import namespace="b47f37c2-30ff-4aa5-848e-ddd13443b9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790f95-8033-47e1-b1fd-fdbd852c62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bfbe76e-1ae2-4c4e-8f41-411b899dad7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7f37c2-30ff-4aa5-848e-ddd13443b9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07952b1-7d02-4a83-9df6-2efa9a977903}" ma:internalName="TaxCatchAll" ma:showField="CatchAllData" ma:web="b47f37c2-30ff-4aa5-848e-ddd13443b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47f37c2-30ff-4aa5-848e-ddd13443b9b5" xsi:nil="true"/>
    <lcf76f155ced4ddcb4097134ff3c332f xmlns="69790f95-8033-47e1-b1fd-fdbd852c62d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3A60ED-5209-4334-9F72-BFC736006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790f95-8033-47e1-b1fd-fdbd852c62d6"/>
    <ds:schemaRef ds:uri="b47f37c2-30ff-4aa5-848e-ddd13443b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F589F2BB-1F91-4E96-BB39-D1324C09CE62}">
  <ds:schemaRefs>
    <ds:schemaRef ds:uri="http://schemas.microsoft.com/office/2006/metadata/properties"/>
    <ds:schemaRef ds:uri="http://schemas.microsoft.com/office/infopath/2007/PartnerControls"/>
    <ds:schemaRef ds:uri="b47f37c2-30ff-4aa5-848e-ddd13443b9b5"/>
    <ds:schemaRef ds:uri="69790f95-8033-47e1-b1fd-fdbd852c62d6"/>
  </ds:schemaRefs>
</ds:datastoreItem>
</file>

<file path=customXml/itemProps4.xml><?xml version="1.0" encoding="utf-8"?>
<ds:datastoreItem xmlns:ds="http://schemas.openxmlformats.org/officeDocument/2006/customXml" ds:itemID="{2777DAB9-1A7B-4D89-A3F2-59C8AB16AF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1037</Words>
  <Characters>6485</Characters>
  <Application>Microsoft Office Word</Application>
  <DocSecurity>4</DocSecurity>
  <Lines>111</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Sydney Norrie</cp:lastModifiedBy>
  <cp:revision>2</cp:revision>
  <dcterms:created xsi:type="dcterms:W3CDTF">2026-09-30T20:02:00Z</dcterms:created>
  <dcterms:modified xsi:type="dcterms:W3CDTF">2026-09-30T20:02:00Z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0x01010057651D7A553E4747A524A878FEE667FB</vt:lpwstr>
  </property>
</Properties>
</file>